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Basketball Shorts for Everyday Wear: Why Gay Men Are Embracing Mesh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style fans are rediscovering basketball shorts off the court , whether you wear them for comfort, style, or a little bit of kink. Gay men, straight allies and curious dressers alike are turning mesh and baggy silhouettes into something playful, practical and outright sexy.</w:t>
      </w:r>
      <w:r/>
    </w:p>
    <w:p>
      <w:r/>
      <w:r>
        <w:t>Essential Takeaways</w:t>
      </w:r>
      <w:r/>
      <w:r/>
    </w:p>
    <w:p>
      <w:pPr>
        <w:pStyle w:val="ListBullet"/>
        <w:spacing w:line="240" w:lineRule="auto"/>
        <w:ind w:left="720"/>
      </w:pPr>
      <w:r/>
      <w:r>
        <w:rPr>
          <w:b/>
        </w:rPr>
        <w:t>Comfort-first:</w:t>
      </w:r>
      <w:r>
        <w:t xml:space="preserve"> Basketball shorts feel airy and roomy, perfect for hot days or club nights where you want to move freely.</w:t>
      </w:r>
      <w:r/>
    </w:p>
    <w:p>
      <w:pPr>
        <w:pStyle w:val="ListBullet"/>
        <w:spacing w:line="240" w:lineRule="auto"/>
        <w:ind w:left="720"/>
      </w:pPr>
      <w:r/>
      <w:r>
        <w:rPr>
          <w:b/>
        </w:rPr>
        <w:t>Sex appeal exists:</w:t>
      </w:r>
      <w:r>
        <w:t xml:space="preserve"> Community polls and social posts show many gay men find mesh shorts visually appealing, especially when paired with confidence.</w:t>
      </w:r>
      <w:r/>
    </w:p>
    <w:p>
      <w:pPr>
        <w:pStyle w:val="ListBullet"/>
        <w:spacing w:line="240" w:lineRule="auto"/>
        <w:ind w:left="720"/>
      </w:pPr>
      <w:r/>
      <w:r>
        <w:rPr>
          <w:b/>
        </w:rPr>
        <w:t>Style split:</w:t>
      </w:r>
      <w:r>
        <w:t xml:space="preserve"> Some prefer long, baggy vintage cuts; others like shorter, slimmer gym-style options , both are visible on social feeds.</w:t>
      </w:r>
      <w:r/>
    </w:p>
    <w:p>
      <w:pPr>
        <w:pStyle w:val="ListBullet"/>
        <w:spacing w:line="240" w:lineRule="auto"/>
        <w:ind w:left="720"/>
      </w:pPr>
      <w:r/>
      <w:r>
        <w:rPr>
          <w:b/>
        </w:rPr>
        <w:t>Trend context:</w:t>
      </w:r>
      <w:r>
        <w:t xml:space="preserve"> The look has athletic roots but has crossed into streetwear, clubwear and fetish scenes, so expect diverse fits and fabrics.</w:t>
      </w:r>
      <w:r/>
    </w:p>
    <w:p>
      <w:pPr>
        <w:pStyle w:val="ListBullet"/>
        <w:spacing w:line="240" w:lineRule="auto"/>
        <w:ind w:left="720"/>
      </w:pPr>
      <w:r/>
      <w:r>
        <w:rPr>
          <w:b/>
        </w:rPr>
        <w:t>Practical tip:</w:t>
      </w:r>
      <w:r>
        <w:t xml:space="preserve"> Check waistband fit and lining , choose a size down if you want shape, or your usual size for a relaxed, breezy feel.</w:t>
      </w:r>
      <w:r/>
      <w:r/>
    </w:p>
    <w:p>
      <w:pPr>
        <w:pStyle w:val="Heading2"/>
      </w:pPr>
      <w:r>
        <w:t>Why basketball shorts feel alive again</w:t>
      </w:r>
      <w:r/>
    </w:p>
    <w:p>
      <w:r/>
      <w:r>
        <w:t>Basketball shorts have always been about movement, with a cool, slightly retro whisper when you walk into a room. According to social chatter and image rounds, the mesh fabric and roomy cut read as relaxed and sensual, especially when worn with confidence. The revival isn't purely nostalgic; it taps into a wider appetite for sporty, accessible clubwear that looks intentional rather than costume-y. If you're trying it for the first time, pair shorts with a neat tank or fitted tee and a sleek shoe to keep the look modern.</w:t>
      </w:r>
      <w:r/>
    </w:p>
    <w:p>
      <w:pPr>
        <w:pStyle w:val="Heading2"/>
      </w:pPr>
      <w:r>
        <w:t>From court kit to club staple: how the silhouette evolved</w:t>
      </w:r>
      <w:r/>
    </w:p>
    <w:p>
      <w:r/>
      <w:r>
        <w:t>The baggy, long basketball short comes from a 1990s and early 2000s court aesthetic that prioritised freedom of movement. Over time the shape moved off-court into streetwear and club scenes, splitting into shorter gym-style versions and extra-long vintage pairs. Retail and style coverage trace that change, showing how practical features , breathable mesh, elastic waistbands , made them an easy pick for non-athletic settings. For your wardrobe, think about length: longer shorts are casual and slouchy, while shorter ones read more deliberate and flattering.</w:t>
      </w:r>
      <w:r/>
    </w:p>
    <w:p>
      <w:pPr>
        <w:pStyle w:val="Heading2"/>
      </w:pPr>
      <w:r>
        <w:t>Why some people swoon , and why others don't</w:t>
      </w:r>
      <w:r/>
    </w:p>
    <w:p>
      <w:r/>
      <w:r>
        <w:t>Community polls reflect a real split: many viewers find the mesh, the slight translucence and the way shorts hint at shape to be genuinely attractive, while others call them baggy or unflattering. Those who love them often cite tactile cues , light fabric, a soft bounce , and a playful sexiness when worn without tight undergarments. Detractors tend to prefer neater, more tailored gym shorts that accentuate rather than obscure. The takeaway? It's a very personal vibe; try different cuts and fabrics to see what resonates for you.</w:t>
      </w:r>
      <w:r/>
    </w:p>
    <w:p>
      <w:pPr>
        <w:pStyle w:val="Heading2"/>
      </w:pPr>
      <w:r>
        <w:t>How to choose the right pair for your body and scene</w:t>
      </w:r>
      <w:r/>
    </w:p>
    <w:p>
      <w:r/>
      <w:r>
        <w:t>Start with the waistband and lining. If you want a defined silhouette, a straighter cut or slight taper helps; if comfort is king, choose your usual size and enjoy the roomy feel. Mesh is breathable but check for lining or go commando if you like a dazzle effect. For nightlife, pair with tighter tops or layer under a sheer shirt to balance proportions. For daytime wear, keep colours muted and add clean trainers to dodge the “costume” look.</w:t>
      </w:r>
      <w:r/>
    </w:p>
    <w:p>
      <w:pPr>
        <w:pStyle w:val="Heading2"/>
      </w:pPr>
      <w:r>
        <w:t>Where this trend might head next</w:t>
      </w:r>
      <w:r/>
    </w:p>
    <w:p>
      <w:r/>
      <w:r>
        <w:t>Sport-driven fashion oscillates between performance and play, and basketball shorts are an easy canvas for both. Expect more gender-fluid marketing, collaboration drops and boutique reinterpretations , think luxe fabrics, clever linings and shorter, tailored options that nod to both athletics and club culture. For now, the trend is joyful and democratic: anyone can wear them, and a cheeky confidence does most of the styling work.</w:t>
      </w:r>
      <w:r/>
    </w:p>
    <w:p>
      <w:r/>
      <w:r>
        <w:t>It's a small change that can make everyday dressing both more comfortable and a bit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12">
        <w:r>
          <w:rPr>
            <w:color w:val="0000EE"/>
            <w:u w:val="single"/>
          </w:rPr>
          <w:t>[5]</w:t>
        </w:r>
      </w:hyperlink>
      <w:r>
        <w:t xml:space="preserve">, </w:t>
      </w:r>
      <w:hyperlink r:id="rId14">
        <w:r>
          <w:rPr>
            <w:color w:val="0000EE"/>
            <w:u w:val="single"/>
          </w:rPr>
          <w:t>[7]</w:t>
        </w:r>
      </w:hyperlink>
      <w:r>
        <w:t xml:space="preserve">- Paragraph 5: </w:t>
      </w:r>
      <w:hyperlink r:id="rId10">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https://www.queerty.com/are-basketball-shorts-just-for-the-straights-see-these-pics-judge-for-yourself-20260822/</w:t>
        </w:r>
      </w:hyperlink>
      <w:r>
        <w:t xml:space="preserve"> - Please view link - unable to able to access data</w:t>
      </w:r>
      <w:r/>
    </w:p>
    <w:p>
      <w:pPr>
        <w:pStyle w:val="ListNumber"/>
        <w:spacing w:line="240" w:lineRule="auto"/>
        <w:ind w:left="720"/>
      </w:pPr>
      <w:r/>
      <w:hyperlink r:id="rId9">
        <w:r>
          <w:rPr>
            <w:color w:val="0000EE"/>
            <w:u w:val="single"/>
          </w:rPr>
          <w:t>https://www.queerty.com/are-basketball-shorts-just-for-the-straights-see-these-pics-judge-for-yourself-20260822/</w:t>
        </w:r>
      </w:hyperlink>
      <w:r>
        <w:t xml:space="preserve"> - An article from Queerty discussing the perception of basketball shorts as traditionally associated with straight men, and how the LGBTQ+ community is embracing them. It highlights a poll from the r/askgaybros subreddit where over 75% of respondents found basketball shorts attractive, with variations in opinion based on sexual orientation and body type. The piece also features social media posts showcasing individuals wearing basketball shorts in various settings, challenging the notion that they are exclusively for straight men.</w:t>
      </w:r>
      <w:r/>
    </w:p>
    <w:p>
      <w:pPr>
        <w:pStyle w:val="ListNumber"/>
        <w:spacing w:line="240" w:lineRule="auto"/>
        <w:ind w:left="720"/>
      </w:pPr>
      <w:r/>
      <w:hyperlink r:id="rId10">
        <w:r>
          <w:rPr>
            <w:color w:val="0000EE"/>
            <w:u w:val="single"/>
          </w:rPr>
          <w:t>https://www.metroleague.org/why-do-basketball-players-wear-baggy-shorts_bas/</w:t>
        </w:r>
      </w:hyperlink>
      <w:r>
        <w:t xml:space="preserve"> - An article from Metro League exploring the reasons behind basketball players' preference for baggy shorts. It discusses factors such as comfort, mobility, and style, noting that baggy shorts have become an iconic staple in basketball culture. The piece delves into the evolution of basketball shorts, from their initial short and tight design to the longer, looser styles popular today.</w:t>
      </w:r>
      <w:r/>
    </w:p>
    <w:p>
      <w:pPr>
        <w:pStyle w:val="ListNumber"/>
        <w:spacing w:line="240" w:lineRule="auto"/>
        <w:ind w:left="720"/>
      </w:pPr>
      <w:r/>
      <w:hyperlink r:id="rId11">
        <w:r>
          <w:rPr>
            <w:color w:val="0000EE"/>
            <w:u w:val="single"/>
          </w:rPr>
          <w:t>https://www.northyard.com/blogs/shorts/why-were-basketball-shorts-so-baggy-the-evolution-of-basketball-shorts</w:t>
        </w:r>
      </w:hyperlink>
      <w:r>
        <w:t xml:space="preserve"> - A blog post from Northyard Sports &amp; Casual Clothing examining the evolution of basketball shorts. It traces the transition from short and tight designs in the 1950s to the baggy styles of the 1990s and 2000s, influenced by players like Michael Jordan and the Michigan 'Fab Five'. The article also touches on the current trend of balancing fit and function in modern basketball shorts.</w:t>
      </w:r>
      <w:r/>
    </w:p>
    <w:p>
      <w:pPr>
        <w:pStyle w:val="ListNumber"/>
        <w:spacing w:line="240" w:lineRule="auto"/>
        <w:ind w:left="720"/>
      </w:pPr>
      <w:r/>
      <w:hyperlink r:id="rId12">
        <w:r>
          <w:rPr>
            <w:color w:val="0000EE"/>
            <w:u w:val="single"/>
          </w:rPr>
          <w:t>https://www.kickz.com/en/blog/the-evolution-of-basketball-shorts-short-shorts-vs-long-shorts</w:t>
        </w:r>
      </w:hyperlink>
      <w:r>
        <w:t xml:space="preserve"> - An article from Kickz discussing the evolution of basketball shorts from short to long styles. It highlights the influence of players like Michael Jordan and the Michigan 'Fab Five' in popularising longer, baggier shorts in the 1990s. The piece also notes the cyclical nature of fashion, with trends shifting over time.</w:t>
      </w:r>
      <w:r/>
    </w:p>
    <w:p>
      <w:pPr>
        <w:pStyle w:val="ListNumber"/>
        <w:spacing w:line="240" w:lineRule="auto"/>
        <w:ind w:left="720"/>
      </w:pPr>
      <w:r/>
      <w:hyperlink r:id="rId13">
        <w:r>
          <w:rPr>
            <w:color w:val="0000EE"/>
            <w:u w:val="single"/>
          </w:rPr>
          <w:t>https://www.gq-magazine.co.uk/article/jockstrap-trend-menswear-2023</w:t>
        </w:r>
      </w:hyperlink>
      <w:r>
        <w:t xml:space="preserve"> - An article from British GQ exploring the mainstreaming of the jockstrap in men's fashion. It discusses how this once niche piece of athletic wear has become a prominent trend, with major fashion brands incorporating it into their collections. The piece also touches on the jockstrap's origins in gay subculture and its evolution into a mainstream fashion item.</w:t>
      </w:r>
      <w:r/>
    </w:p>
    <w:p>
      <w:pPr>
        <w:pStyle w:val="ListNumber"/>
        <w:spacing w:line="240" w:lineRule="auto"/>
        <w:ind w:left="720"/>
      </w:pPr>
      <w:r/>
      <w:hyperlink r:id="rId14">
        <w:r>
          <w:rPr>
            <w:color w:val="0000EE"/>
            <w:u w:val="single"/>
          </w:rPr>
          <w:t>https://www.espn.com/mens-college-basketball/story/_/id/12041839/rolling-waistbands-new-trend-basketball-fashion</w:t>
        </w:r>
      </w:hyperlink>
      <w:r>
        <w:t xml:space="preserve"> - An article from ESPN discussing a new trend in basketball fashion where players roll down the waistbands of their shorts. This trend exposes the shorts' drawstrings, adding a new twist to the traditional basketball uniform. The piece notes that this style is gaining popularity among college basketball players.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are-basketball-shorts-just-for-the-straights-see-these-pics-judge-for-yourself-20260822/" TargetMode="External"/><Relationship Id="rId10" Type="http://schemas.openxmlformats.org/officeDocument/2006/relationships/hyperlink" Target="https://www.metroleague.org/why-do-basketball-players-wear-baggy-shorts_bas/" TargetMode="External"/><Relationship Id="rId11" Type="http://schemas.openxmlformats.org/officeDocument/2006/relationships/hyperlink" Target="https://www.northyard.com/blogs/shorts/why-were-basketball-shorts-so-baggy-the-evolution-of-basketball-shorts" TargetMode="External"/><Relationship Id="rId12" Type="http://schemas.openxmlformats.org/officeDocument/2006/relationships/hyperlink" Target="https://www.kickz.com/en/blog/the-evolution-of-basketball-shorts-short-shorts-vs-long-shorts" TargetMode="External"/><Relationship Id="rId13" Type="http://schemas.openxmlformats.org/officeDocument/2006/relationships/hyperlink" Target="https://www.gq-magazine.co.uk/article/jockstrap-trend-menswear-2023" TargetMode="External"/><Relationship Id="rId14" Type="http://schemas.openxmlformats.org/officeDocument/2006/relationships/hyperlink" Target="https://www.espn.com/mens-college-basketball/story/_/id/12041839/rolling-waistbands-new-trend-basketball-fash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