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Global Black Pride Paris 2026: What to Know and How to Join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culture and activists alike are turning their calendars to Paris this September as Global Black Pride holds its first European edition; the five-day event runs 9–13 September 2026, mixing a human-rights conference, a celebratory march, nightlife and free festival programming across central Paris , and it matters for travellers and communities worldwide.</w:t>
      </w:r>
      <w:r/>
    </w:p>
    <w:p>
      <w:r/>
      <w:r>
        <w:t>Essential Takeaways</w:t>
      </w:r>
      <w:r/>
      <w:r/>
    </w:p>
    <w:p>
      <w:pPr>
        <w:pStyle w:val="ListBullet"/>
        <w:spacing w:line="240" w:lineRule="auto"/>
        <w:ind w:left="720"/>
      </w:pPr>
      <w:r/>
      <w:r>
        <w:rPr>
          <w:b/>
        </w:rPr>
        <w:t>Dates and scope:</w:t>
      </w:r>
      <w:r>
        <w:t xml:space="preserve"> Global Black Pride Paris runs 9–13 September 2026, a five-day mix of conferences, awards, a march and music.</w:t>
      </w:r>
      <w:r/>
    </w:p>
    <w:p>
      <w:pPr>
        <w:pStyle w:val="ListBullet"/>
        <w:spacing w:line="240" w:lineRule="auto"/>
        <w:ind w:left="720"/>
      </w:pPr>
      <w:r/>
      <w:r>
        <w:rPr>
          <w:b/>
        </w:rPr>
        <w:t>Main events:</w:t>
      </w:r>
      <w:r>
        <w:t xml:space="preserve"> </w:t>
      </w:r>
      <w:r>
        <w:rPr>
          <w:b/>
        </w:rPr>
        <w:t>Human Rights Conference</w:t>
      </w:r>
      <w:r>
        <w:t xml:space="preserve"> on 10–11 September, a public </w:t>
      </w:r>
      <w:r>
        <w:rPr>
          <w:b/>
        </w:rPr>
        <w:t>March</w:t>
      </w:r>
      <w:r>
        <w:t xml:space="preserve"> leaving Square Léon on 12 September, and a free festival at Place de la République afterwards.</w:t>
      </w:r>
      <w:r/>
    </w:p>
    <w:p>
      <w:pPr>
        <w:pStyle w:val="ListBullet"/>
        <w:spacing w:line="240" w:lineRule="auto"/>
        <w:ind w:left="720"/>
      </w:pPr>
      <w:r/>
      <w:r>
        <w:rPr>
          <w:b/>
        </w:rPr>
        <w:t>Nightlife and music:</w:t>
      </w:r>
      <w:r>
        <w:t xml:space="preserve"> Global Black Queer Fest spans 12–13 September, with Afrobeat, house, ballroom, dancehall and amapiano.</w:t>
      </w:r>
      <w:r/>
    </w:p>
    <w:p>
      <w:pPr>
        <w:pStyle w:val="ListBullet"/>
        <w:spacing w:line="240" w:lineRule="auto"/>
        <w:ind w:left="720"/>
      </w:pPr>
      <w:r/>
      <w:r>
        <w:rPr>
          <w:b/>
        </w:rPr>
        <w:t>Practical note:</w:t>
      </w:r>
      <w:r>
        <w:t xml:space="preserve"> Expect high demand for accommodation near Goutte d’Or, Château Rouge and République , book early and check the official site for host hotels and registration.</w:t>
      </w:r>
      <w:r/>
    </w:p>
    <w:p>
      <w:pPr>
        <w:pStyle w:val="ListBullet"/>
        <w:spacing w:line="240" w:lineRule="auto"/>
        <w:ind w:left="720"/>
      </w:pPr>
      <w:r/>
      <w:r>
        <w:rPr>
          <w:b/>
        </w:rPr>
        <w:t>Atmosphere:</w:t>
      </w:r>
      <w:r>
        <w:t xml:space="preserve"> Events blend activism and celebration , think meaningful panels by day, vibrant, loud dancefloors by night.</w:t>
      </w:r>
      <w:r/>
      <w:r/>
    </w:p>
    <w:p>
      <w:pPr>
        <w:pStyle w:val="Heading2"/>
      </w:pPr>
      <w:r>
        <w:t>Why Paris? The city’s symbolism and practical pull</w:t>
      </w:r>
      <w:r/>
    </w:p>
    <w:p>
      <w:r/>
      <w:r>
        <w:t>Paris isn't just a pretty backdrop for this event, it's a deliberate choice with symbolic weight and practical perks. The city offers transport links, a global cultural cachet and neighbourhoods like Goutte d’Or and Château Rouge that are alive with diasporic culture , a texture you’ll feel the minute you step off the Metro.</w:t>
      </w:r>
      <w:r/>
    </w:p>
    <w:p>
      <w:r/>
      <w:r>
        <w:t>Organisers describe this as Global Black Pride's first European edition, intended to centre Black queer voices from Africa, the Caribbean and the diaspora. For visitors that means attending is both a party and a chance to witness international organising in motion.</w:t>
      </w:r>
      <w:r/>
    </w:p>
    <w:p>
      <w:r/>
      <w:r>
        <w:t>Tip: arrive a day early to stroll the neighbourhoods around the march route , colourful markets, falafel stalls and record shops help set the scene.</w:t>
      </w:r>
      <w:r/>
    </w:p>
    <w:p>
      <w:pPr>
        <w:pStyle w:val="Heading2"/>
      </w:pPr>
      <w:r>
        <w:t>The human-rights conference: substance before celebration</w:t>
      </w:r>
      <w:r/>
    </w:p>
    <w:p>
      <w:r/>
      <w:r>
        <w:t>On 10–11 September the Mairie du 10e hosts a Human Rights Conference tackling health, HIV prevention, discrimination and public policy. Expect panels with activists, service providers and policy thinkers , this is where the movement’s priorities get aired publicly.</w:t>
      </w:r>
      <w:r/>
    </w:p>
    <w:p>
      <w:r/>
      <w:r>
        <w:t>If you care about advocacy as much as nightlife, plan to attend sessions in the morning and early afternoon: you'll hear practical analysis and meet community groups working on the ground.</w:t>
      </w:r>
      <w:r/>
    </w:p>
    <w:p>
      <w:r/>
      <w:r>
        <w:t>Practical advice: register in advance via the official conference page to secure seats at in-demand panels and workshops.</w:t>
      </w:r>
      <w:r/>
    </w:p>
    <w:p>
      <w:pPr>
        <w:pStyle w:val="Heading2"/>
      </w:pPr>
      <w:r>
        <w:t>The march and free festival: route, access and atmosphere</w:t>
      </w:r>
      <w:r/>
    </w:p>
    <w:p>
      <w:r/>
      <w:r>
        <w:t>The procession on 12 September begins at Square Léon in Goutte d’Or at 14:00, moves through Château Rouge and Château d’Eau, and aims to arrive at Place de la République around 17:00. The march is open to everyone and is followed by a free festival at République.</w:t>
      </w:r>
      <w:r/>
    </w:p>
    <w:p>
      <w:r/>
      <w:r>
        <w:t>This is a parade with purpose , expect chants, speeches and a celebratory, communal feel once you hit République. For photographers and first-timers, the visual contrast between the neighbourhoods and the open square is striking and joyful.</w:t>
      </w:r>
      <w:r/>
    </w:p>
    <w:p>
      <w:r/>
      <w:r>
        <w:t>Safety note: arrive early if you want a front-row view, wear comfortable shoes for walking, and keep valuables secure in crowded areas.</w:t>
      </w:r>
      <w:r/>
    </w:p>
    <w:p>
      <w:pPr>
        <w:pStyle w:val="Heading2"/>
      </w:pPr>
      <w:r>
        <w:t>Black Excellence Awards and nightlife: ceremonies then dancing</w:t>
      </w:r>
      <w:r/>
    </w:p>
    <w:p>
      <w:r/>
      <w:r>
        <w:t>Friday night’s Black Excellence Awards Gala celebrates leadership and achievement within Black LGBTQ+ communities, a more formal counterpoint to the weekend’s street-level events. Then the weekend pivots to music: the Global Black Queer Fest promises DJs and performers across genres including amapiano, house and ballroom styles.</w:t>
      </w:r>
      <w:r/>
    </w:p>
    <w:p>
      <w:r/>
      <w:r>
        <w:t>If nightlife is your thing, map out venues early , some parties will be ticketed and others pop-up. Expect warm, rhythmic sets and a high-energy crowd.</w:t>
      </w:r>
      <w:r/>
    </w:p>
    <w:p>
      <w:r/>
      <w:r>
        <w:t>Pro tip: check official listings for age limits and ticket info, and consider public transport for late-night returns , Paris runs many night buses and the Metro covers most central zones.</w:t>
      </w:r>
      <w:r/>
    </w:p>
    <w:p>
      <w:pPr>
        <w:pStyle w:val="Heading2"/>
      </w:pPr>
      <w:r>
        <w:t>Travel logistics: when to book and where to stay</w:t>
      </w:r>
      <w:r/>
    </w:p>
    <w:p>
      <w:r/>
      <w:r>
        <w:t>September is a sweet spot in Paris , the summer crush eases and the weather’s still pleasant for walking. But because this is a focused festival, hotels near the Goutte d’Or, Château Rouge and République will fill fast.</w:t>
      </w:r>
      <w:r/>
    </w:p>
    <w:p>
      <w:r/>
      <w:r>
        <w:t>Book accommodation as soon as you can, consult the event’s host-hotel list for special rates, and think about staying near a Metro line that connects the 10th and 11th arrondissements. If you want to be in the thick of things, look for rooms around République; if you prefer quieter evenings, choose the 9th or 18th with easy links.</w:t>
      </w:r>
      <w:r/>
    </w:p>
    <w:p>
      <w:r/>
      <w:r>
        <w:t>Budget tip: short-term rentals and guesthouses in neighbouring arrondissements can save money; just check walking distance to scheduled venues.</w:t>
      </w:r>
      <w:r/>
    </w:p>
    <w:p>
      <w:pPr>
        <w:pStyle w:val="Heading2"/>
      </w:pPr>
      <w:r>
        <w:t>Why this edition matters beyond Paris</w:t>
      </w:r>
      <w:r/>
    </w:p>
    <w:p>
      <w:r/>
      <w:r>
        <w:t>Global Black Pride Paris is more than a festival , it's a statement about visibility, solidarity and the global reach of Black queer organising. Bringing together activists, artists and allies from multiple continents turns a local Pride into a diaspora-wide forum.</w:t>
      </w:r>
      <w:r/>
    </w:p>
    <w:p>
      <w:r/>
      <w:r>
        <w:t>Expect conversations and cultural exchanges to continue after the weekend, influencing policy conversations and local organising in cities represented at the event.</w:t>
      </w:r>
      <w:r/>
    </w:p>
    <w:p>
      <w:r/>
      <w:r>
        <w:t>It's an opportunity to witness a movement’s growth while enjoying Parisian cafés, late-night music and the warmth of community.</w:t>
      </w:r>
      <w:r/>
    </w:p>
    <w:p>
      <w:r/>
      <w:r>
        <w:t>It's a small change that can make every celebration mean more.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[7]</w:t>
        </w:r>
      </w:hyperlink>
      <w:r>
        <w:t xml:space="preserve">, </w:t>
      </w:r>
      <w:hyperlink r:id="rId13">
        <w:r>
          <w:rPr>
            <w:color w:val="0000EE"/>
            <w:u w:val="single"/>
          </w:rPr>
          <w:t>[3]</w:t>
        </w:r>
      </w:hyperlink>
      <w:r>
        <w:t xml:space="preserve">- Paragraph 3: </w:t>
      </w:r>
      <w:hyperlink r:id="rId14">
        <w:r>
          <w:rPr>
            <w:color w:val="0000EE"/>
            <w:u w:val="single"/>
          </w:rPr>
          <w:t>[6]</w:t>
        </w:r>
      </w:hyperlink>
      <w:r>
        <w:t xml:space="preserve">, </w:t>
      </w:r>
      <w:hyperlink r:id="rId11">
        <w:r>
          <w:rPr>
            <w:color w:val="0000EE"/>
            <w:u w:val="single"/>
          </w:rPr>
          <w:t>[4]</w:t>
        </w:r>
      </w:hyperlink>
      <w:r>
        <w:t xml:space="preserve">- Paragraph 4: </w:t>
      </w:r>
      <w:hyperlink r:id="rId12">
        <w:r>
          <w:rPr>
            <w:color w:val="0000EE"/>
            <w:u w:val="single"/>
          </w:rPr>
          <w:t>[7]</w:t>
        </w:r>
      </w:hyperlink>
      <w:r>
        <w:t xml:space="preserve">, </w:t>
      </w:r>
      <w:hyperlink r:id="rId13">
        <w:r>
          <w:rPr>
            <w:color w:val="0000EE"/>
            <w:u w:val="single"/>
          </w:rPr>
          <w:t>[3]</w:t>
        </w:r>
      </w:hyperlink>
      <w:r>
        <w:t xml:space="preserve">- Paragraph 5: </w:t>
      </w:r>
      <w:hyperlink r:id="rId15">
        <w:r>
          <w:rPr>
            <w:color w:val="0000EE"/>
            <w:u w:val="single"/>
          </w:rPr>
          <w:t>[5]</w:t>
        </w:r>
      </w:hyperlink>
      <w:r>
        <w:t xml:space="preserve">, </w:t>
      </w:r>
      <w:hyperlink r:id="rId11">
        <w:r>
          <w:rPr>
            <w:color w:val="0000EE"/>
            <w:u w:val="single"/>
          </w:rPr>
          <w:t>[4]</w:t>
        </w:r>
      </w:hyperlink>
      <w:r>
        <w:t xml:space="preserve">- Paragraph 6: </w:t>
      </w:r>
      <w:hyperlink r:id="rId10">
        <w:r>
          <w:rPr>
            <w:color w:val="0000EE"/>
            <w:u w:val="single"/>
          </w:rPr>
          <w:t>[2]</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https://www.vacationer.travel/global-black-pride-paris-a-historic-celebration-of-black-queer-culture/</w:t>
        </w:r>
      </w:hyperlink>
      <w:r>
        <w:t xml:space="preserve"> - Please view link - unable to able to access data</w:t>
      </w:r>
      <w:r/>
    </w:p>
    <w:p>
      <w:pPr>
        <w:pStyle w:val="ListNumber"/>
        <w:spacing w:line="240" w:lineRule="auto"/>
        <w:ind w:left="720"/>
      </w:pPr>
      <w:r/>
      <w:hyperlink r:id="rId10">
        <w:r>
          <w:rPr>
            <w:color w:val="0000EE"/>
            <w:u w:val="single"/>
          </w:rPr>
          <w:t>https://agenda.parisjetaime.com/en/global-black-pride-tout-paris-2026/</w:t>
        </w:r>
      </w:hyperlink>
      <w:r>
        <w:t xml:space="preserve"> - This article provides details about the first European edition of Global Black Pride, scheduled from 9 to 13 September 2026 in Paris. The event aims to celebrate Afro-queer voices through a series of talks, a community village, a pride parade, and concerts, promoting the visibility and engagement of Black LGBTQIA+ individuals. The article highlights the significance of this event in Paris and encourages participation from all ages. (</w:t>
      </w:r>
      <w:hyperlink r:id="rId16">
        <w:r>
          <w:rPr>
            <w:color w:val="0000EE"/>
            <w:u w:val="single"/>
          </w:rPr>
          <w:t>agenda.parisjetaime.com</w:t>
        </w:r>
      </w:hyperlink>
      <w:r>
        <w:t>)</w:t>
      </w:r>
      <w:r/>
    </w:p>
    <w:p>
      <w:pPr>
        <w:pStyle w:val="ListNumber"/>
        <w:spacing w:line="240" w:lineRule="auto"/>
        <w:ind w:left="720"/>
      </w:pPr>
      <w:r/>
      <w:hyperlink r:id="rId13">
        <w:r>
          <w:rPr>
            <w:color w:val="0000EE"/>
            <w:u w:val="single"/>
          </w:rPr>
          <w:t>https://mairie10.paris.fr/pages/la-programmation-du-global-black-pride-2026-a-paris-35937</w:t>
        </w:r>
      </w:hyperlink>
      <w:r>
        <w:t xml:space="preserve"> - This page outlines the programme for Global Black Pride 2026 in Paris, focusing on events in the 10th arrondissement. It details the Human Rights Conference on 9 September, the Black Excellence Awards Gala on 11 September, and the Pride March and Festival on 12 September. The article emphasizes the event's role in celebrating and highlighting the diversity of the Black LGBTQ+ community. (</w:t>
      </w:r>
      <w:hyperlink r:id="rId17">
        <w:r>
          <w:rPr>
            <w:color w:val="0000EE"/>
            <w:u w:val="single"/>
          </w:rPr>
          <w:t>mairie10.paris.fr</w:t>
        </w:r>
      </w:hyperlink>
      <w:r>
        <w:t>)</w:t>
      </w:r>
      <w:r/>
    </w:p>
    <w:p>
      <w:pPr>
        <w:pStyle w:val="ListNumber"/>
        <w:spacing w:line="240" w:lineRule="auto"/>
        <w:ind w:left="720"/>
      </w:pPr>
      <w:r/>
      <w:hyperlink r:id="rId11">
        <w:r>
          <w:rPr>
            <w:color w:val="0000EE"/>
            <w:u w:val="single"/>
          </w:rPr>
          <w:t>https://queer.paris/Global-Black-Pride-432818</w:t>
        </w:r>
      </w:hyperlink>
      <w:r>
        <w:t xml:space="preserve"> - This article announces the arrival of Global Black Pride in Paris from 9 to 13 September 2026. It describes the event as a convergence of art, activism, and ancestral magic, transforming Paris into a hub for Black queer liberation. The piece includes a quote from Monroe France, Chair of Global Black Pride, highlighting the historical significance of the event for Black LGBTQI+ individuals globally. (</w:t>
      </w:r>
      <w:hyperlink r:id="rId18">
        <w:r>
          <w:rPr>
            <w:color w:val="0000EE"/>
            <w:u w:val="single"/>
          </w:rPr>
          <w:t>queer.paris</w:t>
        </w:r>
      </w:hyperlink>
      <w:r>
        <w:t>)</w:t>
      </w:r>
      <w:r/>
    </w:p>
    <w:p>
      <w:pPr>
        <w:pStyle w:val="ListNumber"/>
        <w:spacing w:line="240" w:lineRule="auto"/>
        <w:ind w:left="720"/>
      </w:pPr>
      <w:r/>
      <w:hyperlink r:id="rId15">
        <w:r>
          <w:rPr>
            <w:color w:val="0000EE"/>
            <w:u w:val="single"/>
          </w:rPr>
          <w:t>https://globalblackpride.org/sponsors/</w:t>
        </w:r>
      </w:hyperlink>
      <w:r>
        <w:t xml:space="preserve"> - This page invites organisations to become sponsors of Global Black Pride Paris 2026, scheduled for 9–13 September 2026. It outlines the benefits of partnership, including elevating global visibility and advancing real impact through community-led advocacy, health, and inclusion programmes. The event aims to unite governments, businesses, philanthropies, and civil society to shape a future rooted in freedom, creativity, and justice. (</w:t>
      </w:r>
      <w:hyperlink r:id="rId19">
        <w:r>
          <w:rPr>
            <w:color w:val="0000EE"/>
            <w:u w:val="single"/>
          </w:rPr>
          <w:t>globalblackpride.org</w:t>
        </w:r>
      </w:hyperlink>
      <w:r>
        <w:t>)</w:t>
      </w:r>
      <w:r/>
    </w:p>
    <w:p>
      <w:pPr>
        <w:pStyle w:val="ListNumber"/>
        <w:spacing w:line="240" w:lineRule="auto"/>
        <w:ind w:left="720"/>
      </w:pPr>
      <w:r/>
      <w:hyperlink r:id="rId14">
        <w:r>
          <w:rPr>
            <w:color w:val="0000EE"/>
            <w:u w:val="single"/>
          </w:rPr>
          <w:t>https://globalblackpride.org/fr/2026-march-rally/</w:t>
        </w:r>
      </w:hyperlink>
      <w:r>
        <w:t xml:space="preserve"> - This page provides information about the Global Black Pride March and Rally in Paris on 12 September 2026. It describes the march as a gathering of community members, allies, and activists marching through the heart of Paris to stand up, speak out, and move together toward a world where Black queer and trans people are safe, seen, and free. The schedule and route are to be determined. (</w:t>
      </w:r>
      <w:hyperlink r:id="rId20">
        <w:r>
          <w:rPr>
            <w:color w:val="0000EE"/>
            <w:u w:val="single"/>
          </w:rPr>
          <w:t>globalblackpride.org</w:t>
        </w:r>
      </w:hyperlink>
      <w:r>
        <w:t>)</w:t>
      </w:r>
      <w:r/>
    </w:p>
    <w:p>
      <w:pPr>
        <w:pStyle w:val="ListNumber"/>
        <w:spacing w:line="240" w:lineRule="auto"/>
        <w:ind w:left="720"/>
      </w:pPr>
      <w:r/>
      <w:hyperlink r:id="rId12">
        <w:r>
          <w:rPr>
            <w:color w:val="0000EE"/>
            <w:u w:val="single"/>
          </w:rPr>
          <w:t>https://globalblackpride.org/conference/</w:t>
        </w:r>
      </w:hyperlink>
      <w:r>
        <w:t xml:space="preserve"> - This page details the Global Black Queer Assembly, a business, human rights, and health summit, taking place from 9 to 13 September 2026 in Paris. The assembly aims to convene the world’s leading thinkers and changemakers at the intersection of business, human rights, and health, exploring how Black LGBTQ+ leaders and allies are shaping inclusive economies, advancing health equity, and redefining leadership for a more just and equitable world. (</w:t>
      </w:r>
      <w:hyperlink r:id="rId21">
        <w:r>
          <w:rPr>
            <w:color w:val="0000EE"/>
            <w:u w:val="single"/>
          </w:rPr>
          <w:t>globalblackpride.org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acationer.travel/global-black-pride-paris-a-historic-celebration-of-black-queer-culture/" TargetMode="External"/><Relationship Id="rId10" Type="http://schemas.openxmlformats.org/officeDocument/2006/relationships/hyperlink" Target="https://agenda.parisjetaime.com/en/global-black-pride-tout-paris-2026/" TargetMode="External"/><Relationship Id="rId11" Type="http://schemas.openxmlformats.org/officeDocument/2006/relationships/hyperlink" Target="https://queer.paris/Global-Black-Pride-432818" TargetMode="External"/><Relationship Id="rId12" Type="http://schemas.openxmlformats.org/officeDocument/2006/relationships/hyperlink" Target="https://globalblackpride.org/conference/" TargetMode="External"/><Relationship Id="rId13" Type="http://schemas.openxmlformats.org/officeDocument/2006/relationships/hyperlink" Target="https://mairie10.paris.fr/pages/la-programmation-du-global-black-pride-2026-a-paris-35937" TargetMode="External"/><Relationship Id="rId14" Type="http://schemas.openxmlformats.org/officeDocument/2006/relationships/hyperlink" Target="https://globalblackpride.org/fr/2026-march-rally/" TargetMode="External"/><Relationship Id="rId15" Type="http://schemas.openxmlformats.org/officeDocument/2006/relationships/hyperlink" Target="https://globalblackpride.org/sponsors/" TargetMode="External"/><Relationship Id="rId16" Type="http://schemas.openxmlformats.org/officeDocument/2006/relationships/hyperlink" Target="https://agenda.parisjetaime.com/en/global-black-pride-tout-paris-2026/?utm_source=openai" TargetMode="External"/><Relationship Id="rId17" Type="http://schemas.openxmlformats.org/officeDocument/2006/relationships/hyperlink" Target="https://mairie10.paris.fr/pages/la-programmation-du-global-black-pride-2026-a-paris-35937?utm_source=openai" TargetMode="External"/><Relationship Id="rId18" Type="http://schemas.openxmlformats.org/officeDocument/2006/relationships/hyperlink" Target="https://queer.paris/Global-Black-Pride-432818?utm_source=openai" TargetMode="External"/><Relationship Id="rId19" Type="http://schemas.openxmlformats.org/officeDocument/2006/relationships/hyperlink" Target="https://globalblackpride.org/sponsors/?utm_source=openai" TargetMode="External"/><Relationship Id="rId20" Type="http://schemas.openxmlformats.org/officeDocument/2006/relationships/hyperlink" Target="https://globalblackpride.org/fr/2026-march-rally/?utm_source=openai" TargetMode="External"/><Relationship Id="rId21" Type="http://schemas.openxmlformats.org/officeDocument/2006/relationships/hyperlink" Target="https://globalblackpride.org/conferenc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