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West Hollywood Pride House Plans for LA28: What Travellers Need to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sightseers are already planning trips to West Hollywood as the city readies Pride House for the 2028 LA Olympics; visitors can expect queer-led events, accessible community programming and a newly reworked tourism site with an AI trip planner that makes getting around easy and fun.</w:t>
      </w:r>
      <w:r/>
    </w:p>
    <w:p>
      <w:r/>
      <w:r>
        <w:t>Essential Takeaways</w:t>
      </w:r>
      <w:r/>
      <w:r/>
    </w:p>
    <w:p>
      <w:pPr>
        <w:pStyle w:val="ListBullet"/>
        <w:spacing w:line="240" w:lineRule="auto"/>
        <w:ind w:left="720"/>
      </w:pPr>
      <w:r/>
      <w:r>
        <w:rPr>
          <w:b/>
        </w:rPr>
        <w:t>Major hub:</w:t>
      </w:r>
      <w:r>
        <w:t xml:space="preserve"> Pride House will transform West Hollywood Park into a multi-zone community and athlete hub during LA28, with concerts, viewing areas and medal moments.</w:t>
      </w:r>
      <w:r/>
    </w:p>
    <w:p>
      <w:pPr>
        <w:pStyle w:val="ListBullet"/>
        <w:spacing w:line="240" w:lineRule="auto"/>
        <w:ind w:left="720"/>
      </w:pPr>
      <w:r/>
      <w:r>
        <w:rPr>
          <w:b/>
        </w:rPr>
        <w:t>Local backing:</w:t>
      </w:r>
      <w:r>
        <w:t xml:space="preserve"> The city council has committed significant sponsorship to welcome LGBTQ+ visitors and support queer athletes through dedicated programming.</w:t>
      </w:r>
      <w:r/>
    </w:p>
    <w:p>
      <w:pPr>
        <w:pStyle w:val="ListBullet"/>
        <w:spacing w:line="240" w:lineRule="auto"/>
        <w:ind w:left="720"/>
      </w:pPr>
      <w:r/>
      <w:r>
        <w:rPr>
          <w:b/>
        </w:rPr>
        <w:t>Walkable base:</w:t>
      </w:r>
      <w:r>
        <w:t xml:space="preserve"> West Hollywood’s compact streets and Rainbow District make it a convenient, pedestrian-friendly base to explore Los Angeles.</w:t>
      </w:r>
      <w:r/>
    </w:p>
    <w:p>
      <w:pPr>
        <w:pStyle w:val="ListBullet"/>
        <w:spacing w:line="240" w:lineRule="auto"/>
        <w:ind w:left="720"/>
      </w:pPr>
      <w:r/>
      <w:r>
        <w:rPr>
          <w:b/>
        </w:rPr>
        <w:t>Community roots:</w:t>
      </w:r>
      <w:r>
        <w:t xml:space="preserve"> WeHo’s deep queer history underpins the Games plans, from sports clubs to memorials and ongoing inclusion ordinances.</w:t>
      </w:r>
      <w:r/>
    </w:p>
    <w:p>
      <w:pPr>
        <w:pStyle w:val="ListBullet"/>
        <w:spacing w:line="240" w:lineRule="auto"/>
        <w:ind w:left="720"/>
      </w:pPr>
      <w:r/>
      <w:r>
        <w:rPr>
          <w:b/>
        </w:rPr>
        <w:t>Practical tools:</w:t>
      </w:r>
      <w:r>
        <w:t xml:space="preserve"> The destination’s revamped website features an AI trip planner to map walking routes, sites and events.</w:t>
      </w:r>
      <w:r/>
      <w:r/>
    </w:p>
    <w:p>
      <w:pPr>
        <w:pStyle w:val="Heading2"/>
      </w:pPr>
      <w:r>
        <w:t>Why Pride House Matters , and why WeHo is the obvious host</w:t>
      </w:r>
      <w:r/>
    </w:p>
    <w:p>
      <w:r/>
      <w:r>
        <w:t>West Hollywood isn’t parachuting in a shiny pop-up; Pride House builds on a long civic tradition of queer visibility and athletic life, and that gives it an authentic, lived-in feel. The idea is to create a safe, celebratory place where LGBTQ+ athletes and visitors can gather, watch sport, and take part in cultural events , think music, conversations and community-led ceremonies.</w:t>
      </w:r>
      <w:r/>
    </w:p>
    <w:p>
      <w:r/>
      <w:r>
        <w:t>The timing makes sense. West Hollywood already punches above its weight culturally, with a strong LGBTQ+ majority and grassroots sports clubs that have been competing and winning for decades. For travellers that means Pride House won’t feel like a one-off attraction but an extension of everyday city life.</w:t>
      </w:r>
      <w:r/>
    </w:p>
    <w:p>
      <w:pPr>
        <w:pStyle w:val="Heading2"/>
      </w:pPr>
      <w:r>
        <w:t>What to expect on the ground during LA28</w:t>
      </w:r>
      <w:r/>
    </w:p>
    <w:p>
      <w:r/>
      <w:r>
        <w:t>Expect Pride House to be immersive and busy; the plan is for a 360-degree experience across West Hollywood Park with spaces for performance, screening areas and meet-ups. City leaders have signalled they’re funding the initiative to welcome visitors and honour queer athletes, so programming will be substantive rather than symbolic.</w:t>
      </w:r>
      <w:r/>
    </w:p>
    <w:p>
      <w:r/>
      <w:r>
        <w:t>If you’re planning to attend, think layers: outdoor stages, viewing areas and pedestrian crowds call for sun protection, comfortable shoes and a patience for queuing. Look out for community activation schedules and smaller satellite events across the Rainbow District.</w:t>
      </w:r>
      <w:r/>
    </w:p>
    <w:p>
      <w:pPr>
        <w:pStyle w:val="Heading2"/>
      </w:pPr>
      <w:r>
        <w:t>How West Hollywood’s history shapes the Games legacy</w:t>
      </w:r>
      <w:r/>
    </w:p>
    <w:p>
      <w:r/>
      <w:r>
        <w:t>WeHo’s place in queer history is more than PR. Municipal ordinances, early anti-discrimination laws and memorials have cemented the city’s role as a protector of queer life, so hosting Pride House is also a civic statement about legacy and remembrance. That’s meaningful for visitors who care about the social impact of travel.</w:t>
      </w:r>
      <w:r/>
    </w:p>
    <w:p>
      <w:r/>
      <w:r>
        <w:t>The city wants LA28 to spark longer-term benefits: funding and visibility for queer athletes, plus programs that help the next generation of sportspeople compete. It’s a reminder that the Olympics can leave a cultural footprint as well as medals.</w:t>
      </w:r>
      <w:r/>
    </w:p>
    <w:p>
      <w:pPr>
        <w:pStyle w:val="Heading2"/>
      </w:pPr>
      <w:r>
        <w:t>Where to stay, eat and play , practical tips for visitors</w:t>
      </w:r>
      <w:r/>
    </w:p>
    <w:p>
      <w:r/>
      <w:r>
        <w:t>West Hollywood’s hotel scene has been refreshed recently, with design-forward openings and rooftop views that suit visitors who want to be in the thick of things. Book early , mid-September and the Olympic fortnight will push demand , and consider boutique hotels in or near the Rainbow District to stay walkable to Pride House and local nightlife.</w:t>
      </w:r>
      <w:r/>
    </w:p>
    <w:p>
      <w:r/>
      <w:r>
        <w:t>Dining and nightlife span high-end tasting menus to neighbourhood bars; make reservations for dinner and arrive early for popular venues. If you prefer quieter exploration, the city’s compact size makes self-guided walking easy, and the AI trip planner on the city’s tourism site helps stitch together routes and must-see stops.</w:t>
      </w:r>
      <w:r/>
    </w:p>
    <w:p>
      <w:pPr>
        <w:pStyle w:val="Heading2"/>
      </w:pPr>
      <w:r>
        <w:t>Getting around and staying safe , practical advice</w:t>
      </w:r>
      <w:r/>
    </w:p>
    <w:p>
      <w:r/>
      <w:r>
        <w:t>West Hollywood is notably walkable, but for longer hauls you’ll want to mix walking with short rideshares or public transport. Use official city resources and the AI trip planner to time your walks and avoid LA traffic at peak hours.</w:t>
      </w:r>
      <w:r/>
    </w:p>
    <w:p>
      <w:r/>
      <w:r>
        <w:t>Safety is a priority for the city’s messaging, and organisers emphasise an inclusive welcome for visitors of all backgrounds. Still, carry basic travel essentials, check event accessibility details in advance and tap official channels for the latest programming and entry information.</w:t>
      </w:r>
      <w:r/>
    </w:p>
    <w:p>
      <w:r/>
      <w:r>
        <w:t>It’s a small change that can make every visit more meaningful and easier to plan.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1">
        <w:r>
          <w:rPr>
            <w:color w:val="0000EE"/>
            <w:u w:val="single"/>
          </w:rPr>
          <w:t>[3]</w:t>
        </w:r>
      </w:hyperlink>
      <w:r>
        <w:t xml:space="preserve">, </w:t>
      </w:r>
      <w:hyperlink r:id="rId9">
        <w:r>
          <w:rPr>
            <w:color w:val="0000EE"/>
            <w:u w:val="single"/>
          </w:rPr>
          <w:t>[1]</w:t>
        </w:r>
      </w:hyperlink>
      <w:r>
        <w:t xml:space="preserve">- Paragraph 6: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https://www.outthere.travel/west-hollywood-pride-house-2028/</w:t>
        </w:r>
      </w:hyperlink>
      <w:r>
        <w:t xml:space="preserve"> - Please view link - unable to able to access data</w:t>
      </w:r>
      <w:r/>
    </w:p>
    <w:p>
      <w:pPr>
        <w:pStyle w:val="ListNumber"/>
        <w:spacing w:line="240" w:lineRule="auto"/>
        <w:ind w:left="720"/>
      </w:pPr>
      <w:r/>
      <w:hyperlink r:id="rId10">
        <w:r>
          <w:rPr>
            <w:color w:val="0000EE"/>
            <w:u w:val="single"/>
          </w:rPr>
          <w:t>https://www.pridehouselaweho.org/</w:t>
        </w:r>
      </w:hyperlink>
      <w:r>
        <w:t xml:space="preserve"> - Pride House Los Angeles – West Hollywood is an initiative aiming to provide a safe and welcoming space for LGBTQ+ athletes and supporters during the 2028 Summer Olympics. The mission is to offer a platform where the community can experience and celebrate the Games, while promoting visibility and inclusion in sports at all levels. The vision is to create an environment where LGBTQ+ individuals can participate openly and fully without discrimination based on sexual orientation or gender identity. The project is managed by the Out Athlete Fund, a 501(c)(3) organisation dedicated to supporting LGBTQ+ athletes through financial assistance, educational outreach, and event programming. Over the next three years, Pride House plans to expand its reach through various events, including activations during the 2026 FIFA World Cup and Super Bowl, Pride Nights with professional teams, and collaborations with LGBTQ+ sports leagues. The goal is to build a movement that supports athletes and changes the face of sports by fostering full inclusion. (</w:t>
      </w:r>
      <w:hyperlink r:id="rId15">
        <w:r>
          <w:rPr>
            <w:color w:val="0000EE"/>
            <w:u w:val="single"/>
          </w:rPr>
          <w:t>pridehouselaweho.org</w:t>
        </w:r>
      </w:hyperlink>
      <w:r>
        <w:t>)</w:t>
      </w:r>
      <w:r/>
    </w:p>
    <w:p>
      <w:pPr>
        <w:pStyle w:val="ListNumber"/>
        <w:spacing w:line="240" w:lineRule="auto"/>
        <w:ind w:left="720"/>
      </w:pPr>
      <w:r/>
      <w:hyperlink r:id="rId11">
        <w:r>
          <w:rPr>
            <w:color w:val="0000EE"/>
            <w:u w:val="single"/>
          </w:rPr>
          <w:t>https://www.visitwesthollywood.com/experiences/lgbtq/</w:t>
        </w:r>
      </w:hyperlink>
      <w:r>
        <w:t xml:space="preserve"> - West Hollywood, often referred to as WeHo, is renowned as the heart of Los Angeles' LGBTQ+ community. The city has a rich history of activism and pride, having made history in 1984 as the first U.S. city to incorporate with a majority-gay city council. Today, over 40% of residents identify as LGBTQ+, reflecting the community's deep roots in the area. The Rainbow District, a one-mile stretch of Santa Monica Boulevard, is the epicentre of LGBTQ+ life in WeHo, featuring more than 50 LGBTQ+-owned establishments, including bars, restaurants, and shops. Iconic venues like The Abbey, Micky’s, and Revolver contribute to the vibrant nightlife. The city also honours its history through landmarks such as STORIES: The AIDS Monument in West Hollywood Park, serving as a tribute to those lost to the AIDS epidemic and a space for reflection. Annual events like WeHo Pride and the West Hollywood Halloween Carnaval further celebrate the community's spirit and inclusivity. (</w:t>
      </w:r>
      <w:hyperlink r:id="rId16">
        <w:r>
          <w:rPr>
            <w:color w:val="0000EE"/>
            <w:u w:val="single"/>
          </w:rPr>
          <w:t>visitwesthollywood.com</w:t>
        </w:r>
      </w:hyperlink>
      <w:r>
        <w:t>)</w:t>
      </w:r>
      <w:r/>
    </w:p>
    <w:p>
      <w:pPr>
        <w:pStyle w:val="ListNumber"/>
        <w:spacing w:line="240" w:lineRule="auto"/>
        <w:ind w:left="720"/>
      </w:pPr>
      <w:r/>
      <w:hyperlink r:id="rId12">
        <w:r>
          <w:rPr>
            <w:color w:val="0000EE"/>
            <w:u w:val="single"/>
          </w:rPr>
          <w:t>https://www.wehosc.org/</w:t>
        </w:r>
      </w:hyperlink>
      <w:r>
        <w:t xml:space="preserve"> - Established in 1985, the West Hollywood Soccer Club (WHSC) is the largest and oldest LGBTQ+ soccer club in Los Angeles. Founded as the Los Angeles Suns, the club began with eight players who envisioned creating a welcoming and inclusive space for LGBTQ+ individuals and allies to engage in soccer. Over the years, WHSC has grown into a prominent organisation within the LGBTQ+ community, participating in various International Gay and Lesbian Football Association (IGLFA) competitions worldwide. The club has achieved notable successes, including winning gold at the Gay Games X in Paris in 2018. WHSC is dedicated to fostering athleticism, competition, and community, providing a platform where individuals can express themselves freely and be part of a club that values diversity, respect, and equality. (</w:t>
      </w:r>
      <w:hyperlink r:id="rId17">
        <w:r>
          <w:rPr>
            <w:color w:val="0000EE"/>
            <w:u w:val="single"/>
          </w:rPr>
          <w:t>wehosc.org</w:t>
        </w:r>
      </w:hyperlink>
      <w:r>
        <w:t>)</w:t>
      </w:r>
      <w:r/>
    </w:p>
    <w:p>
      <w:pPr>
        <w:pStyle w:val="ListNumber"/>
        <w:spacing w:line="240" w:lineRule="auto"/>
        <w:ind w:left="720"/>
      </w:pPr>
      <w:r/>
      <w:hyperlink r:id="rId14">
        <w:r>
          <w:rPr>
            <w:color w:val="0000EE"/>
            <w:u w:val="single"/>
          </w:rPr>
          <w:t>https://www.visitwesthollywood.com/neighborhoods/rainbow-district/</w:t>
        </w:r>
      </w:hyperlink>
      <w:r>
        <w:t xml:space="preserve"> - West Hollywood's Rainbow District is a vibrant one-mile stretch along Santa Monica Boulevard, serving as the epicentre of LGBTQ+ life in Los Angeles. The district is a 24/7 celebration of identity, community, and creativity, featuring over 50 LGBTQ+-owned establishments, including bars, restaurants, and shops. Iconic venues such as The Abbey, Micky’s, and Revolver contribute to the district's dynamic nightlife. The area also honours its history through landmarks like STORIES: The AIDS Monument in West Hollywood Park, providing a space for reflection and a tribute to those lost to the AIDS epidemic. Annual events like WeHo Pride and the West Hollywood Halloween Carnaval further celebrate the community's spirit and inclusivity. (</w:t>
      </w:r>
      <w:hyperlink r:id="rId18">
        <w:r>
          <w:rPr>
            <w:color w:val="0000EE"/>
            <w:u w:val="single"/>
          </w:rPr>
          <w:t>visitwesthollywood.com</w:t>
        </w:r>
      </w:hyperlink>
      <w:r>
        <w:t>)</w:t>
      </w:r>
      <w:r/>
    </w:p>
    <w:p>
      <w:pPr>
        <w:pStyle w:val="ListNumber"/>
        <w:spacing w:line="240" w:lineRule="auto"/>
        <w:ind w:left="720"/>
      </w:pPr>
      <w:r/>
      <w:hyperlink r:id="rId13">
        <w:r>
          <w:rPr>
            <w:color w:val="0000EE"/>
            <w:u w:val="single"/>
          </w:rPr>
          <w:t>https://www.pridehouselaweho.org/outathletefund</w:t>
        </w:r>
      </w:hyperlink>
      <w:r>
        <w:t xml:space="preserve"> - The Out Athlete Fund is a 501(c)(3) organisation dedicated to supporting LGBTQ+ athletes by providing financial assistance, educational outreach, and event programming that promotes visibility, opportunity, and empowerment within the sports community. The fund is responsible for producing Pride House Los Angeles – West Hollywood for the 2028 Olympics and the 2026 FIFA World Cup. It aims to provide financial resources to out athletes to help them train, travel, compete, and qualify for the upcoming Olympic Games in Milan and Los Angeles. The mission is to create a world where LGBTQ+ athletes are empowered, visible, and embraced in every arena of sport. (</w:t>
      </w:r>
      <w:hyperlink r:id="rId19">
        <w:r>
          <w:rPr>
            <w:color w:val="0000EE"/>
            <w:u w:val="single"/>
          </w:rPr>
          <w:t>pridehouselaweho.org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there.travel/west-hollywood-pride-house-2028/" TargetMode="External"/><Relationship Id="rId10" Type="http://schemas.openxmlformats.org/officeDocument/2006/relationships/hyperlink" Target="https://www.pridehouselaweho.org/" TargetMode="External"/><Relationship Id="rId11" Type="http://schemas.openxmlformats.org/officeDocument/2006/relationships/hyperlink" Target="https://www.visitwesthollywood.com/experiences/lgbtq/" TargetMode="External"/><Relationship Id="rId12" Type="http://schemas.openxmlformats.org/officeDocument/2006/relationships/hyperlink" Target="https://www.wehosc.org/" TargetMode="External"/><Relationship Id="rId13" Type="http://schemas.openxmlformats.org/officeDocument/2006/relationships/hyperlink" Target="https://www.pridehouselaweho.org/outathletefund" TargetMode="External"/><Relationship Id="rId14" Type="http://schemas.openxmlformats.org/officeDocument/2006/relationships/hyperlink" Target="https://www.visitwesthollywood.com/neighborhoods/rainbow-district/" TargetMode="External"/><Relationship Id="rId15" Type="http://schemas.openxmlformats.org/officeDocument/2006/relationships/hyperlink" Target="https://www.pridehouselaweho.org/?utm_source=openai" TargetMode="External"/><Relationship Id="rId16" Type="http://schemas.openxmlformats.org/officeDocument/2006/relationships/hyperlink" Target="https://www.visitwesthollywood.com/experiences/lgbtq/?utm_source=openai" TargetMode="External"/><Relationship Id="rId17" Type="http://schemas.openxmlformats.org/officeDocument/2006/relationships/hyperlink" Target="https://www.wehosc.org/?utm_source=openai" TargetMode="External"/><Relationship Id="rId18" Type="http://schemas.openxmlformats.org/officeDocument/2006/relationships/hyperlink" Target="https://www.visitwesthollywood.com/neighborhoods/rainbow-district/?utm_source=openai" TargetMode="External"/><Relationship Id="rId19" Type="http://schemas.openxmlformats.org/officeDocument/2006/relationships/hyperlink" Target="https://www.pridehouselaweho.org/outathletefun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