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Weekend Stream: Watch "Happy Birthday, Marsha" Free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Grab your laptop or settle into the sofa , Frameline Distribution is offering free access to the acclaimed short film Happy Birthday, Marsha from 21–24 August, a lush, speculative portrait of Marsha P. Johnson that brings the hours before Stonewall vividly to life and matters for anyone curious about queer history and artful cinema.</w:t>
      </w:r>
      <w:r/>
    </w:p>
    <w:p>
      <w:r/>
      <w:r>
        <w:t>Essential Takeaways</w:t>
      </w:r>
      <w:r/>
      <w:r/>
    </w:p>
    <w:p>
      <w:pPr>
        <w:pStyle w:val="ListBullet"/>
        <w:spacing w:line="240" w:lineRule="auto"/>
        <w:ind w:left="720"/>
      </w:pPr>
      <w:r/>
      <w:r>
        <w:rPr>
          <w:b/>
        </w:rPr>
        <w:t>Free stream window:</w:t>
      </w:r>
      <w:r>
        <w:t xml:space="preserve"> Frameline Distribution is making Happy Birthday, Marsha available to watch at no cost from 21–24 August.</w:t>
      </w:r>
      <w:r/>
    </w:p>
    <w:p>
      <w:pPr>
        <w:pStyle w:val="ListBullet"/>
        <w:spacing w:line="240" w:lineRule="auto"/>
        <w:ind w:left="720"/>
      </w:pPr>
      <w:r/>
      <w:r>
        <w:rPr>
          <w:b/>
        </w:rPr>
        <w:t>Artful short film:</w:t>
      </w:r>
      <w:r>
        <w:t xml:space="preserve"> The piece is described as a lush, speculative portrait of Marsha P. Johnson, focused on the hours before the 1969 Stonewall Riots.</w:t>
      </w:r>
      <w:r/>
    </w:p>
    <w:p>
      <w:pPr>
        <w:pStyle w:val="ListBullet"/>
        <w:spacing w:line="240" w:lineRule="auto"/>
        <w:ind w:left="720"/>
      </w:pPr>
      <w:r/>
      <w:r>
        <w:rPr>
          <w:b/>
        </w:rPr>
        <w:t>Festival pedigree:</w:t>
      </w:r>
      <w:r>
        <w:t xml:space="preserve"> The film has appeared in Frameline showcases and sits within their experimental and LGBTQ+ catalogue.</w:t>
      </w:r>
      <w:r/>
    </w:p>
    <w:p>
      <w:pPr>
        <w:pStyle w:val="ListBullet"/>
        <w:spacing w:line="240" w:lineRule="auto"/>
        <w:ind w:left="720"/>
      </w:pPr>
      <w:r/>
      <w:r>
        <w:rPr>
          <w:b/>
        </w:rPr>
        <w:t>Where to view later:</w:t>
      </w:r>
      <w:r>
        <w:t xml:space="preserve"> After the free weekend it’s listed on platforms such as JustWatch and Prime Video for paid viewing.</w:t>
      </w:r>
      <w:r/>
    </w:p>
    <w:p>
      <w:pPr>
        <w:pStyle w:val="ListBullet"/>
        <w:spacing w:line="240" w:lineRule="auto"/>
        <w:ind w:left="720"/>
      </w:pPr>
      <w:r/>
      <w:r>
        <w:rPr>
          <w:b/>
        </w:rPr>
        <w:t>Atmosphere note:</w:t>
      </w:r>
      <w:r>
        <w:t xml:space="preserve"> Expect a sensory, intimate film rather than a conventional biopic , soft textures and evocative moments over chronology.</w:t>
      </w:r>
      <w:r/>
      <w:r/>
    </w:p>
    <w:p>
      <w:pPr>
        <w:pStyle w:val="Heading2"/>
      </w:pPr>
      <w:r>
        <w:t>Why this short film is getting a free weekend , and why that matters</w:t>
      </w:r>
      <w:r/>
    </w:p>
    <w:p>
      <w:r/>
      <w:r>
        <w:t>Frameline Distribution's decision to offer a free streaming window is a neat reminder that festivals and distributors still champion access as much as exclusivity. Happy Birthday, Marsha is short, poetic and designed to be watched closely; giving people a free weekend lowers the barrier for newcomers to meet a pivotal figure in queer history. For viewers who remember noisy archive footage, this film is quieter and more atmospheric , think close-up textures, a slow-building mood and an emotional pull rather than a blow-by-blow history lesson.</w:t>
      </w:r>
      <w:r/>
    </w:p>
    <w:p>
      <w:pPr>
        <w:pStyle w:val="Heading2"/>
      </w:pPr>
      <w:r>
        <w:t>What the film does differently about Marsha P. Johnson</w:t>
      </w:r>
      <w:r/>
    </w:p>
    <w:p>
      <w:r/>
      <w:r>
        <w:t>This isn’t a traditional documentary or a lifespan biopic. According to Frameline’s listings, the film offers a speculative portrait of Marsha P. Johnson, imagining her life in the hours before Stonewall. That framing lets the director dwell on feeling and possibility, and it gives actors and cinematographers room to create small, resonant moments. If you love films that privilege mood and interiority, this will feel like a fresh way to meet a well-known public figure.</w:t>
      </w:r>
      <w:r/>
    </w:p>
    <w:p>
      <w:pPr>
        <w:pStyle w:val="Heading2"/>
      </w:pPr>
      <w:r>
        <w:t>How to catch the free stream , simple tips</w:t>
      </w:r>
      <w:r/>
    </w:p>
    <w:p>
      <w:r/>
      <w:r>
        <w:t>The free access runs 21–24 August through Frameline Distribution; check their distribution page for the link and any registration details. Tip: if you plan to watch with a group, test your device and internet before the weekend starts and schedule a replay , short films often leave viewers wanting to watch again. If you miss the window, JustWatch and Prime Video list the film for later rental or purchase, so it’s still easy to find.</w:t>
      </w:r>
      <w:r/>
    </w:p>
    <w:p>
      <w:pPr>
        <w:pStyle w:val="Heading2"/>
      </w:pPr>
      <w:r>
        <w:t>Where this sits in the wider festival and distribution scene</w:t>
      </w:r>
      <w:r/>
    </w:p>
    <w:p>
      <w:r/>
      <w:r>
        <w:t>Frameline curates a lot of experimental and LGBTQ+ cinema, and Happy Birthday, Marsha has been included in their festival showcases and distribution catalogue. That placement reflects a trend: festivals increasingly use online windows to widen access and spark conversation beyond the theatre. For filmmakers and viewers alike, these short, free windows can be the moment a film finds its audience.</w:t>
      </w:r>
      <w:r/>
    </w:p>
    <w:p>
      <w:pPr>
        <w:pStyle w:val="Heading2"/>
      </w:pPr>
      <w:r>
        <w:t>Why it still matters today</w:t>
      </w:r>
      <w:r/>
    </w:p>
    <w:p>
      <w:r/>
      <w:r>
        <w:t>Marsha P. Johnson’s life and activism remain touchstones for trans and queer communities, and films that reimagine her story help keep that legacy alive in new ways. Watching this short can prompt conversations about history, representation and how we tell stories about public figures who were never quite contained by the headlines of their day. It’s a small, potent film that invites reflection , and maybe another viewing.</w:t>
      </w:r>
      <w:r/>
    </w:p>
    <w:p>
      <w:r/>
      <w:r>
        <w:t>It's a compact way to reconnect with queer history , watch it, talk about it, and share the link.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4">
        <w:r>
          <w:rPr>
            <w:color w:val="0000EE"/>
            <w:u w:val="single"/>
          </w:rPr>
          <w:t>[4]</w:t>
        </w:r>
      </w:hyperlink>
      <w:r>
        <w:t xml:space="preserve">- Paragraph 5: </w:t>
      </w:r>
      <w:hyperlink r:id="rId13">
        <w:r>
          <w:rPr>
            <w:color w:val="0000EE"/>
            <w:u w:val="single"/>
          </w:rPr>
          <w:t>[7]</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https://therandyreport.com/stream-happy-birthday-marsha-free-this-weekend-more/?utm_source=rss&amp;utm_medium=rss&amp;utm_campaign=stream-happy-birthday-marsha-free-this-weekend-more</w:t>
        </w:r>
      </w:hyperlink>
      <w:r>
        <w:t xml:space="preserve"> - Please view link - unable to able to access data</w:t>
      </w:r>
      <w:r/>
    </w:p>
    <w:p>
      <w:pPr>
        <w:pStyle w:val="ListNumber"/>
        <w:spacing w:line="240" w:lineRule="auto"/>
        <w:ind w:left="720"/>
      </w:pPr>
      <w:r/>
      <w:hyperlink r:id="rId10">
        <w:r>
          <w:rPr>
            <w:color w:val="0000EE"/>
            <w:u w:val="single"/>
          </w:rPr>
          <w:t>https://www.frameline.org/films/frameline42/happy-birthday-marsha</w:t>
        </w:r>
      </w:hyperlink>
      <w:r>
        <w:t xml:space="preserve"> - 'Happy Birthday, Marsha!' is a 2017 short film directed by Tourmaline and Sasha Wortzel, depicting the life of Marsha P. Johnson in the hours leading up to the 1969 Stonewall Riots. The film stars Mya Taylor as Marsha P. Johnson and has a runtime of 14 minutes. (</w:t>
      </w:r>
      <w:hyperlink r:id="rId16">
        <w:r>
          <w:rPr>
            <w:color w:val="0000EE"/>
            <w:u w:val="single"/>
          </w:rPr>
          <w:t>frameline.org</w:t>
        </w:r>
      </w:hyperlink>
      <w:r>
        <w:t>)</w:t>
      </w:r>
      <w:r/>
    </w:p>
    <w:p>
      <w:pPr>
        <w:pStyle w:val="ListNumber"/>
        <w:spacing w:line="240" w:lineRule="auto"/>
        <w:ind w:left="720"/>
      </w:pPr>
      <w:r/>
      <w:hyperlink r:id="rId11">
        <w:r>
          <w:rPr>
            <w:color w:val="0000EE"/>
            <w:u w:val="single"/>
          </w:rPr>
          <w:t>https://www.frameline.org/distribution/films/happy-birthday-marsha</w:t>
        </w:r>
      </w:hyperlink>
      <w:r>
        <w:t xml:space="preserve"> - Frameline Distribution, a non-profit dedicated to LGBTQ+ films, offers 'Happy Birthday, Marsha!' for purchase, rental, and public exhibition. The film is available for educational and community screenings. (</w:t>
      </w:r>
      <w:hyperlink r:id="rId17">
        <w:r>
          <w:rPr>
            <w:color w:val="0000EE"/>
            <w:u w:val="single"/>
          </w:rPr>
          <w:t>frameline.org</w:t>
        </w:r>
      </w:hyperlink>
      <w:r>
        <w:t>)</w:t>
      </w:r>
      <w:r/>
    </w:p>
    <w:p>
      <w:pPr>
        <w:pStyle w:val="ListNumber"/>
        <w:spacing w:line="240" w:lineRule="auto"/>
        <w:ind w:left="720"/>
      </w:pPr>
      <w:r/>
      <w:hyperlink r:id="rId14">
        <w:r>
          <w:rPr>
            <w:color w:val="0000EE"/>
            <w:u w:val="single"/>
          </w:rPr>
          <w:t>https://www.justwatch.com/us/movie/happy-birthday-marsha</w:t>
        </w:r>
      </w:hyperlink>
      <w:r>
        <w:t xml:space="preserve"> - 'Happy Birthday, Marsha!' is available for free streaming on Kanopy. The film has a runtime of 14 minutes and is rated NR. (</w:t>
      </w:r>
      <w:hyperlink r:id="rId18">
        <w:r>
          <w:rPr>
            <w:color w:val="0000EE"/>
            <w:u w:val="single"/>
          </w:rPr>
          <w:t>justwatch.com</w:t>
        </w:r>
      </w:hyperlink>
      <w:r>
        <w:t>)</w:t>
      </w:r>
      <w:r/>
    </w:p>
    <w:p>
      <w:pPr>
        <w:pStyle w:val="ListNumber"/>
        <w:spacing w:line="240" w:lineRule="auto"/>
        <w:ind w:left="720"/>
      </w:pPr>
      <w:r/>
      <w:hyperlink r:id="rId15">
        <w:r>
          <w:rPr>
            <w:color w:val="0000EE"/>
            <w:u w:val="single"/>
          </w:rPr>
          <w:t>https://www.primevideo.com/detail/Happy-Birthday-Marsha/0G9HEGV3BEN3CKN5UJEN2U5TQJ</w:t>
        </w:r>
      </w:hyperlink>
      <w:r>
        <w:t xml:space="preserve"> - 'Happy Birthday, Marsha!' is available for rent or purchase on Amazon Prime Video. The film has a runtime of 15 minutes and is rated NR. (</w:t>
      </w:r>
      <w:hyperlink r:id="rId19">
        <w:r>
          <w:rPr>
            <w:color w:val="0000EE"/>
            <w:u w:val="single"/>
          </w:rPr>
          <w:t>primevideo.com</w:t>
        </w:r>
      </w:hyperlink>
      <w:r>
        <w:t>)</w:t>
      </w:r>
      <w:r/>
    </w:p>
    <w:p>
      <w:pPr>
        <w:pStyle w:val="ListNumber"/>
        <w:spacing w:line="240" w:lineRule="auto"/>
        <w:ind w:left="720"/>
      </w:pPr>
      <w:r/>
      <w:hyperlink r:id="rId12">
        <w:r>
          <w:rPr>
            <w:color w:val="0000EE"/>
            <w:u w:val="single"/>
          </w:rPr>
          <w:t>https://www.frameline.org/films/showcase2020/aids2020-happy-birthday-marsha/</w:t>
        </w:r>
      </w:hyperlink>
      <w:r>
        <w:t xml:space="preserve"> - 'Happy Birthday, Marsha!' was featured in the Frameline Showcase 2020, a festival held in 2020. The film has a runtime of 17 minutes and is directed by Tourmaline and Sasha Wortzel. (</w:t>
      </w:r>
      <w:hyperlink r:id="rId20">
        <w:r>
          <w:rPr>
            <w:color w:val="0000EE"/>
            <w:u w:val="single"/>
          </w:rPr>
          <w:t>frameline.org</w:t>
        </w:r>
      </w:hyperlink>
      <w:r>
        <w:t>)</w:t>
      </w:r>
      <w:r/>
    </w:p>
    <w:p>
      <w:pPr>
        <w:pStyle w:val="ListNumber"/>
        <w:spacing w:line="240" w:lineRule="auto"/>
        <w:ind w:left="720"/>
      </w:pPr>
      <w:r/>
      <w:hyperlink r:id="rId13">
        <w:r>
          <w:rPr>
            <w:color w:val="0000EE"/>
            <w:u w:val="single"/>
          </w:rPr>
          <w:t>https://www.frameline.org/distribution/catalog?genres=Experimental</w:t>
        </w:r>
      </w:hyperlink>
      <w:r>
        <w:t xml:space="preserve"> - Frameline Distribution's catalog includes 'Happy Birthday, Marsha!' among other experimental films. The film is directed by Tourmaline and Sasha Wortzel and has a runtime of 14 minutes. (</w:t>
      </w:r>
      <w:hyperlink r:id="rId21">
        <w:r>
          <w:rPr>
            <w:color w:val="0000EE"/>
            <w:u w:val="single"/>
          </w:rPr>
          <w:t>frameline.org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dyreport.com/stream-happy-birthday-marsha-free-this-weekend-more/?utm_source=rss&amp;utm_medium=rss&amp;utm_campaign=stream-happy-birthday-marsha-free-this-weekend-more" TargetMode="External"/><Relationship Id="rId10" Type="http://schemas.openxmlformats.org/officeDocument/2006/relationships/hyperlink" Target="https://www.frameline.org/films/frameline42/happy-birthday-marsha" TargetMode="External"/><Relationship Id="rId11" Type="http://schemas.openxmlformats.org/officeDocument/2006/relationships/hyperlink" Target="https://www.frameline.org/distribution/films/happy-birthday-marsha" TargetMode="External"/><Relationship Id="rId12" Type="http://schemas.openxmlformats.org/officeDocument/2006/relationships/hyperlink" Target="https://www.frameline.org/films/showcase2020/aids2020-happy-birthday-marsha/" TargetMode="External"/><Relationship Id="rId13" Type="http://schemas.openxmlformats.org/officeDocument/2006/relationships/hyperlink" Target="https://www.frameline.org/distribution/catalog?genres=Experimental" TargetMode="External"/><Relationship Id="rId14" Type="http://schemas.openxmlformats.org/officeDocument/2006/relationships/hyperlink" Target="https://www.justwatch.com/us/movie/happy-birthday-marsha" TargetMode="External"/><Relationship Id="rId15" Type="http://schemas.openxmlformats.org/officeDocument/2006/relationships/hyperlink" Target="https://www.primevideo.com/detail/Happy-Birthday-Marsha/0G9HEGV3BEN3CKN5UJEN2U5TQJ" TargetMode="External"/><Relationship Id="rId16" Type="http://schemas.openxmlformats.org/officeDocument/2006/relationships/hyperlink" Target="https://www.frameline.org/films/frameline42/happy-birthday-marsha?utm_source=openai" TargetMode="External"/><Relationship Id="rId17" Type="http://schemas.openxmlformats.org/officeDocument/2006/relationships/hyperlink" Target="https://www.frameline.org/distribution/films/happy-birthday-marsha?utm_source=openai" TargetMode="External"/><Relationship Id="rId18" Type="http://schemas.openxmlformats.org/officeDocument/2006/relationships/hyperlink" Target="https://www.justwatch.com/us/movie/happy-birthday-marsha?utm_source=openai" TargetMode="External"/><Relationship Id="rId19" Type="http://schemas.openxmlformats.org/officeDocument/2006/relationships/hyperlink" Target="https://www.primevideo.com/detail/Happy-Birthday-Marsha/0G9HEGV3BEN3CKN5UJEN2U5TQJ?utm_source=openai" TargetMode="External"/><Relationship Id="rId20" Type="http://schemas.openxmlformats.org/officeDocument/2006/relationships/hyperlink" Target="https://www.frameline.org/films/showcase2020/aids2020-happy-birthday-marsha/?utm_source=openai" TargetMode="External"/><Relationship Id="rId21" Type="http://schemas.openxmlformats.org/officeDocument/2006/relationships/hyperlink" Target="https://www.frameline.org/distribution/catalog?genres=Experimental&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