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Handle Angry, Viral Political Quotes Online: A Practical Guide for Readers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the tone, check the facts, and keep your cool , readers are sharing outrage-worthy political quotes across social media, and knowing how to respond matters. This guide looks at who’s making the headlines, why viral insults spread so fast, and what you can do to verify, contextualise, or simply scroll past without losing sleep.</w:t>
      </w:r>
      <w:r/>
    </w:p>
    <w:p>
      <w:r/>
      <w:r>
        <w:t>Essential Takeaways</w:t>
      </w:r>
      <w:r/>
      <w:r/>
    </w:p>
    <w:p>
      <w:pPr>
        <w:pStyle w:val="ListBullet"/>
        <w:spacing w:line="240" w:lineRule="auto"/>
        <w:ind w:left="720"/>
      </w:pPr>
      <w:r/>
      <w:r>
        <w:rPr>
          <w:b/>
        </w:rPr>
        <w:t>Virality breeds distortion:</w:t>
      </w:r>
      <w:r>
        <w:t xml:space="preserve"> Short, shocking quotes travel fast and often detach from original context, so they can mislead or inflame.</w:t>
      </w:r>
      <w:r/>
    </w:p>
    <w:p>
      <w:pPr>
        <w:pStyle w:val="ListBullet"/>
        <w:spacing w:line="240" w:lineRule="auto"/>
        <w:ind w:left="720"/>
      </w:pPr>
      <w:r/>
      <w:r>
        <w:rPr>
          <w:b/>
        </w:rPr>
        <w:t>Sources matter:</w:t>
      </w:r>
      <w:r>
        <w:t xml:space="preserve"> Reputable outlets and direct clips (video or transcript) are the best ways to verify incendiary lines and who actually said them.</w:t>
      </w:r>
      <w:r/>
    </w:p>
    <w:p>
      <w:pPr>
        <w:pStyle w:val="ListBullet"/>
        <w:spacing w:line="240" w:lineRule="auto"/>
        <w:ind w:left="720"/>
      </w:pPr>
      <w:r/>
      <w:r>
        <w:rPr>
          <w:b/>
        </w:rPr>
        <w:t>Tone influences reaction:</w:t>
      </w:r>
      <w:r>
        <w:t xml:space="preserve"> A snappy insult will trigger engagement; understanding intent helps you decide whether to share or fact-check.</w:t>
      </w:r>
      <w:r/>
    </w:p>
    <w:p>
      <w:pPr>
        <w:pStyle w:val="ListBullet"/>
        <w:spacing w:line="240" w:lineRule="auto"/>
        <w:ind w:left="720"/>
      </w:pPr>
      <w:r/>
      <w:r>
        <w:rPr>
          <w:b/>
        </w:rPr>
        <w:t>Practical calm:</w:t>
      </w:r>
      <w:r>
        <w:t xml:space="preserve"> Pausing before retweeting, checking two independent sources, and adding context reduce misinformation and online drama.</w:t>
      </w:r>
      <w:r/>
      <w:r/>
    </w:p>
    <w:p>
      <w:pPr>
        <w:pStyle w:val="Heading2"/>
      </w:pPr>
      <w:r>
        <w:t>Why one-liners catch fire , and why that’s a problem</w:t>
      </w:r>
      <w:r/>
    </w:p>
    <w:p>
      <w:r/>
      <w:r>
        <w:t>A sharp putdown or crude metaphor is tailor-made for attention; it’s short, shareable and elicits a strong emotional response. According to culture coverage in outlets such as the Free Beacon and the Independent, comedians and public figures have delivered lines about politicians that end up headline-making moments. The problem is those lines often get separated from the surrounding remarks, meaning readers pick up the shock value without the nuance. When you're scrolling and you see a hot take, your gut reacts first , but that reaction is rarely the whole story.</w:t>
      </w:r>
      <w:r/>
    </w:p>
    <w:p>
      <w:r/>
      <w:r>
        <w:t>Context is everything here. A joke on a late-night show, a clip from an interview or a speech excerpt sounds very different once you can hear tone, see expression and know the setup. If you want to avoid being misled, seek the full video or a reliable transcript before you click share.</w:t>
      </w:r>
      <w:r/>
    </w:p>
    <w:p>
      <w:pPr>
        <w:pStyle w:val="Heading2"/>
      </w:pPr>
      <w:r>
        <w:t>Who bears responsibility: media, comedians, and readers</w:t>
      </w:r>
      <w:r/>
    </w:p>
    <w:p>
      <w:r/>
      <w:r>
        <w:t>Media outlets choose what to highlight, comedians craft memorable zingers, and readers decide whether to amplify them. Coverage by different publications shows how the same quote can be framed as satire, outrage or straight reporting depending on the outlet. That framing changes how people react. As a reader, recognise that headlines are designed to tempt clicks; they don't always tell you whether a line was serious, sarcastic or taken out of context.</w:t>
      </w:r>
      <w:r/>
    </w:p>
    <w:p>
      <w:r/>
      <w:r>
        <w:t>A simple practice: if a quote provokes strong emotion, treat it like a pointer , go look for the original source. It takes a minute but prevents mis-sharing and reduces the chance you’ll become part of an echo chamber.</w:t>
      </w:r>
      <w:r/>
    </w:p>
    <w:p>
      <w:pPr>
        <w:pStyle w:val="Heading2"/>
      </w:pPr>
      <w:r>
        <w:t>Quick verification steps everyone can use</w:t>
      </w:r>
      <w:r/>
    </w:p>
    <w:p>
      <w:r/>
      <w:r>
        <w:t>When you see a viral political quote, run these checks: 1) search for video or full transcript; 2) look for at least two reputable outlets reporting the same wording; 3) check the date and setting , is it current or an old clip resurfacing? Tools like reverse video search and archives can be helpful. Outlets such as CNN, the Independent or established policy sites often link to primary sources; follow those leads.</w:t>
      </w:r>
      <w:r/>
    </w:p>
    <w:p>
      <w:r/>
      <w:r>
        <w:t>If verification fails or you can’t find the full version, don’t share. Instead, bookmark it or flag it for later. You’ll save yourself from spreading something inaccurate and maintain credibility with your followers.</w:t>
      </w:r>
      <w:r/>
    </w:p>
    <w:p>
      <w:pPr>
        <w:pStyle w:val="Heading2"/>
      </w:pPr>
      <w:r>
        <w:t>How to respond without fuelling the fire</w:t>
      </w:r>
      <w:r/>
    </w:p>
    <w:p>
      <w:r/>
      <w:r>
        <w:t>You don’t have to engage with every outrage. If you choose to comment, add context: note the source, mention if it’s a joke, and avoid amplifying the worst phrasing. If you decide to debunk, be concise and link to the original video or transcript. If you’re tired of the noise, unfollow or mute repeat offenders who thrive on manufactured outrage.</w:t>
      </w:r>
      <w:r/>
    </w:p>
    <w:p>
      <w:r/>
      <w:r>
        <w:t>Remember, arguing in the comments rarely converts anyone and often rewards the provocation. Prioritise clear, calm corrections when necessary; otherwise, preserve your peace.</w:t>
      </w:r>
      <w:r/>
    </w:p>
    <w:p>
      <w:pPr>
        <w:pStyle w:val="Heading2"/>
      </w:pPr>
      <w:r>
        <w:t>The bigger picture: why this matters for democracy</w:t>
      </w:r>
      <w:r/>
    </w:p>
    <w:p>
      <w:r/>
      <w:r>
        <w:t>Sharp, decontextualised quotes reshape public perception and can harden divisions. When outrage circulates without checks, it narrows the space for reasoned debate. Media literacy is a civic skill: the more people evaluate sources and insist on context, the less fertile the soil for viral misinformation.</w:t>
      </w:r>
      <w:r/>
    </w:p>
    <w:p>
      <w:r/>
      <w:r>
        <w:t>So next time you see a headline made to make your jaw drop, take a breath and click through. It's a small habit with a big payoff for your sanity and for public conversation.</w:t>
      </w:r>
      <w:r/>
    </w:p>
    <w:p>
      <w:r/>
      <w:r>
        <w:t>It's a small change that can make online outrage a little less toxic.</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1">
        <w:r>
          <w:rPr>
            <w:color w:val="0000EE"/>
            <w:u w:val="single"/>
          </w:rPr>
          <w:t>[3]</w:t>
        </w:r>
      </w:hyperlink>
      <w:r>
        <w:t xml:space="preserve">, </w:t>
      </w:r>
      <w:hyperlink r:id="rId13">
        <w:r>
          <w:rPr>
            <w:color w:val="0000EE"/>
            <w:u w:val="single"/>
          </w:rPr>
          <w:t>[5]</w:t>
        </w:r>
      </w:hyperlink>
      <w:r>
        <w:t xml:space="preserve">- Paragraph 4: </w:t>
      </w:r>
      <w:hyperlink r:id="rId12">
        <w:r>
          <w:rPr>
            <w:color w:val="0000EE"/>
            <w:u w:val="single"/>
          </w:rPr>
          <w:t>[4]</w:t>
        </w:r>
      </w:hyperlink>
      <w:r>
        <w:t xml:space="preserve">, </w:t>
      </w:r>
      <w:hyperlink r:id="rId14">
        <w:r>
          <w:rPr>
            <w:color w:val="0000EE"/>
            <w:u w:val="single"/>
          </w:rPr>
          <w:t>[6]</w:t>
        </w:r>
      </w:hyperlink>
      <w:r>
        <w:t xml:space="preserve">- Paragraph 5: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http://freedomeden.blogspot.com/2026/08/angie-nixon-and-drag-shows-wholesome.html</w:t>
        </w:r>
      </w:hyperlink>
      <w:r>
        <w:t xml:space="preserve"> - Please view link - unable to able to access data</w:t>
      </w:r>
      <w:r/>
    </w:p>
    <w:p>
      <w:pPr>
        <w:pStyle w:val="ListNumber"/>
        <w:spacing w:line="240" w:lineRule="auto"/>
        <w:ind w:left="720"/>
      </w:pPr>
      <w:r/>
      <w:hyperlink r:id="rId10">
        <w:r>
          <w:rPr>
            <w:color w:val="0000EE"/>
            <w:u w:val="single"/>
          </w:rPr>
          <w:t>https://freebeacon.com/culture/colbert-trumps-mouth-good-putins-holster/</w:t>
        </w:r>
      </w:hyperlink>
      <w:r>
        <w:t xml:space="preserve"> - In May 2017, Stephen Colbert, host of 'The Late Show,' criticised President Trump by stating that his mouth was only good for 'being Vladimir Putin's c--k holster.' This remark was made in response to Trump's interview with CBS's John Dickerson, where Trump referred to the show as 'Deface the Nation.' Colbert's comment was part of a series of insults aimed at the president during his monologue. The remark sparked controversy and led to numerous complaints to the Federal Communications Commission (FCC).</w:t>
      </w:r>
      <w:r/>
    </w:p>
    <w:p>
      <w:pPr>
        <w:pStyle w:val="ListNumber"/>
        <w:spacing w:line="240" w:lineRule="auto"/>
        <w:ind w:left="720"/>
      </w:pPr>
      <w:r/>
      <w:hyperlink r:id="rId11">
        <w:r>
          <w:rPr>
            <w:color w:val="0000EE"/>
            <w:u w:val="single"/>
          </w:rPr>
          <w:t>https://www.independent.co.uk/news/world/americas/us-politics/bradley-whitford-ivanka-trump-west-wing-actor-transgender-rights-tirade-donald-us-president-enabling-hatred-a7598006.html</w:t>
        </w:r>
      </w:hyperlink>
      <w:r>
        <w:t xml:space="preserve"> - In February 2017, actor Bradley Whitford, known for his role in 'The West Wing,' criticised Ivanka Trump for enabling hatred. Whitford responded to Ivanka Trump's call for religious tolerance by accusing her father, President Trump, of being a 'racist birther,' and Steve Bannon of being an 'anti-Semitic opportunist.' He also criticised Ivanka and her husband, Jared Kushner, for enabling hatred, concluding with 'F--- your shoes,' referring to her clothing line. This statement was made in response to Ivanka Trump's message about protecting houses of worship and religious centres.</w:t>
      </w:r>
      <w:r/>
    </w:p>
    <w:p>
      <w:pPr>
        <w:pStyle w:val="ListNumber"/>
        <w:spacing w:line="240" w:lineRule="auto"/>
        <w:ind w:left="720"/>
      </w:pPr>
      <w:r/>
      <w:hyperlink r:id="rId12">
        <w:r>
          <w:rPr>
            <w:color w:val="0000EE"/>
            <w:u w:val="single"/>
          </w:rPr>
          <w:t>https://www.washingtonexaminer.com/?p=2341135</w:t>
        </w:r>
      </w:hyperlink>
      <w:r>
        <w:t xml:space="preserve"> - In February 2017, actor Bradley Whitford, known for his role in 'The West Wing,' criticised Ivanka Trump for enabling hatred. Whitford responded to Ivanka Trump's call for religious tolerance by accusing her father, President Trump, of being a 'racist birther,' and Steve Bannon of being an 'anti-Semitic opportunist.' He also criticised Ivanka and her husband, Jared Kushner, for enabling hatred, concluding with 'F--- your shoes,' referring to her clothing line. This statement was made in response to Ivanka Trump's message about protecting houses of worship and religious centres.</w:t>
      </w:r>
      <w:r/>
    </w:p>
    <w:p>
      <w:pPr>
        <w:pStyle w:val="ListNumber"/>
        <w:spacing w:line="240" w:lineRule="auto"/>
        <w:ind w:left="720"/>
      </w:pPr>
      <w:r/>
      <w:hyperlink r:id="rId13">
        <w:r>
          <w:rPr>
            <w:color w:val="0000EE"/>
            <w:u w:val="single"/>
          </w:rPr>
          <w:t>https://www.washingtonexaminer.com/news/1191955/stephen-colbert-calls-trumps-mouth-vladimir-putins-c-k-holster/</w:t>
        </w:r>
      </w:hyperlink>
      <w:r>
        <w:t xml:space="preserve"> - In May 2017, Stephen Colbert, host of 'The Late Show,' criticised President Trump by stating that his mouth was only good for 'being Vladimir Putin's c--k holster.' This remark was made in response to Trump's interview with CBS's John Dickerson, where Trump referred to the show as 'Deface the Nation.' Colbert's comment was part of a series of insults aimed at the president during his monologue. The remark sparked controversy and led to numerous complaints to the Federal Communications Commission (FCC).</w:t>
      </w:r>
      <w:r/>
    </w:p>
    <w:p>
      <w:pPr>
        <w:pStyle w:val="ListNumber"/>
        <w:spacing w:line="240" w:lineRule="auto"/>
        <w:ind w:left="720"/>
      </w:pPr>
      <w:r/>
      <w:hyperlink r:id="rId14">
        <w:r>
          <w:rPr>
            <w:color w:val="0000EE"/>
            <w:u w:val="single"/>
          </w:rPr>
          <w:t>https://www.salon.com/2016/11/14/steve-bannon-runs-an-anti-semitic-website-is-a-misogynist-and-will-be-one-of-donald-trumps-senior-advisors/</w:t>
        </w:r>
      </w:hyperlink>
      <w:r>
        <w:t xml:space="preserve"> - In November 2016, Salon reported that Steve Bannon, who was appointed as President Trump's chief strategist, ran an anti-Semitic website and was a misogynist. Bannon was the executive chairman of Breitbart News, a platform known for publishing incendiary and divisive stories, many of which were outright anti-Semitic, misogynist, and racist. The article highlighted concerns about Bannon's appointment given his controversial background and the nature of the content promoted by Breitbart News.</w:t>
      </w:r>
      <w:r/>
    </w:p>
    <w:p>
      <w:pPr>
        <w:pStyle w:val="ListNumber"/>
        <w:spacing w:line="240" w:lineRule="auto"/>
        <w:ind w:left="720"/>
      </w:pPr>
      <w:r/>
      <w:hyperlink r:id="rId15">
        <w:r>
          <w:rPr>
            <w:color w:val="0000EE"/>
            <w:u w:val="single"/>
          </w:rPr>
          <w:t>https://money.cnn.com/2016/11/14/media/steve-bannon-breitbart-trump-white-house-adviser/index.html</w:t>
        </w:r>
      </w:hyperlink>
      <w:r>
        <w:t xml:space="preserve"> - In November 2016, CNN reported on Steve Bannon's appointment as President Trump's chief strategist. Bannon, former executive chairman of Breitbart News, was known for his controversial views and the website's history of publishing incendiary and divisive stories. The article discussed Bannon's rise from operating on the far-right fringe of American politics to becoming one of the most influential members of Trump's White House, highlighting concerns about his appointment given the nature of the content promoted by Breitbart News.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freedomeden.blogspot.com/2026/08/angie-nixon-and-drag-shows-wholesome.html" TargetMode="External"/><Relationship Id="rId10" Type="http://schemas.openxmlformats.org/officeDocument/2006/relationships/hyperlink" Target="https://freebeacon.com/culture/colbert-trumps-mouth-good-putins-holster/" TargetMode="External"/><Relationship Id="rId11" Type="http://schemas.openxmlformats.org/officeDocument/2006/relationships/hyperlink" Target="https://www.independent.co.uk/news/world/americas/us-politics/bradley-whitford-ivanka-trump-west-wing-actor-transgender-rights-tirade-donald-us-president-enabling-hatred-a7598006.html" TargetMode="External"/><Relationship Id="rId12" Type="http://schemas.openxmlformats.org/officeDocument/2006/relationships/hyperlink" Target="https://www.washingtonexaminer.com/?p=2341135" TargetMode="External"/><Relationship Id="rId13" Type="http://schemas.openxmlformats.org/officeDocument/2006/relationships/hyperlink" Target="https://www.washingtonexaminer.com/news/1191955/stephen-colbert-calls-trumps-mouth-vladimir-putins-c-k-holster/" TargetMode="External"/><Relationship Id="rId14" Type="http://schemas.openxmlformats.org/officeDocument/2006/relationships/hyperlink" Target="https://www.salon.com/2016/11/14/steve-bannon-runs-an-anti-semitic-website-is-a-misogynist-and-will-be-one-of-donald-trumps-senior-advisors/" TargetMode="External"/><Relationship Id="rId15" Type="http://schemas.openxmlformats.org/officeDocument/2006/relationships/hyperlink" Target="https://money.cnn.com/2016/11/14/media/steve-bannon-breitbart-trump-white-house-adviser/index.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