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Underground Pride Shows to Catch This Summer: Artin Avaznia’s Intimate Queer Night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live performance, heads up: art lovers and queer communities are flocking to Underground Pride, an intimate club-night phenomenon run by Artin Avaznia that blends bold performance, music and cabaret. In cities from Toronto to Montreal it’s become a trending, grassroots way to celebrate Pride beyond the parade.</w:t>
      </w:r>
      <w:r/>
    </w:p>
    <w:p>
      <w:r/>
      <w:r>
        <w:t>Essential Takeaways</w:t>
      </w:r>
      <w:r/>
      <w:r/>
    </w:p>
    <w:p>
      <w:pPr>
        <w:pStyle w:val="ListBullet"/>
        <w:spacing w:line="240" w:lineRule="auto"/>
        <w:ind w:left="720"/>
      </w:pPr>
      <w:r/>
      <w:r>
        <w:rPr>
          <w:b/>
        </w:rPr>
        <w:t>Small, electric venues:</w:t>
      </w:r>
      <w:r>
        <w:t xml:space="preserve"> Underground Pride happens in intimate club and theatre spaces, giving shows a close, tactile vibe and a loud, proud atmosphere.</w:t>
      </w:r>
      <w:r/>
    </w:p>
    <w:p>
      <w:pPr>
        <w:pStyle w:val="ListBullet"/>
        <w:spacing w:line="240" w:lineRule="auto"/>
        <w:ind w:left="720"/>
      </w:pPr>
      <w:r/>
      <w:r>
        <w:rPr>
          <w:b/>
        </w:rPr>
        <w:t>Curated queer line-ups:</w:t>
      </w:r>
      <w:r>
        <w:t xml:space="preserve"> Acts mix cabaret, drag, music and theatre; audiences can expect variety and surprise with each run.</w:t>
      </w:r>
      <w:r/>
    </w:p>
    <w:p>
      <w:pPr>
        <w:pStyle w:val="ListBullet"/>
        <w:spacing w:line="240" w:lineRule="auto"/>
        <w:ind w:left="720"/>
      </w:pPr>
      <w:r/>
      <w:r>
        <w:rPr>
          <w:b/>
        </w:rPr>
        <w:t>Multiple cities:</w:t>
      </w:r>
      <w:r>
        <w:t xml:space="preserve"> Nights have popped up across Canada , Toronto, Montreal and more , making the concept a portable Pride-night out.</w:t>
      </w:r>
      <w:r/>
    </w:p>
    <w:p>
      <w:pPr>
        <w:pStyle w:val="ListBullet"/>
        <w:spacing w:line="240" w:lineRule="auto"/>
        <w:ind w:left="720"/>
      </w:pPr>
      <w:r/>
      <w:r>
        <w:rPr>
          <w:b/>
        </w:rPr>
        <w:t>Accessible and DIY:</w:t>
      </w:r>
      <w:r>
        <w:t xml:space="preserve"> Events are run by artist-led collectives, often with affordable tickets and community-first programming.</w:t>
      </w:r>
      <w:r/>
    </w:p>
    <w:p>
      <w:pPr>
        <w:pStyle w:val="ListBullet"/>
        <w:spacing w:line="240" w:lineRule="auto"/>
        <w:ind w:left="720"/>
      </w:pPr>
      <w:r/>
      <w:r>
        <w:rPr>
          <w:b/>
        </w:rPr>
        <w:t>Perfect for after-parade plans:</w:t>
      </w:r>
      <w:r>
        <w:t xml:space="preserve"> These shows are a great option for folks wanting an evening with more edge and artistry than a typical festival stage.</w:t>
      </w:r>
      <w:r/>
      <w:r/>
    </w:p>
    <w:p>
      <w:pPr>
        <w:pStyle w:val="Heading2"/>
      </w:pPr>
      <w:r>
        <w:t>Why Underground Pride feels like the perfect Pride-night out</w:t>
      </w:r>
      <w:r/>
    </w:p>
    <w:p>
      <w:r/>
      <w:r>
        <w:t>There’s a warm, buzzy sensation when you step into a packed club and the lights drop , it’s intimate, a little secretive, and very alive. Underground Pride trades the sprawling festival energy for hand-picked, late-night shows that let performers take creative risks. According to event pages and local listings, hosts treat each edition like a mini-festival, blending music, spoken word and theatre into a single evening.</w:t>
      </w:r>
      <w:r/>
    </w:p>
    <w:p>
      <w:r/>
      <w:r>
        <w:t>That intimacy is the point. Artin Avaznia’s projects have focused on queer-centred performance for years, so a club-night format feels like a natural evolution: nimble, community-driven, and able to travel between cities. If you want something soulful and a touch rough around the edges, this is the kind of show that delivers.</w:t>
      </w:r>
      <w:r/>
    </w:p>
    <w:p>
      <w:pPr>
        <w:pStyle w:val="Heading2"/>
      </w:pPr>
      <w:r>
        <w:t>What to expect on the bill , variety, vulnerability and fun</w:t>
      </w:r>
      <w:r/>
    </w:p>
    <w:p>
      <w:r/>
      <w:r>
        <w:t>These events tend to serve a mixed plate: think cabaret numbers, experimental pop sets, and drag or performance art that’s as emotional as it is theatrical. The programming is curated to foreground queer voices and offer a space where artists can experiment, so you’ll likely leave having seen something you won’t find on mainstream stages.</w:t>
      </w:r>
      <w:r/>
    </w:p>
    <w:p>
      <w:r/>
      <w:r>
        <w:t>For those choosing which night to buy, look for descriptions that mention length of sets and whether the show is seated or standing. Standing-room club shows feel rowdy and immediate; seated theatre evenings let quieter, narrative work land. Either way, wear comfy shoes and bring friends who like to be surprised.</w:t>
      </w:r>
      <w:r/>
    </w:p>
    <w:p>
      <w:pPr>
        <w:pStyle w:val="Heading2"/>
      </w:pPr>
      <w:r>
        <w:t>Where it’s happening , small venues, big impact</w:t>
      </w:r>
      <w:r/>
    </w:p>
    <w:p>
      <w:r/>
      <w:r>
        <w:t>Underground Pride editions have been listed in Toronto and Montreal, and individual listings show up at theatres and intimate venues, so check local calendars. These spaces are often historic or DIY rooms with textured acoustics and a lived-in vibe , the kind of place where the mic stand has stories.</w:t>
      </w:r>
      <w:r/>
    </w:p>
    <w:p>
      <w:r/>
      <w:r>
        <w:t>If you’re organising a group, book early: smaller capacities mean tickets sell fast. Organisers tend to post line-ups and ticket links on their sites and social pages, so following the event or promoter is the safest way to snag a spot.</w:t>
      </w:r>
      <w:r/>
    </w:p>
    <w:p>
      <w:pPr>
        <w:pStyle w:val="Heading2"/>
      </w:pPr>
      <w:r>
        <w:t>How organisers keep it community-first and accessible</w:t>
      </w:r>
      <w:r/>
    </w:p>
    <w:p>
      <w:r/>
      <w:r>
        <w:t>What makes these nights feel like home is the organisers. Artist-led collectives prioritise community, affordability and representation, so you’ll often see sliding-scale tickets, diverse casts, and content warnings when needed. That intentional programming helps the shows serve both celebration and care.</w:t>
      </w:r>
      <w:r/>
    </w:p>
    <w:p>
      <w:r/>
      <w:r>
        <w:t>If you’re sensitive to crowd size or sensory input, reach out to the venue ahead of time , many hosts are happy to accommodate quieter spaces or earlier doors. And if you’re an artist, these nights are a credible platform to test new material in front of an engaged, loving audience.</w:t>
      </w:r>
      <w:r/>
    </w:p>
    <w:p>
      <w:pPr>
        <w:pStyle w:val="Heading2"/>
      </w:pPr>
      <w:r>
        <w:t>Planning your night , practical tips for a smooth evening</w:t>
      </w:r>
      <w:r/>
    </w:p>
    <w:p>
      <w:r/>
      <w:r>
        <w:t>Arrive early to beat queues and nab a good vantage point; small rooms fill fast. Bring cash for merch or bar tabs , some venues still prefer it. Check the show description for accessibility details, door policies and whether phones are discouraged during performances.</w:t>
      </w:r>
      <w:r/>
    </w:p>
    <w:p>
      <w:r/>
      <w:r>
        <w:t>Most importantly, go in ready to listen and cheer. These are crafted nights meant to be lived in the moment: laugh loudly, clap, and let performers know you’re there for them.</w:t>
      </w:r>
      <w:r/>
    </w:p>
    <w:p>
      <w:r/>
      <w:r>
        <w:t>It's a small change that can make your Pride evenings feel richer and more personal.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2">
        <w:r>
          <w:rPr>
            <w:color w:val="0000EE"/>
            <w:u w:val="single"/>
          </w:rPr>
          <w:t>[3]</w:t>
        </w:r>
      </w:hyperlink>
      <w:r>
        <w:t xml:space="preserve">, </w:t>
      </w:r>
      <w:hyperlink r:id="rId13">
        <w:r>
          <w:rPr>
            <w:color w:val="0000EE"/>
            <w:u w:val="single"/>
          </w:rPr>
          <w:t>[6]</w:t>
        </w:r>
      </w:hyperlink>
      <w:r>
        <w:t xml:space="preserve">- Paragraph 4: </w:t>
      </w:r>
      <w:hyperlink r:id="rId11">
        <w:r>
          <w:rPr>
            <w:color w:val="0000EE"/>
            <w:u w:val="single"/>
          </w:rPr>
          <w:t>[4]</w:t>
        </w:r>
      </w:hyperlink>
      <w:r>
        <w:t xml:space="preserve">, </w:t>
      </w:r>
      <w:hyperlink r:id="rId14">
        <w:r>
          <w:rPr>
            <w:color w:val="0000EE"/>
            <w:u w:val="single"/>
          </w:rPr>
          <w:t>[7]</w:t>
        </w:r>
      </w:hyperlink>
      <w:r>
        <w:t xml:space="preserve">- Paragraph 5: </w:t>
      </w:r>
      <w:hyperlink r:id="rId13">
        <w:r>
          <w:rPr>
            <w:color w:val="0000EE"/>
            <w:u w:val="single"/>
          </w:rPr>
          <w:t>[6]</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https://ottawacitizen.com/entertainment/local-arts/artin-avaznia-underground-pride</w:t>
        </w:r>
      </w:hyperlink>
      <w:r>
        <w:t xml:space="preserve"> - Please view link - unable to able to access data</w:t>
      </w:r>
      <w:r/>
    </w:p>
    <w:p>
      <w:pPr>
        <w:pStyle w:val="ListNumber"/>
        <w:spacing w:line="240" w:lineRule="auto"/>
        <w:ind w:left="720"/>
      </w:pPr>
      <w:r/>
      <w:hyperlink r:id="rId10">
        <w:r>
          <w:rPr>
            <w:color w:val="0000EE"/>
            <w:u w:val="single"/>
          </w:rPr>
          <w:t>https://www.artinavaznia.com/about</w:t>
        </w:r>
      </w:hyperlink>
      <w:r>
        <w:t xml:space="preserve"> - Artin Avaznia is a solo dance artist and creative director who is revolutionising the perception and consumption of dance. He has been advocating for dancers to step out of the shadows and become headliners and fully autonomous artists. His event series, Underground Pride, highlights the impact of underground queer culture on the mainstream, particularly focusing on dance. Since its inception in 2024, Underground Pride has sold out all three shows across Toronto and Montreal, and developed partnerships with Red Bull Canada, HVO Vodka, and venues like Drake Underground and Turbo Haus. The event has been covered by CBC News, CBC Radio, BlogTO, and CultMTL.</w:t>
      </w:r>
      <w:r/>
    </w:p>
    <w:p>
      <w:pPr>
        <w:pStyle w:val="ListNumber"/>
        <w:spacing w:line="240" w:lineRule="auto"/>
        <w:ind w:left="720"/>
      </w:pPr>
      <w:r/>
      <w:hyperlink r:id="rId12">
        <w:r>
          <w:rPr>
            <w:color w:val="0000EE"/>
            <w:u w:val="single"/>
          </w:rPr>
          <w:t>https://www.artinavaznia.com/shows</w:t>
        </w:r>
      </w:hyperlink>
      <w:r>
        <w:t xml:space="preserve"> - Artin Avaznia's upcoming shows include performances in Toronto, Vancouver, Montreal, and Ottawa. Notably, he joined the Sandboys tour live in Toronto on October 24th at TD Music Hall. In 2024, he headlined Underground Pride at the Drake Underground in Toronto, marking a significant milestone in his career.</w:t>
      </w:r>
      <w:r/>
    </w:p>
    <w:p>
      <w:pPr>
        <w:pStyle w:val="ListNumber"/>
        <w:spacing w:line="240" w:lineRule="auto"/>
        <w:ind w:left="720"/>
      </w:pPr>
      <w:r/>
      <w:hyperlink r:id="rId11">
        <w:r>
          <w:rPr>
            <w:color w:val="0000EE"/>
            <w:u w:val="single"/>
          </w:rPr>
          <w:t>https://thedrake.ca/event/underground-pride/</w:t>
        </w:r>
      </w:hyperlink>
      <w:r>
        <w:t xml:space="preserve"> - Underground Pride is an event series produced and headlined by Artin Avaznia, designed to highlight the impact of underground queer culture on the mainstream, particularly focusing on dance. The event has been held in Toronto and Montreal, featuring performances by Artin Avaznia and other artists, and has been covered by various media outlets.</w:t>
      </w:r>
      <w:r/>
    </w:p>
    <w:p>
      <w:pPr>
        <w:pStyle w:val="ListNumber"/>
        <w:spacing w:line="240" w:lineRule="auto"/>
        <w:ind w:left="720"/>
      </w:pPr>
      <w:r/>
      <w:hyperlink r:id="rId15">
        <w:r>
          <w:rPr>
            <w:color w:val="0000EE"/>
            <w:u w:val="single"/>
          </w:rPr>
          <w:t>https://toronto.citynews.ca/2025/06/28/torontos-vibrant-pride-parade-to-cap-off-weekend-of-celebrations-marches/</w:t>
        </w:r>
      </w:hyperlink>
      <w:r>
        <w:t xml:space="preserve"> - Artin Avaznia, an Iranian-Canadian dancer, was transformed the first time he saw a group of Iranians marching in Toronto's Pride parade. He performed at the Pride festival in 2025, marking his second consecutive year participating in the event.</w:t>
      </w:r>
      <w:r/>
    </w:p>
    <w:p>
      <w:pPr>
        <w:pStyle w:val="ListNumber"/>
        <w:spacing w:line="240" w:lineRule="auto"/>
        <w:ind w:left="720"/>
      </w:pPr>
      <w:r/>
      <w:hyperlink r:id="rId13">
        <w:r>
          <w:rPr>
            <w:color w:val="0000EE"/>
            <w:u w:val="single"/>
          </w:rPr>
          <w:t>https://cultmtl.com/event/underground-pride-mtl-edition/</w:t>
        </w:r>
      </w:hyperlink>
      <w:r>
        <w:t xml:space="preserve"> - Underground Pride made its debut in Montreal in August 2024, centering artists who have built queer nightlife from the ground up. The event featured performances by Artin Avaznia and other artists, and was covered by Cult MTL.</w:t>
      </w:r>
      <w:r/>
    </w:p>
    <w:p>
      <w:pPr>
        <w:pStyle w:val="ListNumber"/>
        <w:spacing w:line="240" w:lineRule="auto"/>
        <w:ind w:left="720"/>
      </w:pPr>
      <w:r/>
      <w:hyperlink r:id="rId14">
        <w:r>
          <w:rPr>
            <w:color w:val="0000EE"/>
            <w:u w:val="single"/>
          </w:rPr>
          <w:t>https://rickshawtheatre.com/show_listings/underground-pride/</w:t>
        </w:r>
      </w:hyperlink>
      <w:r>
        <w:t xml:space="preserve"> - Underground Pride expanded to Vancouver in August 2026, with the event held at the Rickshaw Theatre. The Vancouver edition featured a tribute to the late Michelle Ross and performances by various artists, including Artin Avaznia.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ttawacitizen.com/entertainment/local-arts/artin-avaznia-underground-pride" TargetMode="External"/><Relationship Id="rId10" Type="http://schemas.openxmlformats.org/officeDocument/2006/relationships/hyperlink" Target="https://www.artinavaznia.com/about" TargetMode="External"/><Relationship Id="rId11" Type="http://schemas.openxmlformats.org/officeDocument/2006/relationships/hyperlink" Target="https://thedrake.ca/event/underground-pride/" TargetMode="External"/><Relationship Id="rId12" Type="http://schemas.openxmlformats.org/officeDocument/2006/relationships/hyperlink" Target="https://www.artinavaznia.com/shows" TargetMode="External"/><Relationship Id="rId13" Type="http://schemas.openxmlformats.org/officeDocument/2006/relationships/hyperlink" Target="https://cultmtl.com/event/underground-pride-mtl-edition/" TargetMode="External"/><Relationship Id="rId14" Type="http://schemas.openxmlformats.org/officeDocument/2006/relationships/hyperlink" Target="https://rickshawtheatre.com/show_listings/underground-pride/" TargetMode="External"/><Relationship Id="rId15" Type="http://schemas.openxmlformats.org/officeDocument/2006/relationships/hyperlink" Target="https://toronto.citynews.ca/2025/06/28/torontos-vibrant-pride-parade-to-cap-off-weekend-of-celebrations-march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