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Moments: Why Vermelho Sangue’s Queer Romance Matters on Portuguese Screens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are noticing a welcome shift: Vermelho Sangue’s sapphic storyline, led by Laura Dutra and Alanis Guillen, is stirring conversation about representation, visibility and why Portuguese TV needs more LGBTQIA+ characters to reflect real lives. Here’s why it matters, and what to look for next.</w:t>
      </w:r>
      <w:r/>
    </w:p>
    <w:p>
      <w:r/>
      <w:r>
        <w:t>Essential Takeaways</w:t>
      </w:r>
      <w:r/>
      <w:r/>
    </w:p>
    <w:p>
      <w:pPr>
        <w:pStyle w:val="ListBullet"/>
        <w:spacing w:line="240" w:lineRule="auto"/>
        <w:ind w:left="720"/>
      </w:pPr>
      <w:r/>
      <w:r>
        <w:rPr>
          <w:b/>
        </w:rPr>
        <w:t>Standout pairing:</w:t>
      </w:r>
      <w:r>
        <w:t xml:space="preserve"> Laura Dutra and Alanis Guillen play a central romantic duo whose chemistry has been widely discussed and praised.</w:t>
      </w:r>
      <w:r/>
    </w:p>
    <w:p>
      <w:pPr>
        <w:pStyle w:val="ListBullet"/>
        <w:spacing w:line="240" w:lineRule="auto"/>
        <w:ind w:left="720"/>
      </w:pPr>
      <w:r/>
      <w:r>
        <w:rPr>
          <w:b/>
        </w:rPr>
        <w:t>Natural portrayal:</w:t>
      </w:r>
      <w:r>
        <w:t xml:space="preserve"> The relationship is written and acted with everyday honesty, not sensationalism, giving scenes a quieter emotional charge.</w:t>
      </w:r>
      <w:r/>
    </w:p>
    <w:p>
      <w:pPr>
        <w:pStyle w:val="ListBullet"/>
        <w:spacing w:line="240" w:lineRule="auto"/>
        <w:ind w:left="720"/>
      </w:pPr>
      <w:r/>
      <w:r>
        <w:rPr>
          <w:b/>
        </w:rPr>
        <w:t>Cross‑market resonance:</w:t>
      </w:r>
      <w:r>
        <w:t xml:space="preserve"> Brazilian TV’s looser approach to gender and sexuality offers lessons for Portuguese dramas seeking authenticity.</w:t>
      </w:r>
      <w:r/>
    </w:p>
    <w:p>
      <w:pPr>
        <w:pStyle w:val="ListBullet"/>
        <w:spacing w:line="240" w:lineRule="auto"/>
        <w:ind w:left="720"/>
      </w:pPr>
      <w:r/>
      <w:r>
        <w:rPr>
          <w:b/>
        </w:rPr>
        <w:t>Social impact:</w:t>
      </w:r>
      <w:r>
        <w:t xml:space="preserve"> More LGBTQIA+ characters in prime‑time could help viewers see themselves reflected and normalise differences.</w:t>
      </w:r>
      <w:r/>
    </w:p>
    <w:p>
      <w:pPr>
        <w:pStyle w:val="ListBullet"/>
        <w:spacing w:line="240" w:lineRule="auto"/>
        <w:ind w:left="720"/>
      </w:pPr>
      <w:r/>
      <w:r>
        <w:rPr>
          <w:b/>
        </w:rPr>
        <w:t>Practical tip:</w:t>
      </w:r>
      <w:r>
        <w:t xml:space="preserve"> When choosing shows to watch for representation, look for character depth and narrative context, not token appearances.</w:t>
      </w:r>
      <w:r/>
      <w:r/>
    </w:p>
    <w:p>
      <w:pPr>
        <w:pStyle w:val="Heading2"/>
      </w:pPr>
      <w:r>
        <w:t>Why this sapphic romance feels different , and why that matters</w:t>
      </w:r>
      <w:r/>
    </w:p>
    <w:p>
      <w:r/>
      <w:r>
        <w:t>Vermelho Sangue’s second‑season buzz centres on a romance that lands with a quiet, tactile realism; there’s tension, attraction and a “you can almost feel it” intimacy to key scenes. According to coverage of the series and cast interviews, that tone has won particular praise from viewers who rarely see same‑sex couples treated as ordinary parts of a story. That matters because representation that feels lived‑in invites empathy rather than spectacle. For Portuguese soaps, where conventional pairings remain common, adopting this approach could shift what audiences expect from love stories.</w:t>
      </w:r>
      <w:r/>
    </w:p>
    <w:p>
      <w:pPr>
        <w:pStyle w:val="Heading2"/>
      </w:pPr>
      <w:r>
        <w:t>Laura Dutra’s stance: visibility without oversharing</w:t>
      </w:r>
      <w:r/>
    </w:p>
    <w:p>
      <w:r/>
      <w:r>
        <w:t>Dutra has navigated questions about her private life with care, saying she prefers to keep some things private while recognising the influence her visibility carries. Interviews and promotional appearances show she chooses authenticity on screen and discretion off it, a balance many actors from Gen Z are trying to strike. Her attitude is a useful model for public figures: you can use your platform to support inclusion without turning your whole life into content. Producers and talent teams should take note and build support structures so actors can do both.</w:t>
      </w:r>
      <w:r/>
    </w:p>
    <w:p>
      <w:pPr>
        <w:pStyle w:val="Heading2"/>
      </w:pPr>
      <w:r>
        <w:t>What Brazilian TV teaches Portuguese drama makers</w:t>
      </w:r>
      <w:r/>
    </w:p>
    <w:p>
      <w:r/>
      <w:r>
        <w:t>Brazilian series have a reputation for treating body, identity and desire as everyday topics, and Vermelho Sangue fits that trend by integrating queer characters into its core drama. Critics and episode summaries highlight how the show leans into naturalistic conversations and consequences, rather than treating queerness as an occasional plot twist. Portuguese telenovelas could borrow that confidence: casting openly queer characters in regular arcs, not just headline moments, helps normalise diversity at peak viewing times and makes stories richer.</w:t>
      </w:r>
      <w:r/>
    </w:p>
    <w:p>
      <w:pPr>
        <w:pStyle w:val="Heading2"/>
      </w:pPr>
      <w:r>
        <w:t>Representation that teaches: depth beats tokenism every time</w:t>
      </w:r>
      <w:r/>
    </w:p>
    <w:p>
      <w:r/>
      <w:r>
        <w:t>Audiences respond when characters are complex and flawed, not when they exist solely to tick a box. Dutra herself has argued that characters don’t need to be moral paragons to be meaningful; in fact, contradictions often teach us more. When writers let LGBTQIA+ figures occupy messy, interesting roles, viewers of all backgrounds get a chance to understand lives different from their own. For commissioners, the practical call to action is simple: invest in writers and directors with lived experience and give queer characters space to be more than their orientation.</w:t>
      </w:r>
      <w:r/>
    </w:p>
    <w:p>
      <w:pPr>
        <w:pStyle w:val="Heading2"/>
      </w:pPr>
      <w:r>
        <w:t>How viewers can support better on‑screen representation</w:t>
      </w:r>
      <w:r/>
    </w:p>
    <w:p>
      <w:r/>
      <w:r>
        <w:t>If you want to encourage more inclusive stories, be intentional about where you spend attention. Stream and promote shows that portray queer relationships naturally, mention representation in social posts, and support festivals and creators who champion diversity. Broadcasters notice viewing trends; a sustained appetite for honest, varied portrayals will influence commissioning decisions. And for parents or caregivers, seek shows where the coupling is contextualised and age‑appropriate so conversations at home can be constructive and humane.</w:t>
      </w:r>
      <w:r/>
    </w:p>
    <w:p>
      <w:r/>
      <w:r>
        <w:t>It's a small change on paper, but more honest portrayals on screen can make a big difference in how people see themselves , and each 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https://www.maxima.pt/sexualidade/detalhe/laura-dutra-deviamos-ter-mais-personagens-lgbtqia-nas-novelas-portuguesas-permitiria-que-mais-pessoas-se-vissem-refletidas-no-ecra</w:t>
        </w:r>
      </w:hyperlink>
      <w:r>
        <w:t xml:space="preserve"> - Please view link - unable to able to access data</w:t>
      </w:r>
      <w:r/>
    </w:p>
    <w:p>
      <w:pPr>
        <w:pStyle w:val="ListNumber"/>
        <w:spacing w:line="240" w:lineRule="auto"/>
        <w:ind w:left="720"/>
      </w:pPr>
      <w:r/>
      <w:hyperlink r:id="rId12">
        <w:r>
          <w:rPr>
            <w:color w:val="0000EE"/>
            <w:u w:val="single"/>
          </w:rPr>
          <w:t>https://gshow.globo.com/globoplay/noticia/vermelho-sangue-elenco-e-equipe-se-reunem-em-coletiva-virtual-e-adiantam-detalhes-da-serie.ghtml</w:t>
        </w:r>
      </w:hyperlink>
      <w:r>
        <w:t xml:space="preserve"> - In a virtual press conference, the cast and crew of 'Vermelho Sangue' shared insights about the series. Laura Dutra, portraying Celina, discussed her character's 290-year-old vampire persona and the challenges of embodying such a timeless role. She highlighted the importance of understanding the historical context and the emotional depth required for the character. The team also delved into the series' unique blend of supernatural elements with contemporary themes, aiming to captivate a diverse audience. The discussion underscored the collaborative effort in bringing this innovative project to life.</w:t>
      </w:r>
      <w:r/>
    </w:p>
    <w:p>
      <w:pPr>
        <w:pStyle w:val="ListNumber"/>
        <w:spacing w:line="240" w:lineRule="auto"/>
        <w:ind w:left="720"/>
      </w:pPr>
      <w:r/>
      <w:hyperlink r:id="rId13">
        <w:r>
          <w:rPr>
            <w:color w:val="0000EE"/>
            <w:u w:val="single"/>
          </w:rPr>
          <w:t>https://gshow.globo.com/globoplay/noticia/vermelho-sangue-conheca-elenco-e-personagens-da-serie-original-globoplay.ghtml</w:t>
        </w:r>
      </w:hyperlink>
      <w:r>
        <w:t xml:space="preserve"> - The article introduces the main cast and characters of 'Vermelho Sangue,' a new series on Globoplay. Laura Dutra plays Celina, a 290-year-old vampire from Portugal, who, alongside Michel (Pedro Alves), infiltrates the fictional town of Guarambá. The piece provides insights into Celina's backstory, her transformation during the 1755 Lisbon earthquake, and her complex relationship with Michel. The series combines elements of fantasy with contemporary storytelling, aiming to engage viewers with its unique narrative and character dynamics.</w:t>
      </w:r>
      <w:r/>
    </w:p>
    <w:p>
      <w:pPr>
        <w:pStyle w:val="ListNumber"/>
        <w:spacing w:line="240" w:lineRule="auto"/>
        <w:ind w:left="720"/>
      </w:pPr>
      <w:r/>
      <w:hyperlink r:id="rId10">
        <w:r>
          <w:rPr>
            <w:color w:val="0000EE"/>
            <w:u w:val="single"/>
          </w:rPr>
          <w:t>https://gshow.globo.com/globoplay/noticia/destaque-em-vermelho-sangue-laura-dutra-destaca-relacao-entre-dupla-de-vampiros-vive-entre-a-tensao-e-tesao.ghtml</w:t>
        </w:r>
      </w:hyperlink>
      <w:r>
        <w:t xml:space="preserve"> - Laura Dutra, portraying Celina in 'Vermelho Sangue,' discusses the intricate relationship between her character and Michel (Pedro Alves). She describes their dynamic as a mix of tension, desire, and complicity, emphasizing the challenges of portraying a centuries-old vampire with a youthful appearance. The interview delves into the preparation process for the role, highlighting the importance of understanding the character's historical context and emotional depth. Dutra also reflects on the series' unique approach to blending supernatural elements with contemporary themes.</w:t>
      </w:r>
      <w:r/>
    </w:p>
    <w:p>
      <w:pPr>
        <w:pStyle w:val="ListNumber"/>
        <w:spacing w:line="240" w:lineRule="auto"/>
        <w:ind w:left="720"/>
      </w:pPr>
      <w:r/>
      <w:hyperlink r:id="rId11">
        <w:r>
          <w:rPr>
            <w:color w:val="0000EE"/>
            <w:u w:val="single"/>
          </w:rPr>
          <w:t>https://gshow.globo.com/globoplay/noticia/vermelho-sangue-personagens-de-alanis-guillen-e-laura-dutra-assumem-romance-e-causam-impacto-na-2a-temporada-veja-spoiler.ghtml</w:t>
        </w:r>
      </w:hyperlink>
      <w:r>
        <w:t xml:space="preserve"> - In the second season of 'Vermelho Sangue,' characters Flora (Alanis Guillen) and Celina (Laura Dutra) embark on a romantic relationship, marking a significant development in the series. The article provides a sneak peek into this storyline, highlighting the impact their relationship has on the students of the Instituto de Biologia de Guarambá. The piece also features a scene showcasing the evolving dynamics between Flora and Celina, offering fans a glimpse into the upcoming season's narrative direction.</w:t>
      </w:r>
      <w:r/>
    </w:p>
    <w:p>
      <w:pPr>
        <w:pStyle w:val="ListNumber"/>
        <w:spacing w:line="240" w:lineRule="auto"/>
        <w:ind w:left="720"/>
      </w:pPr>
      <w:r/>
      <w:hyperlink r:id="rId14">
        <w:r>
          <w:rPr>
            <w:color w:val="0000EE"/>
            <w:u w:val="single"/>
          </w:rPr>
          <w:t>https://natelinha.uol.com.br/amp/colunas/quarta-parede/2025/10/09/vermelho-sangue-e-uma-malhacao-com-lobimoca-vampiros-e-cenas-de-sexo-232378.php</w:t>
        </w:r>
      </w:hyperlink>
      <w:r>
        <w:t xml:space="preserve"> - A critical review of 'Vermelho Sangue' draws parallels with the Brazilian teen series 'Malhação,' noting the incorporation of supernatural elements like 'lobimoça' (werewolf-girl), vampires, and explicit scenes. The review discusses the series' attempt to blend adolescent drama with fantasy, highlighting its unique narrative choices. It also touches upon the series' reception and the challenges of balancing supernatural themes with relatable storytelling for a younger audience.</w:t>
      </w:r>
      <w:r/>
    </w:p>
    <w:p>
      <w:pPr>
        <w:pStyle w:val="ListNumber"/>
        <w:spacing w:line="240" w:lineRule="auto"/>
        <w:ind w:left="720"/>
      </w:pPr>
      <w:r/>
      <w:hyperlink r:id="rId15">
        <w:r>
          <w:rPr>
            <w:color w:val="0000EE"/>
            <w:u w:val="single"/>
          </w:rPr>
          <w:t>https://pt.wikipedia.org/wiki/Vermelho_Sangue_%28s%C3%A9rie_de_televis%C3%A3o%29</w:t>
        </w:r>
      </w:hyperlink>
      <w:r>
        <w:t xml:space="preserve"> - 'Vermelho Sangue' is a Brazilian television series produced by Globoplay in partnership with Estúdios Globo. Directed by Patricia Pedrosa, it premiered on October 2, 2025, on the streaming platform. Created by Cláudia Sardinha and Rosane Svartman, with scripts by Bruno Ribeiro, Isabela Aquino, João Ademir, and Kariny Martins, the series features Letícia Vieira, Alanis Guillen, Pedro Alves, Laura Dutra, Heloísa Jorge, and Rodrigo Lombardi in leading roles. The show combines elements of fantasy with contemporary storytelling, aiming to engage a diverse audience.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xima.pt/sexualidade/detalhe/laura-dutra-deviamos-ter-mais-personagens-lgbtqia-nas-novelas-portuguesas-permitiria-que-mais-pessoas-se-vissem-refletidas-no-ecra" TargetMode="External"/><Relationship Id="rId10" Type="http://schemas.openxmlformats.org/officeDocument/2006/relationships/hyperlink" Target="https://gshow.globo.com/globoplay/noticia/destaque-em-vermelho-sangue-laura-dutra-destaca-relacao-entre-dupla-de-vampiros-vive-entre-a-tensao-e-tesao.ghtml" TargetMode="External"/><Relationship Id="rId11" Type="http://schemas.openxmlformats.org/officeDocument/2006/relationships/hyperlink" Target="https://gshow.globo.com/globoplay/noticia/vermelho-sangue-personagens-de-alanis-guillen-e-laura-dutra-assumem-romance-e-causam-impacto-na-2a-temporada-veja-spoiler.ghtml" TargetMode="External"/><Relationship Id="rId12" Type="http://schemas.openxmlformats.org/officeDocument/2006/relationships/hyperlink" Target="https://gshow.globo.com/globoplay/noticia/vermelho-sangue-elenco-e-equipe-se-reunem-em-coletiva-virtual-e-adiantam-detalhes-da-serie.ghtml" TargetMode="External"/><Relationship Id="rId13" Type="http://schemas.openxmlformats.org/officeDocument/2006/relationships/hyperlink" Target="https://gshow.globo.com/globoplay/noticia/vermelho-sangue-conheca-elenco-e-personagens-da-serie-original-globoplay.ghtml" TargetMode="External"/><Relationship Id="rId14" Type="http://schemas.openxmlformats.org/officeDocument/2006/relationships/hyperlink" Target="https://natelinha.uol.com.br/amp/colunas/quarta-parede/2025/10/09/vermelho-sangue-e-uma-malhacao-com-lobimoca-vampiros-e-cenas-de-sexo-232378.php" TargetMode="External"/><Relationship Id="rId15" Type="http://schemas.openxmlformats.org/officeDocument/2006/relationships/hyperlink" Target="https://pt.wikipedia.org/wiki/Vermelho_Sangue_%28s%C3%A9rie_de_televis%C3%A3o%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