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 on Closet Life: Anthony Bowens Praises Heated Rivalry TV Drama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drama and sports fans are spotting Heated Rivalry as the truest depiction of being a closeted athlete, says AEW star Anthony Bowens , and his shout‑out matters because he’s lived it. He calls the show authentic, warns about watching it on a plane, and may nudge viewers to rethink how secrecy feels behind the locker room door.</w:t>
      </w:r>
      <w:r/>
    </w:p>
    <w:p>
      <w:r/>
      <w:r>
        <w:t>Essential Takeaways</w:t>
      </w:r>
      <w:r/>
      <w:r/>
    </w:p>
    <w:p>
      <w:pPr>
        <w:pStyle w:val="ListBullet"/>
        <w:spacing w:line="240" w:lineRule="auto"/>
        <w:ind w:left="720"/>
      </w:pPr>
      <w:r/>
      <w:r>
        <w:rPr>
          <w:b/>
        </w:rPr>
        <w:t>Authentic reaction:</w:t>
      </w:r>
      <w:r>
        <w:t xml:space="preserve"> Anthony Bowens says the show "clocks" for its portrayal of the fear and secrecy of closeted athletes, praising its emotional truth.</w:t>
      </w:r>
      <w:r/>
    </w:p>
    <w:p>
      <w:pPr>
        <w:pStyle w:val="ListBullet"/>
        <w:spacing w:line="240" w:lineRule="auto"/>
        <w:ind w:left="720"/>
      </w:pPr>
      <w:r/>
      <w:r>
        <w:rPr>
          <w:b/>
        </w:rPr>
        <w:t>Not about the sex:</w:t>
      </w:r>
      <w:r>
        <w:t xml:space="preserve"> Bowens likes the realism but notes the series leans into more explicit scenes than he expected.</w:t>
      </w:r>
      <w:r/>
    </w:p>
    <w:p>
      <w:pPr>
        <w:pStyle w:val="ListBullet"/>
        <w:spacing w:line="240" w:lineRule="auto"/>
        <w:ind w:left="720"/>
      </w:pPr>
      <w:r/>
      <w:r>
        <w:rPr>
          <w:b/>
        </w:rPr>
        <w:t>Practical PSA:</w:t>
      </w:r>
      <w:r>
        <w:t xml:space="preserve"> He joked , don’t watch it on a plane; the flight crew might misread what’s on your screen.</w:t>
      </w:r>
      <w:r/>
    </w:p>
    <w:p>
      <w:pPr>
        <w:pStyle w:val="ListBullet"/>
        <w:spacing w:line="240" w:lineRule="auto"/>
        <w:ind w:left="720"/>
      </w:pPr>
      <w:r/>
      <w:r>
        <w:rPr>
          <w:b/>
        </w:rPr>
        <w:t>Career context:</w:t>
      </w:r>
      <w:r>
        <w:t xml:space="preserve"> Bowens publicly came out in stages and became the first openly gay AEW champion, so his view carries lived experience.</w:t>
      </w:r>
      <w:r/>
    </w:p>
    <w:p>
      <w:pPr>
        <w:pStyle w:val="ListBullet"/>
        <w:spacing w:line="240" w:lineRule="auto"/>
        <w:ind w:left="720"/>
      </w:pPr>
      <w:r/>
      <w:r>
        <w:rPr>
          <w:b/>
        </w:rPr>
        <w:t>Ongoing debate:</w:t>
      </w:r>
      <w:r>
        <w:t xml:space="preserve"> Some former athletes argue a drama won’t change locker‑room culture, but Bowens thinks the feeling shown is genuine.</w:t>
      </w:r>
      <w:r/>
      <w:r/>
    </w:p>
    <w:p>
      <w:pPr>
        <w:pStyle w:val="Heading2"/>
      </w:pPr>
      <w:r>
        <w:t>Why Bowens’ verdict matters to sports fans</w:t>
      </w:r>
      <w:r/>
    </w:p>
    <w:p>
      <w:r/>
      <w:r>
        <w:t>Anthony Bowens isn’t commenting as a casual viewer; he’s speaking from the eye of the storm. He signed with All Elite Wrestling in 2020 and has been open about his sexuality since first coming out in 2017 and again in 2019, so when he says a show captures the "fear" and need to hide, it lands. The emotional texture of the series , the quiet looks, the small lies, the constant low‑level anxiety , is what he says feels true, and that’s the part viewers keep talking about.</w:t>
      </w:r>
      <w:r/>
    </w:p>
    <w:p>
      <w:r/>
      <w:r>
        <w:t>The comment is timely because sports dramas often gloss over the interior life of players. Heated Rivalry centres on two rival hockey pros who can’t admit their relationship, and Bowens’ praise gives the show an additional credibility boost among fans who want realism, not just romance.</w:t>
      </w:r>
      <w:r/>
    </w:p>
    <w:p>
      <w:pPr>
        <w:pStyle w:val="Heading2"/>
      </w:pPr>
      <w:r>
        <w:t>Not just romance: the show’s rawer moments</w:t>
      </w:r>
      <w:r/>
    </w:p>
    <w:p>
      <w:r/>
      <w:r>
        <w:t>Bowens singled out the authenticity while also joking about the volume of intimate scenes, which some viewers and critics have flagged. Critics and festival write‑ups have noted the show’s boldness in portraying adult relationships among athletes, and Bowens’ note , "maybe without all the sex scenes" , is a reminder viewers can accept the emotional honesty without signing up for every steamy beat.</w:t>
      </w:r>
      <w:r/>
    </w:p>
    <w:p>
      <w:r/>
      <w:r>
        <w:t>If you prefer character and consequence over explicit content, sample an episode first. Streaming guides list availability and episode length, so you can pick a time that suits your tolerance for on‑screen heat.</w:t>
      </w:r>
      <w:r/>
    </w:p>
    <w:p>
      <w:pPr>
        <w:pStyle w:val="Heading2"/>
      </w:pPr>
      <w:r>
        <w:t>Will a drama help athletes come out? The debate continues</w:t>
      </w:r>
      <w:r/>
    </w:p>
    <w:p>
      <w:r/>
      <w:r>
        <w:t>There’s a split in opinion about whether a scripted series can shift real‑world locker‑room dynamics. Some former players say it won’t convince anyone to come out safely. Bowens’ view is narrower: he argues the show gets how it feels. That’s a different claim from promising sweeping cultural change, but it’s still useful.</w:t>
      </w:r>
      <w:r/>
    </w:p>
    <w:p>
      <w:r/>
      <w:r>
        <w:t>Shows can open conversations, even if they don’t directly change policies or attitudes overnight. Expect critics and former pros to keep debating whether depiction leads to action, while fans and allies judge the drama on emotional truth and representation.</w:t>
      </w:r>
      <w:r/>
    </w:p>
    <w:p>
      <w:pPr>
        <w:pStyle w:val="Heading2"/>
      </w:pPr>
      <w:r>
        <w:t>A light, practical tip from Bowens , and a human laugh</w:t>
      </w:r>
      <w:r/>
    </w:p>
    <w:p>
      <w:r/>
      <w:r>
        <w:t>Bowens offered a grin‑inducing practical tip: avoid watching Heated Rivalry on an aeroplane. He laughed about the horror of a flight attendant misreading the content. It’s a mundane reminder that representation carries everyday consequences; what’s private at home can be awkward in public.</w:t>
      </w:r>
      <w:r/>
    </w:p>
    <w:p>
      <w:r/>
      <w:r>
        <w:t>For viewers, that’s a useful cue , think about where you watch and who’s around. For supporters, it’s an invitation to normalise queer stories so the only awkward part is a strangely timed in‑flight announcement.</w:t>
      </w:r>
      <w:r/>
    </w:p>
    <w:p>
      <w:pPr>
        <w:pStyle w:val="Heading2"/>
      </w:pPr>
      <w:r>
        <w:t>What’s next: season two and the wider conversation</w:t>
      </w:r>
      <w:r/>
    </w:p>
    <w:p>
      <w:r/>
      <w:r>
        <w:t>Season two is filming now, which means more chances to explore the consequences the first run raised. Industry outlets and streaming roundups suggest the show will keep balancing romance with the pressures of elite sport. Bowens’ endorsement may help the series reach a broader audience outside the usual drama crowd.</w:t>
      </w:r>
      <w:r/>
    </w:p>
    <w:p>
      <w:r/>
      <w:r>
        <w:t>If nothing else, his approval amplifies one clear message: the show feels real to someone who’s felt the thing it depicts. That’s worth tuning in for.</w:t>
      </w:r>
      <w:r/>
    </w:p>
    <w:p>
      <w:r/>
      <w:r>
        <w:t>It's a small cultural nudge , watch, notice, and talk about what the quiet parts of sport life actually feel 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https://www.dnamagazine.com.au/anthony-bowens-heated-rivalry-closeted-athlete/</w:t>
        </w:r>
      </w:hyperlink>
      <w:r>
        <w:t xml:space="preserve"> - Please view link - unable to able to access data</w:t>
      </w:r>
      <w:r/>
    </w:p>
    <w:p>
      <w:pPr>
        <w:pStyle w:val="ListNumber"/>
        <w:spacing w:line="240" w:lineRule="auto"/>
        <w:ind w:left="720"/>
      </w:pPr>
      <w:r/>
      <w:hyperlink r:id="rId10">
        <w:r>
          <w:rPr>
            <w:color w:val="0000EE"/>
            <w:u w:val="single"/>
          </w:rPr>
          <w:t>https://www.thepinknews.com/2026/08/20/gay-aew-wrestler-anthony-bowens-heated-rivalry-interview/</w:t>
        </w:r>
      </w:hyperlink>
      <w:r>
        <w:t xml:space="preserve"> - In an interview with PinkNews, Anthony Bowens, the openly gay AEW wrestler, praised the TV series 'Heated Rivalry' for authentically depicting the experiences of closeted athletes. He highlighted the show's realistic portrayal of the fear and self-concealment faced by athletes in the closet, noting it as one of the most genuine representations of such experiences. Bowens also shared a humorous anecdote about watching the series on an airplane, advising against it due to potential misunderstandings from flight attendants. The article also touches upon Bowens' personal journey, including his coming out in 2017 and 2019, his AEW debut in 2020, and his historic achievement in 2022 as the first openly gay AEW champion alongside Max Caster. Despite facing abuse, Bowens emphasizes the importance of not letting negativity from others affect one's life and acknowledges the supportive AEW fanbase.</w:t>
      </w:r>
      <w:r/>
    </w:p>
    <w:p>
      <w:pPr>
        <w:pStyle w:val="ListNumber"/>
        <w:spacing w:line="240" w:lineRule="auto"/>
        <w:ind w:left="720"/>
      </w:pPr>
      <w:r/>
      <w:hyperlink r:id="rId14">
        <w:r>
          <w:rPr>
            <w:color w:val="0000EE"/>
            <w:u w:val="single"/>
          </w:rPr>
          <w:t>https://www.cinemablend.com/streaming-news/comments-unhinged-heated-rivalry-season-2-production</w:t>
        </w:r>
      </w:hyperlink>
      <w:r>
        <w:t xml:space="preserve"> - Production for Season 2 of the popular series 'Heated Rivalry' has officially commenced, following its successful debut in 2025. The announcement, made via Instagram, elicited enthusiastic and humorous reactions from fans and various brand accounts in the comments section. The show, set in Ottawa, Canada, has garnered support from entities like Ottawa Tourism and Explore Canada. Creator Jacob Tierney and new cast member Edvin Ryding, portraying Luca Haas, also joined in the celebratory comments. While Season 2 is slated for a 2027 premiere, fans are already buzzing with anticipation for new character dynamics and challenges in the relationship between Ilya and Shane. In the meantime, Season 1 remains available for streaming on HBO Max.</w:t>
      </w:r>
      <w:r/>
    </w:p>
    <w:p>
      <w:pPr>
        <w:pStyle w:val="ListNumber"/>
        <w:spacing w:line="240" w:lineRule="auto"/>
        <w:ind w:left="720"/>
      </w:pPr>
      <w:r/>
      <w:hyperlink r:id="rId12">
        <w:r>
          <w:rPr>
            <w:color w:val="0000EE"/>
            <w:u w:val="single"/>
          </w:rPr>
          <w:t>https://www.rottentomatoes.com/tv/heated_rivalry</w:t>
        </w:r>
      </w:hyperlink>
      <w:r>
        <w:t xml:space="preserve"> - The TV series 'Heated Rivalry' has received critical acclaim, holding a 97% rating on the Tomatometer based on 62 reviews and an 88% audience score from over 2,500 ratings. The show, which premiered in November 2025, is a romance set in the world of hockey, focusing on the relationship between Shane Hollander and Ilya Rozanov, two stars in Major League Hockey. The series is available for streaming on HBO Max, with Season 1 consisting of six episodes.</w:t>
      </w:r>
      <w:r/>
    </w:p>
    <w:p>
      <w:pPr>
        <w:pStyle w:val="ListNumber"/>
        <w:spacing w:line="240" w:lineRule="auto"/>
        <w:ind w:left="720"/>
      </w:pPr>
      <w:r/>
      <w:hyperlink r:id="rId15">
        <w:r>
          <w:rPr>
            <w:color w:val="0000EE"/>
            <w:u w:val="single"/>
          </w:rPr>
          <w:t>https://www.justwatch.com/us/tv-show/heated-rivalry</w:t>
        </w:r>
      </w:hyperlink>
      <w:r>
        <w:t xml:space="preserve"> - As of August 17, 2026, 'Heated Rivalry' is available for streaming on HBO Max in the United States. The series, which premiered in November 2025, is a queer sports drama based on Rachel Reid’s 'Game Changers' book series. It follows the relationship between Canadian Shane Hollander and Russian Ilya Rozanov, two professional hockey players who maintain a secret romance amidst their rivalry. The show has received positive reviews, holding an 85% rating on JustWatch and an 8.7 rating on IMDb. Season 1 consists of six episodes, each approximately 49 minutes long.</w:t>
      </w:r>
      <w:r/>
    </w:p>
    <w:p>
      <w:pPr>
        <w:pStyle w:val="ListNumber"/>
        <w:spacing w:line="240" w:lineRule="auto"/>
        <w:ind w:left="720"/>
      </w:pPr>
      <w:r/>
      <w:hyperlink r:id="rId11">
        <w:r>
          <w:rPr>
            <w:color w:val="0000EE"/>
            <w:u w:val="single"/>
          </w:rPr>
          <w:t>https://www.lemonde.fr/en/culture/article/2026/02/07/heated-rivalry-star-crossed-love-between-two-ice-hockey-players_6750249_30.html</w:t>
        </w:r>
      </w:hyperlink>
      <w:r>
        <w:t xml:space="preserve"> - The article from Le Monde discusses the romantic drama series 'Heated Rivalry,' which premiered on HBO Max France on February 6, 2026. Adapted from Rachel Reid’s 'Game Changer' novels and directed by Jacob Tierney, the show portrays a secret love affair between two rival ice hockey players—Shane from Canada and Ilya from Russia—set in a macho North American league not known for LGBTQ+ acceptance. Despite their on-ice animosity, the pair shares a tender, sexually explicit yet respectful relationship in private. The series combines romantic comedy with softcore erotica and avoids delving too deeply into politics or the reality of homophobia in sports. Instead, it offers a comforting, idealized portrayal of love and emotional growth, supported by secondary characters who help the protagonists evolve.</w:t>
      </w:r>
      <w:r/>
    </w:p>
    <w:p>
      <w:pPr>
        <w:pStyle w:val="ListNumber"/>
        <w:spacing w:line="240" w:lineRule="auto"/>
        <w:ind w:left="720"/>
      </w:pPr>
      <w:r/>
      <w:hyperlink r:id="rId13">
        <w:r>
          <w:rPr>
            <w:color w:val="0000EE"/>
            <w:u w:val="single"/>
          </w:rPr>
          <w:t>https://www.cinemablend.com/streaming-news/netflix-making-steamy-show-ice-athletes-and-heated-rivalry-watch-out</w:t>
        </w:r>
      </w:hyperlink>
      <w:r>
        <w:t xml:space="preserve"> - Netflix has announced a new steamy ice hockey-themed series based on Hannah Grace's bestselling novel 'Icebreaker,' the first in the popular Maple Hills series. The plot follows Olympic hopeful Anastasia Allen and NHL-aspiring Nate Hawkins, whose intense rivalry and passion ignite when an accident forces their teams to share a rink. The adaptation is being written and executive produced by Amanda Lasher, with additional production from Alex Cooper, Matt Kaplan, and Mina Lefevre through Unwell Productions. This move follows the recent success of other ice hockey dramas, including HBO Max/Crave's 'Heated Rivalry' and Prime Video’s 'Off Campus,' both based on popular book series.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anthony-bowens-heated-rivalry-closeted-athlete/" TargetMode="External"/><Relationship Id="rId10" Type="http://schemas.openxmlformats.org/officeDocument/2006/relationships/hyperlink" Target="https://www.thepinknews.com/2026/08/20/gay-aew-wrestler-anthony-bowens-heated-rivalry-interview/" TargetMode="External"/><Relationship Id="rId11" Type="http://schemas.openxmlformats.org/officeDocument/2006/relationships/hyperlink" Target="https://www.lemonde.fr/en/culture/article/2026/02/07/heated-rivalry-star-crossed-love-between-two-ice-hockey-players_6750249_30.html" TargetMode="External"/><Relationship Id="rId12" Type="http://schemas.openxmlformats.org/officeDocument/2006/relationships/hyperlink" Target="https://www.rottentomatoes.com/tv/heated_rivalry" TargetMode="External"/><Relationship Id="rId13" Type="http://schemas.openxmlformats.org/officeDocument/2006/relationships/hyperlink" Target="https://www.cinemablend.com/streaming-news/netflix-making-steamy-show-ice-athletes-and-heated-rivalry-watch-out" TargetMode="External"/><Relationship Id="rId14" Type="http://schemas.openxmlformats.org/officeDocument/2006/relationships/hyperlink" Target="https://www.cinemablend.com/streaming-news/comments-unhinged-heated-rivalry-season-2-production" TargetMode="External"/><Relationship Id="rId15" Type="http://schemas.openxmlformats.org/officeDocument/2006/relationships/hyperlink" Target="https://www.justwatch.com/us/tv-show/heated-rival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