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Sziget Festival Moments: Why Magic Mirror Still Matters for Queer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Sziget’s Magic Mirror for joy: Budapest’s week-long festival keeps offering a rare, vivid safe space where queer artists and audiences can perform, meet and breathe freely , and House of Circus’s Carnivale Royale is one of the standout acts reminding everyone why it matters.</w:t>
      </w:r>
      <w:r/>
    </w:p>
    <w:p>
      <w:r/>
      <w:r>
        <w:t>Essential Takeaways</w:t>
      </w:r>
      <w:r/>
      <w:r/>
    </w:p>
    <w:p>
      <w:pPr>
        <w:pStyle w:val="ListBullet"/>
        <w:spacing w:line="240" w:lineRule="auto"/>
        <w:ind w:left="720"/>
      </w:pPr>
      <w:r/>
      <w:r>
        <w:rPr>
          <w:b/>
        </w:rPr>
        <w:t>Long-running hub:</w:t>
      </w:r>
      <w:r>
        <w:t xml:space="preserve"> Magic Mirror has hosted queer-focused programming at Sziget for more than 25 years, with a packed schedule of shows, panels and parties.</w:t>
      </w:r>
      <w:r/>
    </w:p>
    <w:p>
      <w:pPr>
        <w:pStyle w:val="ListBullet"/>
        <w:spacing w:line="240" w:lineRule="auto"/>
        <w:ind w:left="720"/>
      </w:pPr>
      <w:r/>
      <w:r>
        <w:rPr>
          <w:b/>
        </w:rPr>
        <w:t>Showstopper:</w:t>
      </w:r>
      <w:r>
        <w:t xml:space="preserve"> House of Circus’s Carnivale Royale mixes drag and circus , aerial pole, hand balancing, stilts and sword swallowing , for a theatrical, high-energy experience.</w:t>
      </w:r>
      <w:r/>
    </w:p>
    <w:p>
      <w:pPr>
        <w:pStyle w:val="ListBullet"/>
        <w:spacing w:line="240" w:lineRule="auto"/>
        <w:ind w:left="720"/>
      </w:pPr>
      <w:r/>
      <w:r>
        <w:rPr>
          <w:b/>
        </w:rPr>
        <w:t>Emotional pull:</w:t>
      </w:r>
      <w:r>
        <w:t xml:space="preserve"> Performers aim to create belonging; audiences report the space feels like a compassionate, exuberant “bubble.”</w:t>
      </w:r>
      <w:r/>
    </w:p>
    <w:p>
      <w:pPr>
        <w:pStyle w:val="ListBullet"/>
        <w:spacing w:line="240" w:lineRule="auto"/>
        <w:ind w:left="720"/>
      </w:pPr>
      <w:r/>
      <w:r>
        <w:rPr>
          <w:b/>
        </w:rPr>
        <w:t>Practical note:</w:t>
      </w:r>
      <w:r>
        <w:t xml:space="preserve"> Sziget runs dozens of stages and over a thousand performances; plan ahead to catch Magic Mirror highlights and avoid clashes.</w:t>
      </w:r>
      <w:r/>
    </w:p>
    <w:p>
      <w:pPr>
        <w:pStyle w:val="ListBullet"/>
        <w:spacing w:line="240" w:lineRule="auto"/>
        <w:ind w:left="720"/>
      </w:pPr>
      <w:r/>
      <w:r>
        <w:rPr>
          <w:b/>
        </w:rPr>
        <w:t>Atmosphere:</w:t>
      </w:r>
      <w:r>
        <w:t xml:space="preserve"> Expect colourful costumes, loud applause, and moments that can make you laugh, cry and cheer in the same set.</w:t>
      </w:r>
      <w:r/>
      <w:r/>
    </w:p>
    <w:p>
      <w:pPr>
        <w:pStyle w:val="Heading2"/>
      </w:pPr>
      <w:r>
        <w:t>Why Magic Mirror still feels like an island of freedom</w:t>
      </w:r>
      <w:r/>
    </w:p>
    <w:p>
      <w:r/>
      <w:r>
        <w:t>Step into the tent and the air changes: there’s a buzzy, warm hum, the smell of dust and sequins, and people leaning in to watch something unexpected. Magic Mirror has quietly become the festival’s queer heartbeat, a place where marginalised artists get centre stage.</w:t>
      </w:r>
      <w:r/>
    </w:p>
    <w:p>
      <w:r/>
      <w:r>
        <w:t>The tent’s longevity matters. Sziget has kept the space for more than two decades, and that continuity means performers can build shows that trust the audience to meet them halfway. According to Sziget’s own stage listings, Magic Mirror programmes everything from drag nights to spoken-word panels, so it isn’t just entertainment , it’s community infrastructure.</w:t>
      </w:r>
      <w:r/>
    </w:p>
    <w:p>
      <w:r/>
      <w:r>
        <w:t>For visitors, the practical upside is obvious: if you want queer-led programming, this is the place to start your daily plan. Bookmark the Magic Mirror schedule, arrive a little early for hot tickets, and bring patience , lines are part of the charm.</w:t>
      </w:r>
      <w:r/>
    </w:p>
    <w:p>
      <w:pPr>
        <w:pStyle w:val="Heading2"/>
      </w:pPr>
      <w:r>
        <w:t>House of Circus: when drag and circus collide</w:t>
      </w:r>
      <w:r/>
    </w:p>
    <w:p>
      <w:r/>
      <w:r>
        <w:t>Carnivale Royale is a vivid reminder that two seemingly different art forms can amplify each other. The troupe blends acrobatics, aerial work, pole and clowning with drag’s theatricality; the result feels both technically impressive and emotionally open.</w:t>
      </w:r>
      <w:r/>
    </w:p>
    <w:p>
      <w:r/>
      <w:r>
        <w:t>Co-founder Nick van der Heyden , known on stage as Hayden , frames the show as a redefinition of circus where artists get to be “authentically themselves.” That ambition shows onstage: acts that could be pure spectacle are tempered by moments of camp, tenderness and audience address.</w:t>
      </w:r>
      <w:r/>
    </w:p>
    <w:p>
      <w:r/>
      <w:r>
        <w:t>If you’re choosing seats, pick somewhere central for the best view of aerials and the slimmest chance of missing a crowdinteraction gag. And be ready: your empathy meter will probably surge at least once during the set.</w:t>
      </w:r>
      <w:r/>
    </w:p>
    <w:p>
      <w:pPr>
        <w:pStyle w:val="Heading2"/>
      </w:pPr>
      <w:r>
        <w:t>Sziget’s role against a tougher political backdrop</w:t>
      </w:r>
      <w:r/>
    </w:p>
    <w:p>
      <w:r/>
      <w:r>
        <w:t>Venues like Magic Mirror don’t exist in isolation. In a country where queer rights have been in the spotlight, Sziget functions as a temporary but powerful refuge , a festival bubble where inclusivity gets a real showing rather than a talking point.</w:t>
      </w:r>
      <w:r/>
    </w:p>
    <w:p>
      <w:r/>
      <w:r>
        <w:t>Festival directors and performers have leaned into that responsibility. Organisers position Sziget as “The Island of Freedom,” and for many attendees it’s the one place where they can visibly celebrate gender and sexuality without immediate worry. That contrast makes festival performances feel political by default, even when the artists are focused on joy.</w:t>
      </w:r>
      <w:r/>
    </w:p>
    <w:p>
      <w:r/>
      <w:r>
        <w:t>If you’re attending with friends who need reassurance, the festival’s reputation for safety is a useful talking point , but remember it’s a temporary sanctuary. Bringing local knowledge and being mindful of surroundings is still wise.</w:t>
      </w:r>
      <w:r/>
    </w:p>
    <w:p>
      <w:pPr>
        <w:pStyle w:val="Heading2"/>
      </w:pPr>
      <w:r>
        <w:t>How to plan your Sziget weekend for queer programming</w:t>
      </w:r>
      <w:r/>
    </w:p>
    <w:p>
      <w:r/>
      <w:r>
        <w:t>With 50 stages and more than a thousand acts, Sziget is a glorious logistical headache. Start by scanning the Magic Mirror line-up and pencilling in the shows you don’t want to miss. Many headline queer acts will have repeat slots, but smaller performances and workshops often run only once.</w:t>
      </w:r>
      <w:r/>
    </w:p>
    <w:p>
      <w:r/>
      <w:r>
        <w:t>Practical tips: charge a power bank, download the festival app or save PDFs of daily schedules, and arrive early for the most popular tent events. If you want to support artists directly, buy merchandise or gift a tip when possible , small gestures matter.</w:t>
      </w:r>
      <w:r/>
    </w:p>
    <w:p>
      <w:r/>
      <w:r>
        <w:t>For those travelling from abroad, grab Super Early Bird offers when they appear; tickets sell fast and the festival atmosphere becomes exponentially better when you’re relaxed about logistics.</w:t>
      </w:r>
      <w:r/>
    </w:p>
    <w:p>
      <w:pPr>
        <w:pStyle w:val="Heading2"/>
      </w:pPr>
      <w:r>
        <w:t>The feeling you won’t forget</w:t>
      </w:r>
      <w:r/>
    </w:p>
    <w:p>
      <w:r/>
      <w:r>
        <w:t>What lingers after a Magic Mirror set is less about a single trick and more about the communal lift , the shared laughs, the collective gasp at a dangerous-looking stunt, the hug that happens later in a food queue. Performers like Germain Iconnee talk about wanting audiences to feel they belong, and that sentiment isn’t marketing fluff , it’s the backbone of what makes the tent so magnetic.</w:t>
      </w:r>
      <w:r/>
    </w:p>
    <w:p>
      <w:r/>
      <w:r>
        <w:t>There’s a practical upside too: artists who come from marginalised backgrounds often deliver the most original work because necessity breeds invention. That means you’re not just watching a polished show, you’re witnessing new cultural forms being forged.</w:t>
      </w:r>
      <w:r/>
    </w:p>
    <w:p>
      <w:r/>
      <w:r>
        <w:t>It's a small change that can make every performance feel safer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https://www.thepinknews.com/2026/08/21/hungary-budapest-sziget-festival-magic-mirror-house-of-circus/</w:t>
        </w:r>
      </w:hyperlink>
      <w:r>
        <w:t xml:space="preserve"> - Please view link - unable to able to access data</w:t>
      </w:r>
      <w:r/>
    </w:p>
    <w:p>
      <w:pPr>
        <w:pStyle w:val="ListNumber"/>
        <w:spacing w:line="240" w:lineRule="auto"/>
        <w:ind w:left="720"/>
      </w:pPr>
      <w:r/>
      <w:hyperlink r:id="rId10">
        <w:r>
          <w:rPr>
            <w:color w:val="0000EE"/>
            <w:u w:val="single"/>
          </w:rPr>
          <w:t>https://houseofcircus.com/index.php/shows/carnivale-royale/</w:t>
        </w:r>
      </w:hyperlink>
      <w:r>
        <w:t xml:space="preserve"> - Carnivale Royale is a queer cabaret performance by House of Circus, blending drag and circus arts to celebrate diversity and individuality. The show features a variety of acts, including acrobatics, aerial pole dancing, hand balancing, and sword swallowing. It aims to create a safe and supportive space for both artists and audiences, encouraging self-expression and authenticity. The performance is described as a sensual night full of surprises, guided by Hayden, where everyone is celebrated for who they are and what they want to be.</w:t>
      </w:r>
      <w:r/>
    </w:p>
    <w:p>
      <w:pPr>
        <w:pStyle w:val="ListNumber"/>
        <w:spacing w:line="240" w:lineRule="auto"/>
        <w:ind w:left="720"/>
      </w:pPr>
      <w:r/>
      <w:hyperlink r:id="rId13">
        <w:r>
          <w:rPr>
            <w:color w:val="0000EE"/>
            <w:u w:val="single"/>
          </w:rPr>
          <w:t>https://houseofcircus.com/</w:t>
        </w:r>
      </w:hyperlink>
      <w:r>
        <w:t xml:space="preserve"> - House of Circus is a circus company and drag house based in Amsterdam, creating, producing, and performing shows, acts, and site-specific performances. Their motto is 'Be who you want to be, wear what you want to wear, love who you want to love.' The company offers various shows, including Carnivale Royale, Deep Night Chronicles, Spotlight, Fitness, and Hosting. They are committed to providing a queer safe space within the circus, allowing artists to express themselves uniquely and audiences to feel comfortable doing the same.</w:t>
      </w:r>
      <w:r/>
    </w:p>
    <w:p>
      <w:pPr>
        <w:pStyle w:val="ListNumber"/>
        <w:spacing w:line="240" w:lineRule="auto"/>
        <w:ind w:left="720"/>
      </w:pPr>
      <w:r/>
      <w:hyperlink r:id="rId11">
        <w:r>
          <w:rPr>
            <w:color w:val="0000EE"/>
            <w:u w:val="single"/>
          </w:rPr>
          <w:t>https://szigetfestival.com/en/stages/magic-mirror</w:t>
        </w:r>
      </w:hyperlink>
      <w:r>
        <w:t xml:space="preserve"> - Magic Mirror is a dedicated LGBTQ+ venue at Sziget Festival, serving as a home for the community and its allies for over two decades. The venue offers a space for connection, celebration, and fearless self-expression, featuring drag shows, performances, and artistic showcases daily. Mirror Talks provide conversations on queer identity, activism, and culture, led by inspiring voices from around the world. Magic Mirror is not just a venue but a movement, embodying love, diversity, and pride at the heart of Sziget.</w:t>
      </w:r>
      <w:r/>
    </w:p>
    <w:p>
      <w:pPr>
        <w:pStyle w:val="ListNumber"/>
        <w:spacing w:line="240" w:lineRule="auto"/>
        <w:ind w:left="720"/>
      </w:pPr>
      <w:r/>
      <w:hyperlink r:id="rId14">
        <w:r>
          <w:rPr>
            <w:color w:val="0000EE"/>
            <w:u w:val="single"/>
          </w:rPr>
          <w:t>https://www.thepinknews.com/2026/08/19/sziget-festival-review-lgbtq-queer-hungary-budapest/</w:t>
        </w:r>
      </w:hyperlink>
      <w:r>
        <w:t xml:space="preserve"> - Sziget Festival, known as 'The Island of Freedom,' transforms Budapest's Óbuda Island into a vibrant celebration of music, art, and self-expression. The festival features over 50 stages and more than 1,000 performances, offering a diverse range of experiences for attendees. A highlight is the Magic Mirror venue, a dedicated LGBTQ+ space that has been a staple of Sziget for over 25 years. The venue hosts a variety of performances, workshops, panels, and parties, including drag circus acts, providing a safe and inclusive environment for the queer community.</w:t>
      </w:r>
      <w:r/>
    </w:p>
    <w:p>
      <w:pPr>
        <w:pStyle w:val="ListNumber"/>
        <w:spacing w:line="240" w:lineRule="auto"/>
        <w:ind w:left="720"/>
      </w:pPr>
      <w:r/>
      <w:hyperlink r:id="rId12">
        <w:r>
          <w:rPr>
            <w:color w:val="0000EE"/>
            <w:u w:val="single"/>
          </w:rPr>
          <w:t>https://www.thepinknews.com/2026/06/16/sziget-festival-2026-lgbtq-hungary-magic-mirror/</w:t>
        </w:r>
      </w:hyperlink>
      <w:r>
        <w:t xml:space="preserve"> - Sziget Festival's CEO, Tamás Kádár, emphasizes the festival's commitment to the LGBTQ+ community, stating that inclusion is not a marketing strategy but a core value. The festival, taking place from 11 to 15 August 2026, follows significant political changes in Hungary, including the election of Péter Magyar and the European court ruling against anti-LGBTQ+ laws. Sziget has long been a haven for LGBTQ+ individuals, and this year's event is set to be an even bigger celebration of freedom and diversity.</w:t>
      </w:r>
      <w:r/>
    </w:p>
    <w:p>
      <w:pPr>
        <w:pStyle w:val="ListNumber"/>
        <w:spacing w:line="240" w:lineRule="auto"/>
        <w:ind w:left="720"/>
      </w:pPr>
      <w:r/>
      <w:hyperlink r:id="rId15">
        <w:r>
          <w:rPr>
            <w:color w:val="0000EE"/>
            <w:u w:val="single"/>
          </w:rPr>
          <w:t>https://www.iqmagazine.com/2026/02/szigets-tamas-kadar-on-championing-freedom-of-expression/</w:t>
        </w:r>
      </w:hyperlink>
      <w:r>
        <w:t xml:space="preserve"> - Tamás Kádár, CEO of Sziget Festival, reaffirms the festival's commitment to freedom of expression, stating that neutrality has never been an option. He emphasizes that being open to everyone requires action, consistency, and courage. Sziget has always believed in creating a space for freedom of expression and continues to take a clear stand every day, reflecting its dedication to inclusivity and diversity since its inception in 1993.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1/hungary-budapest-sziget-festival-magic-mirror-house-of-circus/" TargetMode="External"/><Relationship Id="rId10" Type="http://schemas.openxmlformats.org/officeDocument/2006/relationships/hyperlink" Target="https://houseofcircus.com/index.php/shows/carnivale-royale/" TargetMode="External"/><Relationship Id="rId11" Type="http://schemas.openxmlformats.org/officeDocument/2006/relationships/hyperlink" Target="https://szigetfestival.com/en/stages/magic-mirror" TargetMode="External"/><Relationship Id="rId12" Type="http://schemas.openxmlformats.org/officeDocument/2006/relationships/hyperlink" Target="https://www.thepinknews.com/2026/06/16/sziget-festival-2026-lgbtq-hungary-magic-mirror/" TargetMode="External"/><Relationship Id="rId13" Type="http://schemas.openxmlformats.org/officeDocument/2006/relationships/hyperlink" Target="https://houseofcircus.com/" TargetMode="External"/><Relationship Id="rId14" Type="http://schemas.openxmlformats.org/officeDocument/2006/relationships/hyperlink" Target="https://www.thepinknews.com/2026/08/19/sziget-festival-review-lgbtq-queer-hungary-budapest/" TargetMode="External"/><Relationship Id="rId15" Type="http://schemas.openxmlformats.org/officeDocument/2006/relationships/hyperlink" Target="https://www.iqmagazine.com/2026/02/szigets-tamas-kadar-on-championing-freedom-of-expr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