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Sydney Marathon Spectating: Oxford Street’s Pride Party and Runner-Friendly Tips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spectators are turning Oxford Street into an all-day celebration as the TCS Sydney Marathon arrives on 30 August , expect rainbow flags, live music, drag and a marathon-friendly way to spend the morning, lunch and a late cocktail while cheering the runners.</w:t>
      </w:r>
      <w:r/>
    </w:p>
    <w:p>
      <w:r/>
      <w:r>
        <w:t>Essential Takeaways</w:t>
      </w:r>
      <w:r/>
      <w:r/>
    </w:p>
    <w:p>
      <w:pPr>
        <w:pStyle w:val="ListBullet"/>
        <w:spacing w:line="240" w:lineRule="auto"/>
        <w:ind w:left="720"/>
      </w:pPr>
      <w:r/>
      <w:r>
        <w:rPr>
          <w:b/>
        </w:rPr>
        <w:t>Big crowd, big atmosphere:</w:t>
      </w:r>
      <w:r>
        <w:t xml:space="preserve"> More than 35,000 runners will pass through Sydney, with Oxford Street hosting a Pride Party vibe.</w:t>
      </w:r>
      <w:r/>
    </w:p>
    <w:p>
      <w:pPr>
        <w:pStyle w:val="ListBullet"/>
        <w:spacing w:line="240" w:lineRule="auto"/>
        <w:ind w:left="720"/>
      </w:pPr>
      <w:r/>
      <w:r>
        <w:rPr>
          <w:b/>
        </w:rPr>
        <w:t>Two passes, less chasing:</w:t>
      </w:r>
      <w:r>
        <w:t xml:space="preserve"> The course runs along Oxford Street twice, so spectators can settle in and still see runners come and go.</w:t>
      </w:r>
      <w:r/>
    </w:p>
    <w:p>
      <w:pPr>
        <w:pStyle w:val="ListBullet"/>
        <w:spacing w:line="240" w:lineRule="auto"/>
        <w:ind w:left="720"/>
      </w:pPr>
      <w:r/>
      <w:r>
        <w:rPr>
          <w:b/>
        </w:rPr>
        <w:t>Local offers and eats:</w:t>
      </w:r>
      <w:r>
        <w:t xml:space="preserve"> Cafés and bars plan marathon specials, easy breakfasts and lunch spots make spectating comfortable.</w:t>
      </w:r>
      <w:r/>
    </w:p>
    <w:p>
      <w:pPr>
        <w:pStyle w:val="ListBullet"/>
        <w:spacing w:line="240" w:lineRule="auto"/>
        <w:ind w:left="720"/>
      </w:pPr>
      <w:r/>
      <w:r>
        <w:rPr>
          <w:b/>
        </w:rPr>
        <w:t>Community-led celebration:</w:t>
      </w:r>
      <w:r>
        <w:t xml:space="preserve"> The Rainbow Precinct is curating entertainment, drag acts and a welcoming space for everyone.</w:t>
      </w:r>
      <w:r/>
    </w:p>
    <w:p>
      <w:pPr>
        <w:pStyle w:val="ListBullet"/>
        <w:spacing w:line="240" w:lineRule="auto"/>
        <w:ind w:left="720"/>
      </w:pPr>
      <w:r/>
      <w:r>
        <w:rPr>
          <w:b/>
        </w:rPr>
        <w:t>Practical comfort:</w:t>
      </w:r>
      <w:r>
        <w:t xml:space="preserve"> Bring layers, comfy shoes and a loud voice , and expect a lively, colourful crowd.</w:t>
      </w:r>
      <w:r/>
      <w:r/>
    </w:p>
    <w:p>
      <w:pPr>
        <w:pStyle w:val="Heading2"/>
      </w:pPr>
      <w:r>
        <w:t>Why Oxford Street feels like the race’s living room</w:t>
      </w:r>
      <w:r/>
    </w:p>
    <w:p>
      <w:r/>
      <w:r>
        <w:t>Oxford Street has always been one of those places that hums , the pavements have a particular mix of noise, colour and smell that tells you something good is happening. This year it’ll be louder than usual: Taylor Square becomes the official Pride Party, complete with rainbow bunting, live bands and drag performances to encourage runners and entertain spectators. Organisers are leaning into the precinct’s strengths: atmosphere, accessibility and a knack for pulling people together. If you want more than a quick cheer, Oxford Street gives you the feel of a festival where a marathon is the headline act.</w:t>
      </w:r>
      <w:r/>
    </w:p>
    <w:p>
      <w:pPr>
        <w:pStyle w:val="Heading2"/>
      </w:pPr>
      <w:r>
        <w:t>How the route makes spectating friendlier</w:t>
      </w:r>
      <w:r/>
    </w:p>
    <w:p>
      <w:r/>
      <w:r>
        <w:t>One of the course’s clever moves is sending runners past Oxford Street twice, so you don’t have to sprint between vantage points. According to race information from TCS Sydney Marathon, that layout lets friends and family claim a spot, grab coffee, nip into a shop or have lunch while still catching multiple glimpses of their runner. Practically, it means you can enjoy the day as a local might: ease into the morning, then linger. If you’re planning where to stand, pick a corner near Taylor Square for the best mix of music and viewing, and remember to factor in public-transport changes on race morning.</w:t>
      </w:r>
      <w:r/>
    </w:p>
    <w:p>
      <w:pPr>
        <w:pStyle w:val="Heading2"/>
      </w:pPr>
      <w:r>
        <w:t>What local businesses and the Rainbow Precinct are planning</w:t>
      </w:r>
      <w:r/>
    </w:p>
    <w:p>
      <w:r/>
      <w:r>
        <w:t>Local cafés, bars and retailers along the Rainbow Precinct are treating the marathon like a city-wide open house. Expect marathon-themed menus, quick breakfast combos and offers to make a full day of it. Rainbow Precinct organisers say the goal is simple: get people to come for the race and stay for the neighbourhood. That’s a smart approach , it helps small traders and gives visitors a chance to discover the precinct’s longer story, from queer-owned venues to everyday favourites. If you want to support local, look for shops flying the rainbow flag or offering event specials.</w:t>
      </w:r>
      <w:r/>
    </w:p>
    <w:p>
      <w:pPr>
        <w:pStyle w:val="Heading2"/>
      </w:pPr>
      <w:r>
        <w:t>Community context: why this matters right now</w:t>
      </w:r>
      <w:r/>
    </w:p>
    <w:p>
      <w:r/>
      <w:r>
        <w:t>Sydney’s LGBTQIA+ community has had a bruising few months, and public events take on extra meaning when queer spaces feel fragile. The marathon’s presence on Oxford Street is as much a symbolic boost as it is a party. City Hub and Rainbow Precinct spokespeople have framed the day as one of belonging and connection, and that matters: big public moments can reaffirm a neighbourhood’s role as a safe, celebratory space. For many, it will feel like a public hug , loud, glittery and slightly damp with morning drizzle if it rains.</w:t>
      </w:r>
      <w:r/>
    </w:p>
    <w:p>
      <w:pPr>
        <w:pStyle w:val="Heading2"/>
      </w:pPr>
      <w:r>
        <w:t>Top tips for a smooth, joyful spectating day</w:t>
      </w:r>
      <w:r/>
    </w:p>
    <w:p>
      <w:r/>
      <w:r>
        <w:t>Bring layers; mornings in late August can be cool and the sun might come and go. Choose a spot near amenities , cafés, toilets and public transport stops , so you can grab a hot drink without missing your runner. If you’ve got a group, claim a corner early and rotate who watches on the pavement while others get food. Cheer supplies help: a handmade sign, a horn or an enthusiastic shout will lift a runner more than you think. Finally, be mindful of local businesses , buy a snack or a drink; it’s a small act that keeps the party going.</w:t>
      </w:r>
      <w:r/>
    </w:p>
    <w:p>
      <w:r/>
      <w:r>
        <w:t>It's a small change that can make every cheer count and help you enjoy the marathon as much as the runners do.</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11">
        <w:r>
          <w:rPr>
            <w:color w:val="0000EE"/>
            <w:u w:val="single"/>
          </w:rPr>
          <w:t>[3]</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https://www.starobserver.com.au/news/community-news/sneakers-sequins-this-years-sydney-marathon-celebrates-with-an-lgbtqia-twist/243427</w:t>
        </w:r>
      </w:hyperlink>
      <w:r>
        <w:t xml:space="preserve"> - Please view link - unable to able to access data</w:t>
      </w:r>
      <w:r/>
    </w:p>
    <w:p>
      <w:pPr>
        <w:pStyle w:val="ListNumber"/>
        <w:spacing w:line="240" w:lineRule="auto"/>
        <w:ind w:left="720"/>
      </w:pPr>
      <w:r/>
      <w:hyperlink r:id="rId10">
        <w:r>
          <w:rPr>
            <w:color w:val="0000EE"/>
            <w:u w:val="single"/>
          </w:rPr>
          <w:t>https://www.rainbowprecinct.com.au/about</w:t>
        </w:r>
      </w:hyperlink>
      <w:r>
        <w:t xml:space="preserve"> - The Rainbow Precinct, centred around Oxford Street and Taylor Square in Sydney, is renowned as a symbol of acceptance, diversity, and pride for LGBTQIA+ communities worldwide. Historically, it has been a hub for bohemians, artists, and the LGBTQIA+ community, offering a safe and welcoming environment. The area is also home to the annual Sydney Gay and Lesbian Mardi Gras Parade, a significant event celebrating resilience, inclusivity, and joy. Recent developments include a major three-block renovation and the introduction of a new cycleway, revitalising the precinct's energy and appearance.</w:t>
      </w:r>
      <w:r/>
    </w:p>
    <w:p>
      <w:pPr>
        <w:pStyle w:val="ListNumber"/>
        <w:spacing w:line="240" w:lineRule="auto"/>
        <w:ind w:left="720"/>
      </w:pPr>
      <w:r/>
      <w:hyperlink r:id="rId11">
        <w:r>
          <w:rPr>
            <w:color w:val="0000EE"/>
            <w:u w:val="single"/>
          </w:rPr>
          <w:t>https://www.tcssydneymarathon.com/spectators-and-entertainment</w:t>
        </w:r>
      </w:hyperlink>
      <w:r>
        <w:t xml:space="preserve"> - The TCS Sydney Marathon offers a vibrant experience for spectators, especially at the Pride Party located at Taylor Square South, the 15.4km and 36.2km mark of the race. This area transforms into a lively celebration of inclusion and colour, featuring drag performances, DJ sets, grandstands, and raised viewing platforms. Spectators can cheer on runners twice as they pass this hotspot. The Pride Party is easily accessible via Museum Station, Kings Cross, or Central Station, making it a central point for both participants and supporters.</w:t>
      </w:r>
      <w:r/>
    </w:p>
    <w:p>
      <w:pPr>
        <w:pStyle w:val="ListNumber"/>
        <w:spacing w:line="240" w:lineRule="auto"/>
        <w:ind w:left="720"/>
      </w:pPr>
      <w:r/>
      <w:hyperlink r:id="rId14">
        <w:r>
          <w:rPr>
            <w:color w:val="0000EE"/>
            <w:u w:val="single"/>
          </w:rPr>
          <w:t>https://www.sydneyfrontrunners.org/events/361771</w:t>
        </w:r>
      </w:hyperlink>
      <w:r>
        <w:t xml:space="preserve"> - Sydney Frontrunners, a partner running club of the Sydney Marathon, is actively involved in volunteering for the event. They are responsible for marshalling the Pride Area on Oxford Street around Taylor Square (Course Zone 6A). Volunteers play a crucial role in ensuring the success of the marathon by keeping the route clear, assisting runners in difficulty, and providing encouragement. The event is scheduled for Sunday, 30 August 2026, from 6:30 AM to 2:45 PM, with volunteers expected to be present from early morning until the afternoon.</w:t>
      </w:r>
      <w:r/>
    </w:p>
    <w:p>
      <w:pPr>
        <w:pStyle w:val="ListNumber"/>
        <w:spacing w:line="240" w:lineRule="auto"/>
        <w:ind w:left="720"/>
      </w:pPr>
      <w:r/>
      <w:hyperlink r:id="rId12">
        <w:r>
          <w:rPr>
            <w:color w:val="0000EE"/>
            <w:u w:val="single"/>
          </w:rPr>
          <w:t>https://www.cityofsydney.nsw.gov.au/oxford-street-precinct</w:t>
        </w:r>
      </w:hyperlink>
      <w:r>
        <w:t xml:space="preserve"> - Oxford Street is one of Australia's most cherished and historic high streets, serving as a destination for shopping, nightlife, and the LGBTQIA+ community. It hosts the annual Mardi Gras Parade and was the venue for Sydney WorldPride in 2023, showcasing Sydney's commitment to openness and inclusivity. The precinct is also a creative and cultural hub, home to institutions like Qtopia Sydney, the National Art School, and UNSW School of Art &amp; Design. The City of Sydney is dedicated to preserving and promoting Oxford Street's LGBTQIA+ identity through various initiatives and strategies.</w:t>
      </w:r>
      <w:r/>
    </w:p>
    <w:p>
      <w:pPr>
        <w:pStyle w:val="ListNumber"/>
        <w:spacing w:line="240" w:lineRule="auto"/>
        <w:ind w:left="720"/>
      </w:pPr>
      <w:r/>
      <w:hyperlink r:id="rId15">
        <w:r>
          <w:rPr>
            <w:color w:val="0000EE"/>
            <w:u w:val="single"/>
          </w:rPr>
          <w:t>https://www.sydney.com/events/sydney-gay-and-lesbian-mardi-gras?nst=0</w:t>
        </w:r>
      </w:hyperlink>
      <w:r>
        <w:t xml:space="preserve"> - The Sydney Gay and Lesbian Mardi Gras is Australia's largest LGBTQIA+ celebration, bringing a burst of colour and creativity to the city each year. In 2026, the festival runs from 13 February to 1 March, featuring over 120 community events, dance parties, theatre, and music over 17 days. The Mardi Gras Parade, a highlight of the festival, returns to Oxford Street, Flinders Street, and Moore Park Parade on 28 February 2026, centred around the theme 'ECSTATICA'. The parade showcases more than 12,000 marchers and over 200 floats, captivating spectators with a spectacular display of colour, creativity, and pride.</w:t>
      </w:r>
      <w:r/>
    </w:p>
    <w:p>
      <w:pPr>
        <w:pStyle w:val="ListNumber"/>
        <w:spacing w:line="240" w:lineRule="auto"/>
        <w:ind w:left="720"/>
      </w:pPr>
      <w:r/>
      <w:hyperlink r:id="rId13">
        <w:r>
          <w:rPr>
            <w:color w:val="0000EE"/>
            <w:u w:val="single"/>
          </w:rPr>
          <w:t>https://www.rainbowprecinct.com.au/sydney-pride-month</w:t>
        </w:r>
      </w:hyperlink>
      <w:r>
        <w:t xml:space="preserve"> - Sydney Pride Month 2026, themed 'Connected in Colour', celebrates the strength, diversity, and unity of the LGBTQIA+ community. Marking 15 years of Sydney Pride as a month-long festival, it features a vibrant mix of drag, theatre, live music, art, community events, forums, and fundraisers. Most events are centred around Oxford Street and the Rainbow Precinct, with venues like Qtopia Sydney and Eternity Playhouse hosting various activities. The festival aims to highlight the growth and significance of Sydney Pride in promoting culture, visibility, and connection within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community-news/sneakers-sequins-this-years-sydney-marathon-celebrates-with-an-lgbtqia-twist/243427" TargetMode="External"/><Relationship Id="rId10" Type="http://schemas.openxmlformats.org/officeDocument/2006/relationships/hyperlink" Target="https://www.rainbowprecinct.com.au/about" TargetMode="External"/><Relationship Id="rId11" Type="http://schemas.openxmlformats.org/officeDocument/2006/relationships/hyperlink" Target="https://www.tcssydneymarathon.com/spectators-and-entertainment" TargetMode="External"/><Relationship Id="rId12" Type="http://schemas.openxmlformats.org/officeDocument/2006/relationships/hyperlink" Target="https://www.cityofsydney.nsw.gov.au/oxford-street-precinct" TargetMode="External"/><Relationship Id="rId13" Type="http://schemas.openxmlformats.org/officeDocument/2006/relationships/hyperlink" Target="https://www.rainbowprecinct.com.au/sydney-pride-month" TargetMode="External"/><Relationship Id="rId14" Type="http://schemas.openxmlformats.org/officeDocument/2006/relationships/hyperlink" Target="https://www.sydneyfrontrunners.org/events/361771" TargetMode="External"/><Relationship Id="rId15" Type="http://schemas.openxmlformats.org/officeDocument/2006/relationships/hyperlink" Target="https://www.sydney.com/events/sydney-gay-and-lesbian-mardi-gras?nst=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