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Summer Music Festivals in Redmond: FORMOSOUND Brings Taiwan’s True Colors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music-lovers are turning up for FORMOSOUND, a free Taiwanese music festival in Redmond that’s uniting AAPI and LGBTQ+ communities through live performance, food, and craft vendors , a lively, all‑ages celebration where culture, pride, and indie music meet on Aug 29.</w:t>
      </w:r>
      <w:r/>
    </w:p>
    <w:p>
      <w:r/>
      <w:r>
        <w:t>Essential Takeaways</w:t>
      </w:r>
      <w:r/>
      <w:r/>
    </w:p>
    <w:p>
      <w:pPr>
        <w:pStyle w:val="ListBullet"/>
        <w:spacing w:line="240" w:lineRule="auto"/>
        <w:ind w:left="720"/>
      </w:pPr>
      <w:r/>
      <w:r>
        <w:rPr>
          <w:b/>
        </w:rPr>
        <w:t>Free and all-ages:</w:t>
      </w:r>
      <w:r>
        <w:t xml:space="preserve"> FORMOSOUND runs 2–9pm at Redmond Downtown Park, no ticket required.</w:t>
      </w:r>
      <w:r/>
    </w:p>
    <w:p>
      <w:pPr>
        <w:pStyle w:val="ListBullet"/>
        <w:spacing w:line="240" w:lineRule="auto"/>
        <w:ind w:left="720"/>
      </w:pPr>
      <w:r/>
      <w:r>
        <w:rPr>
          <w:b/>
        </w:rPr>
        <w:t>Rich lineup:</w:t>
      </w:r>
      <w:r>
        <w:t xml:space="preserve"> Features Taiwan’s Golden Melody Award winners and nominees, plus drag artist Felicia Oh.</w:t>
      </w:r>
      <w:r/>
    </w:p>
    <w:p>
      <w:pPr>
        <w:pStyle w:val="ListBullet"/>
        <w:spacing w:line="240" w:lineRule="auto"/>
        <w:ind w:left="720"/>
      </w:pPr>
      <w:r/>
      <w:r>
        <w:rPr>
          <w:b/>
        </w:rPr>
        <w:t>Community market:</w:t>
      </w:r>
      <w:r>
        <w:t xml:space="preserve"> More than 50 AAPI vendors and 10 community groups offering food, crafts, and info.</w:t>
      </w:r>
      <w:r/>
    </w:p>
    <w:p>
      <w:pPr>
        <w:pStyle w:val="ListBullet"/>
        <w:spacing w:line="240" w:lineRule="auto"/>
        <w:ind w:left="720"/>
      </w:pPr>
      <w:r/>
      <w:r>
        <w:rPr>
          <w:b/>
        </w:rPr>
        <w:t>Visibility and outreach:</w:t>
      </w:r>
      <w:r>
        <w:t xml:space="preserve"> Event foregrounds LGBTQ+ artists and partners with Eastside Pride PNW.</w:t>
      </w:r>
      <w:r/>
    </w:p>
    <w:p>
      <w:pPr>
        <w:pStyle w:val="ListBullet"/>
        <w:spacing w:line="240" w:lineRule="auto"/>
        <w:ind w:left="720"/>
      </w:pPr>
      <w:r/>
      <w:r>
        <w:rPr>
          <w:b/>
        </w:rPr>
        <w:t>Practical vibe:</w:t>
      </w:r>
      <w:r>
        <w:t xml:space="preserve"> Expect outdoor stages, family-friendly programming, and a Media Preview Day for press.</w:t>
      </w:r>
      <w:r/>
      <w:r/>
    </w:p>
    <w:p>
      <w:pPr>
        <w:pStyle w:val="Heading2"/>
      </w:pPr>
      <w:r>
        <w:t>A bright, colourful debut for Taiwanese music in the Pacific Northwest</w:t>
      </w:r>
      <w:r/>
    </w:p>
    <w:p>
      <w:r/>
      <w:r>
        <w:t>FORMOSOUND’s first in-person Redmond show looks set to feel like a warm street fair crossed with a serious concert bill; you’ll hear pop, indie and Indigenous sounds while the scent of Taiwanese street food drifts past. The festival started online in 2021 and this weekend marks its first live festival in the region, an extension of a project that’s already built an audience for Taiwan’s contemporary music. For locals who love discovering new acts, it’s a rare chance to see Golden Melody Award nominees close to home.</w:t>
      </w:r>
      <w:r/>
    </w:p>
    <w:p>
      <w:pPr>
        <w:pStyle w:val="Heading2"/>
      </w:pPr>
      <w:r>
        <w:t>Lineup highlights give the festival real credibility</w:t>
      </w:r>
      <w:r/>
    </w:p>
    <w:p>
      <w:r/>
      <w:r>
        <w:t>The bill runs continuously from mid‑afternoon to evening and includes established names such as Henry Hsu, KuoTze &amp; For What, Kay Huang &amp; Arthur, Wan Fang, Sangpuy and Enno Cheng. A+ Love Music Festival’s co‑founders will close with a theme piece that reflects the event’s message. According to organisers, the programming intentionally mixes mainstream favourites with artists who represent Taiwan’s Indigenous and queer scenes, so you get variety and substance rather than just background music.</w:t>
      </w:r>
      <w:r/>
    </w:p>
    <w:p>
      <w:pPr>
        <w:pStyle w:val="Heading2"/>
      </w:pPr>
      <w:r>
        <w:t>More than music: vendors, community groups and cultural ties</w:t>
      </w:r>
      <w:r/>
    </w:p>
    <w:p>
      <w:r/>
      <w:r>
        <w:t>FORMOSOUND pairs the main stage with a bustling marketplace of more than 50 vendors , from bubble tea stalls to handmade crafts , and around ten local community organisations. Expect familiar local names alongside grassroots partners such as Indigenous sovereignty advocates and Taiwanese language groups. That market element turns the event into a cultural sampler: bring cash or a card, but also bring your curiosity and an appetite for new flavours.</w:t>
      </w:r>
      <w:r/>
    </w:p>
    <w:p>
      <w:pPr>
        <w:pStyle w:val="Heading2"/>
      </w:pPr>
      <w:r>
        <w:t>Pride and representation are front and centre</w:t>
      </w:r>
      <w:r/>
    </w:p>
    <w:p>
      <w:r/>
      <w:r>
        <w:t>This year’s theme, “I See Your True Colors,” frames the festival as a space for visibility and solidarity. A+ Love, which advocates anti‑discrimination through music in Taiwan, is making its US debut with FORMOSOUND. The programme includes a drag set by New York‑based Taiwanese performer Felicia Oh and an official partnership with Eastside Pride PNW, signalling a clear commitment to LGBTQ+ presence and programming. If representation matters to you, this is both symbolic and practical , the festival offers a safe, celebratory environment.</w:t>
      </w:r>
      <w:r/>
    </w:p>
    <w:p>
      <w:pPr>
        <w:pStyle w:val="Heading2"/>
      </w:pPr>
      <w:r>
        <w:t>How to make the most of the day , tips for attendees</w:t>
      </w:r>
      <w:r/>
    </w:p>
    <w:p>
      <w:r/>
      <w:r>
        <w:t>Arrive early to catch daytime sets and to browse vendors before the evening crowd arrives, and wear comfortable shoes for grass and park paths. Bring water, sunscreen and a lightweight jacket for the evening. Families will find kid‑friendly vibes, while those coming for interviews or photos can RSVP to the Media Preview Day on the Friday before. If you’re coming from farther afield, check transport and parking in Redmond Downtown Park to avoid festival‑day snags.</w:t>
      </w:r>
      <w:r/>
    </w:p>
    <w:p>
      <w:r/>
      <w:r>
        <w:t>It’s a small cultural step with outsized feel: drop by, taste something new and let the music do the talking.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2">
        <w:r>
          <w:rPr>
            <w:color w:val="0000EE"/>
            <w:u w:val="single"/>
          </w:rPr>
          <w:t>[3]</w:t>
        </w:r>
      </w:hyperlink>
      <w:r>
        <w:t xml:space="preserve">- Paragraph 4: </w:t>
      </w:r>
      <w:hyperlink r:id="rId9">
        <w:r>
          <w:rPr>
            <w:color w:val="0000EE"/>
            <w:u w:val="single"/>
          </w:rPr>
          <w:t>[1]</w:t>
        </w:r>
      </w:hyperlink>
      <w:r>
        <w:t xml:space="preserve">, </w:t>
      </w:r>
      <w:hyperlink r:id="rId13">
        <w:r>
          <w:rPr>
            <w:color w:val="0000EE"/>
            <w:u w:val="single"/>
          </w:rPr>
          <w:t>[6]</w:t>
        </w:r>
      </w:hyperlink>
      <w:r>
        <w:t xml:space="preserve">- Paragraph 5: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https://natlawreview.com/press-releases/formosound-debuts-redmond-aug-29-uniting-lgbtq-and-aapi-communities-across</w:t>
        </w:r>
      </w:hyperlink>
      <w:r>
        <w:t xml:space="preserve"> - Please view link - unable to able to access data</w:t>
      </w:r>
      <w:r/>
    </w:p>
    <w:p>
      <w:pPr>
        <w:pStyle w:val="ListNumber"/>
        <w:spacing w:line="240" w:lineRule="auto"/>
        <w:ind w:left="720"/>
      </w:pPr>
      <w:r/>
      <w:hyperlink r:id="rId10">
        <w:r>
          <w:rPr>
            <w:color w:val="0000EE"/>
            <w:u w:val="single"/>
          </w:rPr>
          <w:t>https://formosound.com/</w:t>
        </w:r>
      </w:hyperlink>
      <w:r>
        <w:t xml:space="preserve"> - FORMOSOUND is Seattle's inaugural Taiwanese music festival, scheduled for August 29, 2026, at Redmond Downtown Park. The free event runs from 2:00 PM to 9:00 PM and aims to unite Taiwanese, AAPI, and LGBTQ+ communities through music, food, and art. The festival features a lineup of award-winning Taiwanese artists, including Henry Hsu, KuoTze &amp; For What, Kay Huang &amp; Arthur, Wan Fang, Sangpuy, and Enno Cheng. Additionally, New York-based Taiwanese drag queen Felicia Oh will perform, and Eastside Pride PNW is participating as both a sponsor and vendor. Over 50 AAPI vendors and 10 community organizations are expected to join the event, offering Taiwanese cuisine, handmade arts, and community resources. The event is made possible by Platinum sponsor China Airlines.</w:t>
      </w:r>
      <w:r/>
    </w:p>
    <w:p>
      <w:pPr>
        <w:pStyle w:val="ListNumber"/>
        <w:spacing w:line="240" w:lineRule="auto"/>
        <w:ind w:left="720"/>
      </w:pPr>
      <w:r/>
      <w:hyperlink r:id="rId12">
        <w:r>
          <w:rPr>
            <w:color w:val="0000EE"/>
            <w:u w:val="single"/>
          </w:rPr>
          <w:t>https://happeningnext.com/event/formosound-music-festival-eid1ef0l3a540fa</w:t>
        </w:r>
      </w:hyperlink>
      <w:r>
        <w:t xml:space="preserve"> - The Formosound Music Festival is set to debut in Redmond, Washington, on August 29, 2026, from 2:00 PM to 9:00 PM at Downtown Park. This free, all-ages event marks the first-ever all-Taiwanese music festival in the Pacific Northwest. The festival features a lineup from the A+ Love Music Festival, uniting audiences across Asia and North America under the message that love in all its forms deserves to be seen, heard, and celebrated. The event is expected to draw over 3,000 attendees and will include performances by award-winning Taiwanese artists, as well as local vendors and community organizations.</w:t>
      </w:r>
      <w:r/>
    </w:p>
    <w:p>
      <w:pPr>
        <w:pStyle w:val="ListNumber"/>
        <w:spacing w:line="240" w:lineRule="auto"/>
        <w:ind w:left="720"/>
      </w:pPr>
      <w:r/>
      <w:hyperlink r:id="rId11">
        <w:r>
          <w:rPr>
            <w:color w:val="0000EE"/>
            <w:u w:val="single"/>
          </w:rPr>
          <w:t>https://chineseradioseattle.com/2026/08/20/formosound-music-festival/</w:t>
        </w:r>
      </w:hyperlink>
      <w:r>
        <w:t xml:space="preserve"> - The inaugural FORMOSOUND Taiwanese Music Festival is scheduled for August 29, 2026, at Redmond Downtown Park in Seattle. The free event, running from 2:00 PM to 9:00 PM, aims to unite Taiwanese, AAPI, and LGBTQ+ communities through music, food, and art. The festival features performances by Taiwanese artists such as Wan Fang, Henry Hsu, Sangpuy, and Enno Cheng. Attendees can also enjoy Taiwanese cuisine, handmade arts, and community organization booths. The event is expected to attract over 3,000 participants and is supported by various local organizations and sponsors.</w:t>
      </w:r>
      <w:r/>
    </w:p>
    <w:p>
      <w:pPr>
        <w:pStyle w:val="ListNumber"/>
        <w:spacing w:line="240" w:lineRule="auto"/>
        <w:ind w:left="720"/>
      </w:pPr>
      <w:r/>
      <w:hyperlink r:id="rId14">
        <w:r>
          <w:rPr>
            <w:color w:val="0000EE"/>
            <w:u w:val="single"/>
          </w:rPr>
          <w:t>https://www.idealist.org/en/volunteer-opportunity/65f695e4acdd4f239ac08ce0aeeffed9-formosound-2026-volunteer-recruitment-seed-kite-foundation-redmond</w:t>
        </w:r>
      </w:hyperlink>
      <w:r>
        <w:t xml:space="preserve"> - The Seed Kite Foundation is recruiting volunteers for the FORMOSOUND 2026 Taiwanese Music Festival, taking place on August 29, 2026, at Redmond Downtown Park in Seattle. Volunteers are needed for various teams, including Guest Services, Stage Operations, Vendor Support, and more. The event aims to celebrate Taiwanese culture through music, food, art, and community engagement. Volunteers will assist in ensuring the smooth operation of the festival and contribute to creating an unforgettable experience for attendees. Training and support are provided, and participation is open to individuals of all ages and backgrounds.</w:t>
      </w:r>
      <w:r/>
    </w:p>
    <w:p>
      <w:pPr>
        <w:pStyle w:val="ListNumber"/>
        <w:spacing w:line="240" w:lineRule="auto"/>
        <w:ind w:left="720"/>
      </w:pPr>
      <w:r/>
      <w:hyperlink r:id="rId13">
        <w:r>
          <w:rPr>
            <w:color w:val="0000EE"/>
            <w:u w:val="single"/>
          </w:rPr>
          <w:t>https://formosapride.com/en/2026/</w:t>
        </w:r>
      </w:hyperlink>
      <w:r>
        <w:t xml:space="preserve"> - The NEW ERA X-Formosa 2026 Rainbow Music Festival is scheduled for October 30 to November 1, 2026, in Taipei, Taiwan. This annual event is one of the largest LGBTQ+ music festivals in Asia, featuring three-night parties and a tea dance. The festival includes themed parties such as BLACK ARENA, WHITE EDEN, WOOF, and PINK, each with its own dress code and lineup of international and local DJs. The event aims to celebrate LGBTQ+ culture and promote inclusivity and diversity within the community.</w:t>
      </w:r>
      <w:r/>
    </w:p>
    <w:p>
      <w:pPr>
        <w:pStyle w:val="ListNumber"/>
        <w:spacing w:line="240" w:lineRule="auto"/>
        <w:ind w:left="720"/>
      </w:pPr>
      <w:r/>
      <w:hyperlink r:id="rId15">
        <w:r>
          <w:rPr>
            <w:color w:val="0000EE"/>
            <w:u w:val="single"/>
          </w:rPr>
          <w:t>https://wom.com.tw/taipei/events/14fbe8d6-7332-4a3f-869e-6b7e7a690068?lang=en</w:t>
        </w:r>
      </w:hyperlink>
      <w:r>
        <w:t xml:space="preserve"> - The NEW ERA X-Formosa 2026 Rainbow Music Festival is set to take place from October 30 to November 1, 2026, at the New Taipei City Exhibition Hall in Taipei, Taiwan. The festival is one of the largest LGBTQ+ music events in Asia, featuring three-night parties and a tea dance. The event includes themed parties such as BLACK ARENA, WHITE EDEN, WOOF, and PINK, each with its own dress code and lineup of international and local DJs. The festival aims to celebrate LGBTQ+ culture and promote inclusivity and diversity within the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atlawreview.com/press-releases/formosound-debuts-redmond-aug-29-uniting-lgbtq-and-aapi-communities-across" TargetMode="External"/><Relationship Id="rId10" Type="http://schemas.openxmlformats.org/officeDocument/2006/relationships/hyperlink" Target="https://formosound.com/" TargetMode="External"/><Relationship Id="rId11" Type="http://schemas.openxmlformats.org/officeDocument/2006/relationships/hyperlink" Target="https://chineseradioseattle.com/2026/08/20/formosound-music-festival/" TargetMode="External"/><Relationship Id="rId12" Type="http://schemas.openxmlformats.org/officeDocument/2006/relationships/hyperlink" Target="https://happeningnext.com/event/formosound-music-festival-eid1ef0l3a540fa" TargetMode="External"/><Relationship Id="rId13" Type="http://schemas.openxmlformats.org/officeDocument/2006/relationships/hyperlink" Target="https://formosapride.com/en/2026/" TargetMode="External"/><Relationship Id="rId14" Type="http://schemas.openxmlformats.org/officeDocument/2006/relationships/hyperlink" Target="https://www.idealist.org/en/volunteer-opportunity/65f695e4acdd4f239ac08ce0aeeffed9-formosound-2026-volunteer-recruitment-seed-kite-foundation-redmond" TargetMode="External"/><Relationship Id="rId15" Type="http://schemas.openxmlformats.org/officeDocument/2006/relationships/hyperlink" Target="https://wom.com.tw/taipei/events/14fbe8d6-7332-4a3f-869e-6b7e7a690068?lang=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