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Sapphic Books This Week: Top Clicked Reads and Freebies for August 2026</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clicking through sapphic shelves this Friday , here’s the shortlist of the top three books getting the most attention, plus three freebies, author tidbits and why these queer romances are resonating right now. Read on for quick picks, sensory notes and where to nab deals before they vanish.</w:t>
      </w:r>
      <w:r/>
    </w:p>
    <w:p>
      <w:r/>
      <w:r>
        <w:t>Essential Takeaways</w:t>
      </w:r>
      <w:r/>
      <w:r/>
    </w:p>
    <w:p>
      <w:pPr>
        <w:pStyle w:val="ListBullet"/>
        <w:spacing w:line="240" w:lineRule="auto"/>
        <w:ind w:left="720"/>
      </w:pPr>
      <w:r/>
      <w:r>
        <w:rPr>
          <w:b/>
        </w:rPr>
        <w:t>Top three:</w:t>
      </w:r>
      <w:r>
        <w:t xml:space="preserve"> Three sapphic novels dominated clicks this week, each offering distinct tones , tender slow-burn, spirited rom-com and moody romantasy.</w:t>
      </w:r>
      <w:r/>
    </w:p>
    <w:p>
      <w:pPr>
        <w:pStyle w:val="ListBullet"/>
        <w:spacing w:line="240" w:lineRule="auto"/>
        <w:ind w:left="720"/>
      </w:pPr>
      <w:r/>
      <w:r>
        <w:rPr>
          <w:b/>
        </w:rPr>
        <w:t>Freebies today:</w:t>
      </w:r>
      <w:r>
        <w:t xml:space="preserve"> There are three Friday freebies; at least one is only free on 21 August 2026, so check your store promptly.</w:t>
      </w:r>
      <w:r/>
    </w:p>
    <w:p>
      <w:pPr>
        <w:pStyle w:val="ListBullet"/>
        <w:spacing w:line="240" w:lineRule="auto"/>
        <w:ind w:left="720"/>
      </w:pPr>
      <w:r/>
      <w:r>
        <w:rPr>
          <w:b/>
        </w:rPr>
        <w:t>Author feature:</w:t>
      </w:r>
      <w:r>
        <w:t xml:space="preserve"> Sophie Mutiara Nova is the 5 Random Things author , expect vivid personal details and a morbidly curious Fact #4.</w:t>
      </w:r>
      <w:r/>
    </w:p>
    <w:p>
      <w:pPr>
        <w:pStyle w:val="ListBullet"/>
        <w:spacing w:line="240" w:lineRule="auto"/>
        <w:ind w:left="720"/>
      </w:pPr>
      <w:r/>
      <w:r>
        <w:rPr>
          <w:b/>
        </w:rPr>
        <w:t>Community vibes:</w:t>
      </w:r>
      <w:r>
        <w:t xml:space="preserve"> Readers are favouring emotional realism and queer-centred worlds, from intimate contemporary settings to lush fantastical landscapes.</w:t>
      </w:r>
      <w:r/>
    </w:p>
    <w:p>
      <w:pPr>
        <w:pStyle w:val="ListBullet"/>
        <w:spacing w:line="240" w:lineRule="auto"/>
        <w:ind w:left="720"/>
      </w:pPr>
      <w:r/>
      <w:r>
        <w:rPr>
          <w:b/>
        </w:rPr>
        <w:t>Practical tip:</w:t>
      </w:r>
      <w:r>
        <w:t xml:space="preserve"> Compare international prices and expiry dates before hitting download; some promos are regional or time-limited.</w:t>
      </w:r>
      <w:r/>
      <w:r/>
    </w:p>
    <w:p>
      <w:pPr>
        <w:pStyle w:val="Heading2"/>
      </w:pPr>
      <w:r>
        <w:t>Why these three sapphic books are leading the pack</w:t>
      </w:r>
      <w:r/>
    </w:p>
    <w:p>
      <w:r/>
      <w:r>
        <w:t>Clicks don’t lie: readers are gravitating toward stories that feel both specific and transportive, with sensory writing that makes you ache a little and laugh a lot. The top three for the week include a slow-burn domestic, a laugh-out-loud rom-com and a romantasy with cinematic stakes, so there’s something for whichever mood you’re in. Industry round-ups and lists have been steering shoppers toward mixed-genre sapphic titles all year, and this week’s results mirror that trend.</w:t>
      </w:r>
      <w:r/>
    </w:p>
    <w:p>
      <w:r/>
      <w:r>
        <w:t>Behind the scenes, discovery algorithms and newsletter mentions are still hugely influential , a single recommendation can vault a backlist title into the click charts. If you want to pick for feel rather than hype, look at pacing and setting: pick a slow-burn if you like tactile scenes and simmering tension, choose rom-com for quick, sparkling dialogue, and opt for romantasy if you want big-world sensory detail. Expect more crossover titles to climb as authors blend heat and heart.</w:t>
      </w:r>
      <w:r/>
    </w:p>
    <w:p>
      <w:pPr>
        <w:pStyle w:val="Heading2"/>
      </w:pPr>
      <w:r>
        <w:t>The freebies: snag them before they disappear</w:t>
      </w:r>
      <w:r/>
    </w:p>
    <w:p>
      <w:r/>
      <w:r>
        <w:t>There are three freebies highlighted in today’s post, but note the small print , at least one is only free on 21 August 2026. Free reads are a great way to trial a new author or sample a fresh subgenre without commitment. Be sure to check the marketplace region and price before you download; international pricing can differ and some platforms automatically revert to paid after the promo ends.</w:t>
      </w:r>
      <w:r/>
    </w:p>
    <w:p>
      <w:r/>
      <w:r>
        <w:t>A practical approach: add freebies to your library immediately, even if you don’t plan to read them straight away, so you don’t lose the deal. If you’re curating a summer-to-autumn TBR, prioritise the free titles that diversify your shelf , maybe try a romantasy if you mostly read contemporary, or vice versa. And if you love a free short from an author you haven’t heard of, look up their back catalogue , freebies often act as excellent gateway reads.</w:t>
      </w:r>
      <w:r/>
    </w:p>
    <w:p>
      <w:pPr>
        <w:pStyle w:val="Heading2"/>
      </w:pPr>
      <w:r>
        <w:t>Meet Sophie Mutiara Nova: five random things (and why Fact #4 has readers talking)</w:t>
      </w:r>
      <w:r/>
    </w:p>
    <w:p>
      <w:r/>
      <w:r>
        <w:t>Sophie Mutiara Nova is this week’s 5 Random Things feature , the little personal details are part of what makes author features fun. She shares facts that feel tactile: favourite writing rituals, odd comforts, and one morbidly curious item that’s already generated fan curiosity. Those humanising snippets do more than amuse; they build connection and help readers decide whether an author’s voice will click with their own tastes.</w:t>
      </w:r>
      <w:r/>
    </w:p>
    <w:p>
      <w:r/>
      <w:r>
        <w:t>Author games and micro-features perform well on socials, too. They turn passive readers into engaged fans, which in turn influences which books rise in the charts. If you’re following Sophie or any featured author, consider signing up for their newsletter: it’s often where sale alerts and short freebies first appear.</w:t>
      </w:r>
      <w:r/>
    </w:p>
    <w:p>
      <w:pPr>
        <w:pStyle w:val="Heading2"/>
      </w:pPr>
      <w:r>
        <w:t>Community and industry context: why queer-led stories are flourishing now</w:t>
      </w:r>
      <w:r/>
    </w:p>
    <w:p>
      <w:r/>
      <w:r>
        <w:t>Across lists and features this year, from curated roundups to independent blogs, sapphic fiction has been enjoying broad visibility. Readers are voting with clicks for stories that centre queer experience without sidelining emotional complexity. That’s showing up both in mainstream lists and niche recommendation sites, which have been highlighting fantasy-romance mashups, historically rooted queer narratives, and emotionally frank contemporaries.</w:t>
      </w:r>
      <w:r/>
    </w:p>
    <w:p>
      <w:r/>
      <w:r>
        <w:t>Publishers and indie authors alike are responding, offering more diverse settings and complex leads. For readers, that means greater choice: if you’ve felt boxed into a single subgenre, now’s a good time to experiment. Look for metadata and reviews that mention pacing, heat level and tone , those tags are your best shortcut to a satisfying read.</w:t>
      </w:r>
      <w:r/>
    </w:p>
    <w:p>
      <w:pPr>
        <w:pStyle w:val="Heading2"/>
      </w:pPr>
      <w:r>
        <w:t>How to choose the right sapphic read for you today</w:t>
      </w:r>
      <w:r/>
    </w:p>
    <w:p>
      <w:r/>
      <w:r>
        <w:t>Start with mood and pacing. If you want comfort and slow-burn intimacy, pick a contemporary with close domestic detail; if you crave escapism, aim for romantasy with lush worldbuilding; if you need a pick-me-up, a light rom-com will do the trick. Check sample chapters or free previews to test the voice , your enjoyment often hinges on the narrator’s tone and the dialogue’s chemistry.</w:t>
      </w:r>
      <w:r/>
    </w:p>
    <w:p>
      <w:r/>
      <w:r>
        <w:t>Also, be practical: confirm whether a freebie is time-limited, and compare marketplace prices if you buy internationally. Bookmark authors and sign up for newsletters for direct sale alerts. And finally, be generous with reviews , a short note about pacing or emotional tone helps future readers find what they want.</w:t>
      </w:r>
      <w:r/>
    </w:p>
    <w:p>
      <w:r/>
      <w:r>
        <w:t>It's a small change that can make your next weekend read feel perfectly chosen.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9">
        <w:r>
          <w:rPr>
            <w:color w:val="0000EE"/>
            <w:u w:val="single"/>
          </w:rPr>
          <w:t>[1]</w:t>
        </w:r>
      </w:hyperlink>
      <w:r>
        <w:t xml:space="preserve">, </w:t>
      </w:r>
      <w:hyperlink r:id="rId14">
        <w:r>
          <w:rPr>
            <w:color w:val="0000EE"/>
            <w:u w:val="single"/>
          </w:rPr>
          <w:t>[6]</w:t>
        </w:r>
      </w:hyperlink>
      <w:r>
        <w:t xml:space="preserve">- Paragraph 4: </w:t>
      </w:r>
      <w:hyperlink r:id="rId15">
        <w:r>
          <w:rPr>
            <w:color w:val="0000EE"/>
            <w:u w:val="single"/>
          </w:rPr>
          <w:t>[4]</w:t>
        </w:r>
      </w:hyperlink>
      <w:r>
        <w:t xml:space="preserve">, </w:t>
      </w:r>
      <w:hyperlink r:id="rId10">
        <w:r>
          <w:rPr>
            <w:color w:val="0000EE"/>
            <w:u w:val="single"/>
          </w:rPr>
          <w:t>[2]</w:t>
        </w:r>
      </w:hyperlink>
      <w:r>
        <w:t xml:space="preserve">- Paragraph 5: </w:t>
      </w:r>
      <w:hyperlink r:id="rId13">
        <w:r>
          <w:rPr>
            <w:color w:val="0000EE"/>
            <w:u w:val="single"/>
          </w:rPr>
          <w:t>[5]</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https://iheartsapphfic.com/2026/08/21/august-21-edition-3-friday-freebies-top-sapphic-books-sophie-mutiara-nova-and-more/</w:t>
        </w:r>
      </w:hyperlink>
      <w:r>
        <w:t xml:space="preserve"> - Please view link - unable to able to access data</w:t>
      </w:r>
      <w:r/>
    </w:p>
    <w:p>
      <w:pPr>
        <w:pStyle w:val="ListNumber"/>
        <w:spacing w:line="240" w:lineRule="auto"/>
        <w:ind w:left="720"/>
      </w:pPr>
      <w:r/>
      <w:hyperlink r:id="rId10">
        <w:r>
          <w:rPr>
            <w:color w:val="0000EE"/>
            <w:u w:val="single"/>
          </w:rPr>
          <w:t>https://top5best.com/sapphic-books</w:t>
        </w:r>
      </w:hyperlink>
      <w:r>
        <w:t xml:space="preserve"> - This article presents the top five sapphic books of July 2026, including titles like 'The Girls I've Been' and 'Cinderella Is Dead'. Each book is accompanied by a brief description and a link to purchase on Amazon. The list aims to highlight exceptional sapphic literature available at that time.</w:t>
      </w:r>
      <w:r/>
    </w:p>
    <w:p>
      <w:pPr>
        <w:pStyle w:val="ListNumber"/>
        <w:spacing w:line="240" w:lineRule="auto"/>
        <w:ind w:left="720"/>
      </w:pPr>
      <w:r/>
      <w:hyperlink r:id="rId12">
        <w:r>
          <w:rPr>
            <w:color w:val="0000EE"/>
            <w:u w:val="single"/>
          </w:rPr>
          <w:t>https://fractalenigma.com/best-sapphic-romance-books-ff-actual-heat-2026/</w:t>
        </w:r>
      </w:hyperlink>
      <w:r>
        <w:t xml:space="preserve"> - This piece discusses the burgeoning popularity of sapphic romance novels in 2026, highlighting a diverse range of subgenres and tropes. It emphasizes the increasing variety and depth in sapphic romance, catering to a wide array of reader preferences. The article also provides recommendations for readers seeking fresh and engaging sapphic romance titles.</w:t>
      </w:r>
      <w:r/>
    </w:p>
    <w:p>
      <w:pPr>
        <w:pStyle w:val="ListNumber"/>
        <w:spacing w:line="240" w:lineRule="auto"/>
        <w:ind w:left="720"/>
      </w:pPr>
      <w:r/>
      <w:hyperlink r:id="rId15">
        <w:r>
          <w:rPr>
            <w:color w:val="0000EE"/>
            <w:u w:val="single"/>
          </w:rPr>
          <w:t>https://themasterscene.com/the-best-lesbian-fiction-books-of-2026/</w:t>
        </w:r>
      </w:hyperlink>
      <w:r>
        <w:t xml:space="preserve"> - This article showcases standout lesbian and sapphic fiction books released in 2026, spanning genres from Regency romance to gothic horror. It offers a curated selection of titles that exemplify the diversity and richness of lesbian literature in that year, providing readers with a comprehensive guide to notable releases.</w:t>
      </w:r>
      <w:r/>
    </w:p>
    <w:p>
      <w:pPr>
        <w:pStyle w:val="ListNumber"/>
        <w:spacing w:line="240" w:lineRule="auto"/>
        <w:ind w:left="720"/>
      </w:pPr>
      <w:r/>
      <w:hyperlink r:id="rId13">
        <w:r>
          <w:rPr>
            <w:color w:val="0000EE"/>
            <w:u w:val="single"/>
          </w:rPr>
          <w:t>https://lesbianromancereads.com/2026/08/14/sapphic-romantasy-books/</w:t>
        </w:r>
      </w:hyperlink>
      <w:r>
        <w:t xml:space="preserve"> - This article explores the rise of sapphic romantasy, a blend of romance and fantasy, in 2026. It highlights ten books that define this genre, featuring elements like magic, dragons, and complex female protagonists. The piece aims to introduce readers to the expanding landscape of sapphic fantasy romance.</w:t>
      </w:r>
      <w:r/>
    </w:p>
    <w:p>
      <w:pPr>
        <w:pStyle w:val="ListNumber"/>
        <w:spacing w:line="240" w:lineRule="auto"/>
        <w:ind w:left="720"/>
      </w:pPr>
      <w:r/>
      <w:hyperlink r:id="rId14">
        <w:r>
          <w:rPr>
            <w:color w:val="0000EE"/>
            <w:u w:val="single"/>
          </w:rPr>
          <w:t>https://chaoticsapphics.com/12-best-lesbian-books-to-read-in-2026-fantasy-romance-and-historical-fiction</w:t>
        </w:r>
      </w:hyperlink>
      <w:r>
        <w:t xml:space="preserve"> - This list presents twelve of the best lesbian books to read in 2026, covering genres such as fantasy, romance, and historical fiction. Each book is accompanied by a brief description, providing readers with a diverse selection of titles to explore in the sapphic literary landscape.</w:t>
      </w:r>
      <w:r/>
    </w:p>
    <w:p>
      <w:pPr>
        <w:pStyle w:val="ListNumber"/>
        <w:spacing w:line="240" w:lineRule="auto"/>
        <w:ind w:left="720"/>
      </w:pPr>
      <w:r/>
      <w:hyperlink r:id="rId11">
        <w:r>
          <w:rPr>
            <w:color w:val="0000EE"/>
            <w:u w:val="single"/>
          </w:rPr>
          <w:t>https://gomag.com/article/nine-sapphic-reads-for-the-first-half-of-2026/</w:t>
        </w:r>
      </w:hyperlink>
      <w:r>
        <w:t xml:space="preserve"> - This article recommends nine sapphic novels for the first half of 2026, spanning various genres from sports romance to speculative thrillers. Each recommendation includes a brief synopsis, offering readers a curated selection of diverse and engaging sapphic reads to enjoy.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iheartsapphfic.com/2026/08/21/august-21-edition-3-friday-freebies-top-sapphic-books-sophie-mutiara-nova-and-more/" TargetMode="External"/><Relationship Id="rId10" Type="http://schemas.openxmlformats.org/officeDocument/2006/relationships/hyperlink" Target="https://top5best.com/sapphic-books" TargetMode="External"/><Relationship Id="rId11" Type="http://schemas.openxmlformats.org/officeDocument/2006/relationships/hyperlink" Target="https://gomag.com/article/nine-sapphic-reads-for-the-first-half-of-2026/" TargetMode="External"/><Relationship Id="rId12" Type="http://schemas.openxmlformats.org/officeDocument/2006/relationships/hyperlink" Target="https://fractalenigma.com/best-sapphic-romance-books-ff-actual-heat-2026/" TargetMode="External"/><Relationship Id="rId13" Type="http://schemas.openxmlformats.org/officeDocument/2006/relationships/hyperlink" Target="https://lesbianromancereads.com/2026/08/14/sapphic-romantasy-books/" TargetMode="External"/><Relationship Id="rId14" Type="http://schemas.openxmlformats.org/officeDocument/2006/relationships/hyperlink" Target="https://chaoticsapphics.com/12-best-lesbian-books-to-read-in-2026-fantasy-romance-and-historical-fiction" TargetMode="External"/><Relationship Id="rId15" Type="http://schemas.openxmlformats.org/officeDocument/2006/relationships/hyperlink" Target="https://themasterscene.com/the-best-lesbian-fiction-books-of-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