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RU5H Gay Cruise Guide: What to Expect on a Sex-Progressive Men's Voyage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new experiences are booking differently: RU5H, a sex‑progressive, men‑only gay cruise launching from Florida, aims to blend festival energy with queer nightlife and kink-friendly programming , here's what it is, who it's for, and practical tips for anyone thinking of sailing.</w:t>
      </w:r>
      <w:r/>
    </w:p>
    <w:p>
      <w:r/>
      <w:r>
        <w:t>Essential takeaways</w:t>
      </w:r>
      <w:r/>
      <w:r/>
    </w:p>
    <w:p>
      <w:pPr>
        <w:pStyle w:val="ListBullet"/>
        <w:spacing w:line="240" w:lineRule="auto"/>
        <w:ind w:left="720"/>
      </w:pPr>
      <w:r/>
      <w:r>
        <w:rPr>
          <w:b/>
        </w:rPr>
        <w:t>Who it's for:</w:t>
      </w:r>
      <w:r>
        <w:t xml:space="preserve"> RU5H targets men and male‑identifying LGBTQ+ travellers seeking a sex‑positive, festival‑style cruise with nightlife and fetish programming. </w:t>
      </w:r>
      <w:r/>
    </w:p>
    <w:p>
      <w:pPr>
        <w:pStyle w:val="ListBullet"/>
        <w:spacing w:line="240" w:lineRule="auto"/>
        <w:ind w:left="720"/>
      </w:pPr>
      <w:r/>
      <w:r>
        <w:rPr>
          <w:b/>
        </w:rPr>
        <w:t>Trip basics:</w:t>
      </w:r>
      <w:r>
        <w:t xml:space="preserve"> Three nights from Palm Beach aboard Margaritaville at Sea’s Paradise ship, with a Nassau stop; fares start around £292. </w:t>
      </w:r>
      <w:r/>
    </w:p>
    <w:p>
      <w:pPr>
        <w:pStyle w:val="ListBullet"/>
        <w:spacing w:line="240" w:lineRule="auto"/>
        <w:ind w:left="720"/>
      </w:pPr>
      <w:r/>
      <w:r>
        <w:rPr>
          <w:b/>
        </w:rPr>
        <w:t>Onboard vibe:</w:t>
      </w:r>
      <w:r>
        <w:t xml:space="preserve"> Eight headline parties, DJs from major queer scenes, clothing‑optional decks and curated immersive zones , expect loud music, playful costumes and themed spaces. </w:t>
      </w:r>
      <w:r/>
    </w:p>
    <w:p>
      <w:pPr>
        <w:pStyle w:val="ListBullet"/>
        <w:spacing w:line="240" w:lineRule="auto"/>
        <w:ind w:left="720"/>
      </w:pPr>
      <w:r/>
      <w:r>
        <w:rPr>
          <w:b/>
        </w:rPr>
        <w:t>Rules and safety:</w:t>
      </w:r>
      <w:r>
        <w:t xml:space="preserve"> Emphasis on consent, respect and no‑photo zones; programming includes workshops on fetish and sexual wellbeing. </w:t>
      </w:r>
      <w:r/>
    </w:p>
    <w:p>
      <w:pPr>
        <w:pStyle w:val="ListBullet"/>
        <w:spacing w:line="240" w:lineRule="auto"/>
        <w:ind w:left="720"/>
      </w:pPr>
      <w:r/>
      <w:r>
        <w:rPr>
          <w:b/>
        </w:rPr>
        <w:t>Practical tip:</w:t>
      </w:r>
      <w:r>
        <w:t xml:space="preserve"> Book a cabin with easy access to public areas if you plan to move between parties and chill zones; pack light layers for outdoor, clothing‑optional decks.</w:t>
      </w:r>
      <w:r/>
      <w:r/>
    </w:p>
    <w:p>
      <w:pPr>
        <w:pStyle w:val="Heading2"/>
      </w:pPr>
      <w:r>
        <w:t>Why RU5H says it's different from a regular gay cruise</w:t>
      </w:r>
      <w:r/>
    </w:p>
    <w:p>
      <w:r/>
      <w:r>
        <w:t>RU5H isn't trying to be a traditional sightseeing or community cruise with a few late‑night events tacked on. According to organisers, the entire weekend is designed like a queer festival, where the ship itself becomes the destination. That means louder nightlife, more immersive role‑play spaces and explicit programming around desire and pleasure, so you'll notice a distinct shift from the more family‑style or sightseeing cruise atmospheres.</w:t>
      </w:r>
      <w:r/>
    </w:p>
    <w:p>
      <w:r/>
      <w:r>
        <w:t>The branding is deliberately sex‑progressive, built on five pillars that nod to kink and connection. Organisers describe the event as intentionally curated for people curious about fetish, intimacy and self‑expression but within an environment framed by consent. If that sounds exciting, it’s likely a good fit; if you'd prefer a low‑key sea escape, this may not be the weekend for you.</w:t>
      </w:r>
      <w:r/>
    </w:p>
    <w:p>
      <w:pPr>
        <w:pStyle w:val="Heading2"/>
      </w:pPr>
      <w:r>
        <w:t>What happens on deck: parties, DJs and themed zones</w:t>
      </w:r>
      <w:r/>
    </w:p>
    <w:p>
      <w:r/>
      <w:r>
        <w:t>Expect a roster of parties and DJs representing queer scenes from New York, London, Berlin and other nightlife hubs. There are eight headline parties across the short sailing, plus social lounges, creative areas and immersive role‑play experiences dotted around the ship. Clothing‑optional upper decks while at sea add an extra layer of freedom for those who want it, and designated relax-and-recharge zones offer a quieter counterpoint.</w:t>
      </w:r>
      <w:r/>
    </w:p>
    <w:p>
      <w:r/>
      <w:r>
        <w:t>For many guests, the sensory mix , bass‑heavy music, neon lights, tactile workshops , is the draw. If you’re curious but nervous, look for daytime workshops and creator sessions that ease you into the weekend before the high‑energy nights. And remember, pack earplugs if you’re a light sleeper: festival sounds and late parties are part of the package.</w:t>
      </w:r>
      <w:r/>
    </w:p>
    <w:p>
      <w:pPr>
        <w:pStyle w:val="Heading2"/>
      </w:pPr>
      <w:r>
        <w:t>Safety, consent and the practical ground rules</w:t>
      </w:r>
      <w:r/>
    </w:p>
    <w:p>
      <w:r/>
      <w:r>
        <w:t>Organisers are clear that respect and consent are front and centre. There will be no‑photo zones and a code of conduct that asks guests to respect boundaries. Programming includes fetish‑orientated sex workshops, which are usually led by professionals and framed as educational spaces , great if you want to learn etiquette, safety and technique in a guided way.</w:t>
      </w:r>
      <w:r/>
    </w:p>
    <w:p>
      <w:r/>
      <w:r>
        <w:t>If you’re attending, check the event’s guidance on safe play, and bring your own supplies where recommended. It’s sensible to set personal boundaries before boarding, carry a small ID and emergency contact info, and plan meet‑ups with friends so you’re never wandering alone late at night.</w:t>
      </w:r>
      <w:r/>
    </w:p>
    <w:p>
      <w:pPr>
        <w:pStyle w:val="Heading2"/>
      </w:pPr>
      <w:r>
        <w:t>Who should think twice , and who will love it</w:t>
      </w:r>
      <w:r/>
    </w:p>
    <w:p>
      <w:r/>
      <w:r>
        <w:t>RU5H is aimed squarely at adults who are comfortable with explicit themes and enthusiastic queer nightlife. If you’re looking for community travel, culture or family‑friendly cruising, there are plenty of other LGBTQ+ cruises that focus on sightseeing and relaxed socialising. But if you want a concentrated weekend of queer nightlife, kink exploration and festival energy, this is precisely the niche event that fills that appetite.</w:t>
      </w:r>
      <w:r/>
    </w:p>
    <w:p>
      <w:r/>
      <w:r>
        <w:t>For first‑timers, consider a middle‑deck cabin for quick access to public spaces, and clarify refund or cancellation policies before you book in case plans change. Also, be mindful of regional travel rules for the Bahamas stop, including any passport or health requirements.</w:t>
      </w:r>
      <w:r/>
    </w:p>
    <w:p>
      <w:pPr>
        <w:pStyle w:val="Heading2"/>
      </w:pPr>
      <w:r>
        <w:t>What this says about the wider market and trends</w:t>
      </w:r>
      <w:r/>
    </w:p>
    <w:p>
      <w:r/>
      <w:r>
        <w:t>The rise of RU5H reflects a broader shift in LGBTQ+ travel: operators are creating hyper‑targeted experiences rather than one‑size‑fits‑all cruises. There's appetite for curated, adult‑orientated getaways that double as nightlife festivals and safe spaces for sexual expression. Travel brands are responding by offering themed charters and pop‑up events that bring together DJs, creators and educators.</w:t>
      </w:r>
      <w:r/>
    </w:p>
    <w:p>
      <w:r/>
      <w:r>
        <w:t>That trend means more choice for travellers, but also a need for clearer product descriptions so people book the right vibe. Expect more niche sailings in the coming seasons as cruise operators and queer promoters test what works at sea.</w:t>
      </w:r>
      <w:r/>
    </w:p>
    <w:p>
      <w:r/>
      <w:r>
        <w:t>It's a small change that can make every voyage feel more like a celebration of queer joy.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1">
        <w:r>
          <w:rPr>
            <w:color w:val="0000EE"/>
            <w:u w:val="single"/>
          </w:rPr>
          <w:t>[4]</w:t>
        </w:r>
      </w:hyperlink>
      <w:r>
        <w:t xml:space="preserve">, </w:t>
      </w:r>
      <w:hyperlink r:id="rId12">
        <w:r>
          <w:rPr>
            <w:color w:val="0000EE"/>
            <w:u w:val="single"/>
          </w:rPr>
          <w:t>[5]</w:t>
        </w:r>
      </w:hyperlink>
      <w:r>
        <w:t xml:space="preserve">- Paragraph 5: </w:t>
      </w:r>
      <w:hyperlink r:id="rId13">
        <w:r>
          <w:rPr>
            <w:color w:val="0000EE"/>
            <w:u w:val="single"/>
          </w:rPr>
          <w:t>[3]</w:t>
        </w:r>
      </w:hyperlink>
      <w:r>
        <w:t xml:space="preserve">, </w:t>
      </w:r>
      <w:hyperlink r:id="rId14">
        <w:r>
          <w:rPr>
            <w:color w:val="0000EE"/>
            <w:u w:val="single"/>
          </w:rPr>
          <w:t>[6]</w:t>
        </w:r>
      </w:hyperlink>
      <w:r>
        <w:t xml:space="preserve">- Paragraph 6: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https://www.independent.co.uk/travel/cruise/ru5h-gay-cruise-launch-lgbtq-b3036106.html</w:t>
        </w:r>
      </w:hyperlink>
      <w:r>
        <w:t xml:space="preserve"> - Please view link - unable to able to access data</w:t>
      </w:r>
      <w:r/>
    </w:p>
    <w:p>
      <w:pPr>
        <w:pStyle w:val="ListNumber"/>
        <w:spacing w:line="240" w:lineRule="auto"/>
        <w:ind w:left="720"/>
      </w:pPr>
      <w:r/>
      <w:hyperlink r:id="rId10">
        <w:r>
          <w:rPr>
            <w:color w:val="0000EE"/>
            <w:u w:val="single"/>
          </w:rPr>
          <w:t>https://www.out.com/events/ru5h-gay-fetish-cruise</w:t>
        </w:r>
      </w:hyperlink>
      <w:r>
        <w:t xml:space="preserve"> - Out.com reports on RU5H, a new 'all-gay, all-male' travel and lifestyle brand offering kink-minded cruises, events, and getaways. The brand made its first public appearance at the Folsom Street Fair, featuring a notable activation with men in pup masks engaging in activities in slings, accompanied by a penis-and-scrotum disco ball. This event highlighted RU5H's focus on unapologetically sex-progressive vacations for men seeking more than a traditional getaway.</w:t>
      </w:r>
      <w:r/>
    </w:p>
    <w:p>
      <w:pPr>
        <w:pStyle w:val="ListNumber"/>
        <w:spacing w:line="240" w:lineRule="auto"/>
        <w:ind w:left="720"/>
      </w:pPr>
      <w:r/>
      <w:hyperlink r:id="rId13">
        <w:r>
          <w:rPr>
            <w:color w:val="0000EE"/>
            <w:u w:val="single"/>
          </w:rPr>
          <w:t>https://www.gaycities.com/articles/101718/theres-a-new-men-only-positive-gay-cruise-on-its-way/</w:t>
        </w:r>
      </w:hyperlink>
      <w:r>
        <w:t xml:space="preserve"> - GayCities discusses the launch of RU5H, a new men-only, sex-positive gay cruise. The brand aims to deliver unapologetically sex-progressive vacations through 3- and 4-night full-ship cruises, resort takeovers, and pop-up fetish events. RU5H promises to set a new standard for queer adventure, combining underground energy, uninhibited freedom, and hospitality. The inaugural cruise is scheduled for mid-December, with early sign-ups available on the brand's website.</w:t>
      </w:r>
      <w:r/>
    </w:p>
    <w:p>
      <w:pPr>
        <w:pStyle w:val="ListNumber"/>
        <w:spacing w:line="240" w:lineRule="auto"/>
        <w:ind w:left="720"/>
      </w:pPr>
      <w:r/>
      <w:hyperlink r:id="rId11">
        <w:r>
          <w:rPr>
            <w:color w:val="0000EE"/>
            <w:u w:val="single"/>
          </w:rPr>
          <w:t>https://travel.yahoo.com/cruises/articles/everything-know-ru5h-sex-progressive-184657133.html</w:t>
        </w:r>
      </w:hyperlink>
      <w:r>
        <w:t xml:space="preserve"> - Yahoo Travel provides comprehensive details about RU5H, the 'sex-progressive' gay cruise setting sail in October 2026. The cruise offers a 4-day, 3-night adventure to the Bahamas, featuring parties, excursions, music sets, pools, and dining options. The ship, Paradise, is described as a recently reimagined vessel serving as the perfect setting for an unforgettable trip across the Caribbean. The article includes an interview with Patrick Gunn, Co-Founder &amp; CMO of RU5H, discussing the cruise's offerings and pricing.</w:t>
      </w:r>
      <w:r/>
    </w:p>
    <w:p>
      <w:pPr>
        <w:pStyle w:val="ListNumber"/>
        <w:spacing w:line="240" w:lineRule="auto"/>
        <w:ind w:left="720"/>
      </w:pPr>
      <w:r/>
      <w:hyperlink r:id="rId12">
        <w:r>
          <w:rPr>
            <w:color w:val="0000EE"/>
            <w:u w:val="single"/>
          </w:rPr>
          <w:t>https://www.out.com/travel-nightlife/ru5h-cruise-gay</w:t>
        </w:r>
      </w:hyperlink>
      <w:r>
        <w:t xml:space="preserve"> - Out.com provides insights into RU5H, the 'sex-progressive' gay cruise setting sail in October 2026. The cruise offers nonstop parties, world-renowned DJs, and the hottest gay adult entertainers. The ship, Paradise, is described as a recently reimagined vessel serving as the perfect setting for an unforgettable trip across the Caribbean. The article includes an interview with Patrick Gunn, Co-Founder &amp; CMO of RU5H, discussing the cruise's offerings and pricing.</w:t>
      </w:r>
      <w:r/>
    </w:p>
    <w:p>
      <w:pPr>
        <w:pStyle w:val="ListNumber"/>
        <w:spacing w:line="240" w:lineRule="auto"/>
        <w:ind w:left="720"/>
      </w:pPr>
      <w:r/>
      <w:hyperlink r:id="rId14">
        <w:r>
          <w:rPr>
            <w:color w:val="0000EE"/>
            <w:u w:val="single"/>
          </w:rPr>
          <w:t>https://hotspotsmagazine.com/2025/10/23/ru5h-announces-a-new-men-only-sex-positive-gay-cruise-on-its-way/</w:t>
        </w:r>
      </w:hyperlink>
      <w:r>
        <w:t xml:space="preserve"> - Hotspots Magazine announces the debut of RU5H, a new men-only, sex-positive gay cruise. The brand made its debut at San Francisco’s Folsom Street Fair, promising unapologetically sex-progressive vacations for men seeking more than a traditional getaway. The company offers 3- and 4-night cruises and fetish events celebrating '5EX, 5timulation, 5eduction, 5ubmission, and 5atisfaction.' Trans-identifying gay, bi, and pan men are welcome, with early sign-ups available on the brand’s website.</w:t>
      </w:r>
      <w:r/>
    </w:p>
    <w:p>
      <w:pPr>
        <w:pStyle w:val="ListNumber"/>
        <w:spacing w:line="240" w:lineRule="auto"/>
        <w:ind w:left="720"/>
      </w:pPr>
      <w:r/>
      <w:hyperlink r:id="rId15">
        <w:r>
          <w:rPr>
            <w:color w:val="0000EE"/>
            <w:u w:val="single"/>
          </w:rPr>
          <w:t>https://www.thepinknews.com/2025/10/09/sex-cruise-gay-travel-lgbtq-fetish-kink-vacation/</w:t>
        </w:r>
      </w:hyperlink>
      <w:r>
        <w:t xml:space="preserve"> - The Pink News reports on RU5H, a new all-gay, sex-progressive, trans-inclusive fetish cruise. The brand made its first public appearance at the annual Folsom Street Fair in September, unveiling a cruise that promises to make kinky dreams come true. The cruise is designed for gay, bi, and pan men and male-identifying adventurers ready to explore their desires on their own terms.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co.uk/travel/cruise/ru5h-gay-cruise-launch-lgbtq-b3036106.html" TargetMode="External"/><Relationship Id="rId10" Type="http://schemas.openxmlformats.org/officeDocument/2006/relationships/hyperlink" Target="https://www.out.com/events/ru5h-gay-fetish-cruise" TargetMode="External"/><Relationship Id="rId11" Type="http://schemas.openxmlformats.org/officeDocument/2006/relationships/hyperlink" Target="https://travel.yahoo.com/cruises/articles/everything-know-ru5h-sex-progressive-184657133.html" TargetMode="External"/><Relationship Id="rId12" Type="http://schemas.openxmlformats.org/officeDocument/2006/relationships/hyperlink" Target="https://www.out.com/travel-nightlife/ru5h-cruise-gay" TargetMode="External"/><Relationship Id="rId13" Type="http://schemas.openxmlformats.org/officeDocument/2006/relationships/hyperlink" Target="https://www.gaycities.com/articles/101718/theres-a-new-men-only-positive-gay-cruise-on-its-way/" TargetMode="External"/><Relationship Id="rId14" Type="http://schemas.openxmlformats.org/officeDocument/2006/relationships/hyperlink" Target="https://hotspotsmagazine.com/2025/10/23/ru5h-announces-a-new-men-only-sex-positive-gay-cruise-on-its-way/" TargetMode="External"/><Relationship Id="rId15" Type="http://schemas.openxmlformats.org/officeDocument/2006/relationships/hyperlink" Target="https://www.thepinknews.com/2025/10/09/sex-cruise-gay-travel-lgbtq-fetish-kink-va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