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Roles That Shaped Michael Johnston’s Journey From Closet to Confidence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leaning into stories of personal growth on screen: Michael Johnston’s rise from a terrified 19‑year‑old playing a gay teen to an openly gay actor starring in the hit thriller Obsession matters because it shows how casting can change lives, influence fans, and reshape careers.</w:t>
      </w:r>
      <w:r/>
    </w:p>
    <w:p>
      <w:r/>
      <w:r>
        <w:t>Essential Takeaways</w:t>
      </w:r>
      <w:r/>
      <w:r/>
    </w:p>
    <w:p>
      <w:pPr>
        <w:pStyle w:val="ListBullet"/>
        <w:spacing w:line="240" w:lineRule="auto"/>
        <w:ind w:left="720"/>
      </w:pPr>
      <w:r/>
      <w:r>
        <w:rPr>
          <w:b/>
        </w:rPr>
        <w:t>Early breakthrough:</w:t>
      </w:r>
      <w:r>
        <w:t xml:space="preserve"> Johnston landed the role of Corey on Teen Wolf at 19, while still privately struggling with his sexuality.</w:t>
      </w:r>
      <w:r/>
    </w:p>
    <w:p>
      <w:pPr>
        <w:pStyle w:val="ListBullet"/>
        <w:spacing w:line="240" w:lineRule="auto"/>
        <w:ind w:left="720"/>
      </w:pPr>
      <w:r/>
      <w:r>
        <w:rPr>
          <w:b/>
        </w:rPr>
        <w:t>Fan impact:</w:t>
      </w:r>
      <w:r>
        <w:t xml:space="preserve"> He received thousands of messages from queer viewers who said Corey helped them accept themselves or come out.</w:t>
      </w:r>
      <w:r/>
    </w:p>
    <w:p>
      <w:pPr>
        <w:pStyle w:val="ListBullet"/>
        <w:spacing w:line="240" w:lineRule="auto"/>
        <w:ind w:left="720"/>
      </w:pPr>
      <w:r/>
      <w:r>
        <w:rPr>
          <w:b/>
        </w:rPr>
        <w:t>Career pivot:</w:t>
      </w:r>
      <w:r>
        <w:t xml:space="preserve"> Johnston now stars in the hit film Obsession as Bear, a straight character, while publicly embracing his identity.</w:t>
      </w:r>
      <w:r/>
    </w:p>
    <w:p>
      <w:pPr>
        <w:pStyle w:val="ListBullet"/>
        <w:spacing w:line="240" w:lineRule="auto"/>
        <w:ind w:left="720"/>
      </w:pPr>
      <w:r/>
      <w:r>
        <w:rPr>
          <w:b/>
        </w:rPr>
        <w:t>Box‑office &amp; buzz:</w:t>
      </w:r>
      <w:r>
        <w:t xml:space="preserve"> Obsession has become a surprise success, drawing critical attention and strong box‑office returns.</w:t>
      </w:r>
      <w:r/>
    </w:p>
    <w:p>
      <w:pPr>
        <w:pStyle w:val="ListBullet"/>
        <w:spacing w:line="240" w:lineRule="auto"/>
        <w:ind w:left="720"/>
      </w:pPr>
      <w:r/>
      <w:r>
        <w:rPr>
          <w:b/>
        </w:rPr>
        <w:t>Looking forward:</w:t>
      </w:r>
      <w:r>
        <w:t xml:space="preserve"> Johnston wants more nuanced queer roles where sexuality is one part of a fully realised character.</w:t>
      </w:r>
      <w:r/>
      <w:r/>
    </w:p>
    <w:p>
      <w:pPr>
        <w:pStyle w:val="Heading2"/>
      </w:pPr>
      <w:r>
        <w:t>How a Teen Wolf role felt terrifying , and why that mattered</w:t>
      </w:r>
      <w:r/>
    </w:p>
    <w:p>
      <w:r/>
      <w:r>
        <w:t>At 19, newly arrived in Los Angeles, Johnston found himself cast as Corey, an openly gay high‑school student on MTV’s Teen Wolf, and he’s called the experience “terrifying.” Growing up in the South, he was in denial about his sexuality, so playing a character so visible and honest pushed him into uncomfortable territory. According to interviews in outlets such as Cosmopolitan and later coverage, that tension didn’t come from the show , Johnston was already beginning to confront feelings he’d long avoided. For many actors, stumbling into a part that mirrors private truth can be disorienting; for Johnston it was also formative.</w:t>
      </w:r>
      <w:r/>
    </w:p>
    <w:p>
      <w:pPr>
        <w:pStyle w:val="Heading2"/>
      </w:pPr>
      <w:r>
        <w:t>When a fictional character becomes a lifeline for viewers</w:t>
      </w:r>
      <w:r/>
    </w:p>
    <w:p>
      <w:r/>
      <w:r>
        <w:t>What surprised Johnston most was the flood of messages from fans who said Corey helped them feel less alone. Viewers told him the character helped them come out to parents or accept themselves, turning a frightening job into something deeply meaningful. That kind of response highlights how representation on mainstream TV can ripple into real lives, changing personal trajectories quietly but powerfully. If you’re casting or watching, remember: small, honest portrayals often matter far beyond screen time.</w:t>
      </w:r>
      <w:r/>
    </w:p>
    <w:p>
      <w:pPr>
        <w:pStyle w:val="Heading2"/>
      </w:pPr>
      <w:r>
        <w:t>Obsession: a career reset and unexpected box‑office darling</w:t>
      </w:r>
      <w:r/>
    </w:p>
    <w:p>
      <w:r/>
      <w:r>
        <w:t>A decade on, Johnston stars as Bear in Obsession, a psychological thriller that’s grabbed critics’ attention and audiences’ wallets. Reviews have praised the film’s unsettling hook and strong performances, and trade pieces note its impressive commercial performance, with box‑office tallies making it one of the standout original live‑action films of the year so far. Johnston’s role isn’t a queer story , Bear is straight , which shows how an actor can move between identity‑specific parts and roles where sexuality is simply one facet of a character.</w:t>
      </w:r>
      <w:r/>
    </w:p>
    <w:p>
      <w:pPr>
        <w:pStyle w:val="Heading2"/>
      </w:pPr>
      <w:r>
        <w:t>Why Johnston wants more nuanced queer roles now</w:t>
      </w:r>
      <w:r/>
    </w:p>
    <w:p>
      <w:r/>
      <w:r>
        <w:t>Even though Obsession isn’t centred on queerness, Johnston has said he’d welcome another queer role , especially one where sexuality is part of a fully realised person, not the whole plot. That’s a common ask from actors and audiences alike: representation that’s lived in, textured, and not reduced to a single storyline. Industry trends suggest more such roles are emerging, but the gap remains, so actors like Johnston advocating for richer portrayals can help shift casting choices and writers’ rooms.</w:t>
      </w:r>
      <w:r/>
    </w:p>
    <w:p>
      <w:pPr>
        <w:pStyle w:val="Heading2"/>
      </w:pPr>
      <w:r>
        <w:t>Coffee, DMs and how fame softens the edges</w:t>
      </w:r>
      <w:r/>
    </w:p>
    <w:p>
      <w:r/>
      <w:r>
        <w:t>There’s a lighter footnote to Johnston’s spotlight: a playful DM from Troye Sivan that Johnston joked about in interviews, which went viral among fans. Moments like that remind us fame brings odd perks and small joys, not just scrutiny. More seriously, Johnston’s arc , from privately struggling to openly proud and career‑minded , offers hope to young performers and viewers who might be wrestling with identity while chasing ambitions in unforgiving industries.</w:t>
      </w:r>
      <w:r/>
    </w:p>
    <w:p>
      <w:r/>
      <w:r>
        <w:t>It's a small change that can make every role count a bit more.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3">
        <w:r>
          <w:rPr>
            <w:color w:val="0000EE"/>
            <w:u w:val="single"/>
          </w:rPr>
          <w:t>[6]</w:t>
        </w:r>
      </w:hyperlink>
      <w:r>
        <w:t xml:space="preserve">, </w:t>
      </w:r>
      <w:hyperlink r:id="rId14">
        <w:r>
          <w:rPr>
            <w:color w:val="0000EE"/>
            <w:u w:val="single"/>
          </w:rPr>
          <w:t>[7]</w:t>
        </w:r>
      </w:hyperlink>
      <w:r>
        <w:t xml:space="preserve">- Paragraph 4: </w:t>
      </w:r>
      <w:hyperlink r:id="rId10">
        <w:r>
          <w:rPr>
            <w:color w:val="0000EE"/>
            <w:u w:val="single"/>
          </w:rPr>
          <w:t>[2]</w:t>
        </w:r>
      </w:hyperlink>
      <w:r>
        <w:t xml:space="preserve">, </w:t>
      </w:r>
      <w:hyperlink r:id="rId15">
        <w:r>
          <w:rPr>
            <w:color w:val="0000EE"/>
            <w:u w:val="single"/>
          </w:rPr>
          <w:t>[3]</w:t>
        </w:r>
      </w:hyperlink>
      <w:r>
        <w:t xml:space="preserve">- Paragraph 5: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https://b-gay.com/he-was-closeted-then-teen-wolf-cast-him-as-gay/</w:t>
        </w:r>
      </w:hyperlink>
      <w:r>
        <w:t xml:space="preserve"> - Please view link - unable to able to access data</w:t>
      </w:r>
      <w:r/>
    </w:p>
    <w:p>
      <w:pPr>
        <w:pStyle w:val="ListNumber"/>
        <w:spacing w:line="240" w:lineRule="auto"/>
        <w:ind w:left="720"/>
      </w:pPr>
      <w:r/>
      <w:hyperlink r:id="rId10">
        <w:r>
          <w:rPr>
            <w:color w:val="0000EE"/>
            <w:u w:val="single"/>
          </w:rPr>
          <w:t>https://www.thepinknews.com/2026/08/21/obsession-michael-johnston-come-out-teen-wolf-gay-role/</w:t>
        </w:r>
      </w:hyperlink>
      <w:r>
        <w:t xml:space="preserve"> - Michael Johnston, star of 'Obsession', reflects on the challenges of coming out while portraying a gay character in 'Teen Wolf'. He describes the experience as 'terrifying', especially given his Southern upbringing and the timing of his self-discovery. Johnston's role as Corey Bryant, a gay high school student, was significant both personally and for viewers who found representation in his character. The article highlights the impact of his performance and the personal journey he underwent during that period.</w:t>
      </w:r>
      <w:r/>
    </w:p>
    <w:p>
      <w:pPr>
        <w:pStyle w:val="ListNumber"/>
        <w:spacing w:line="240" w:lineRule="auto"/>
        <w:ind w:left="720"/>
      </w:pPr>
      <w:r/>
      <w:hyperlink r:id="rId15">
        <w:r>
          <w:rPr>
            <w:color w:val="0000EE"/>
            <w:u w:val="single"/>
          </w:rPr>
          <w:t>https://www.peacocktv.com/blog/obsession-cast</w:t>
        </w:r>
      </w:hyperlink>
      <w:r>
        <w:t xml:space="preserve"> - An overview of the cast of 'Obsession', a 2026 horror film directed by Curry Barker. The film stars Michael Johnston as Bear, a music store employee who uses a supernatural device to win over his childhood friend Nikki, played by Inde Navarrette. The cast also includes Cooper Tomlinson, Megan Lawless, and Andy Richter. The article provides insights into the actors' roles and the film's reception, noting its success and availability on Peacock.</w:t>
      </w:r>
      <w:r/>
    </w:p>
    <w:p>
      <w:pPr>
        <w:pStyle w:val="ListNumber"/>
        <w:spacing w:line="240" w:lineRule="auto"/>
        <w:ind w:left="720"/>
      </w:pPr>
      <w:r/>
      <w:hyperlink r:id="rId11">
        <w:r>
          <w:rPr>
            <w:color w:val="0000EE"/>
            <w:u w:val="single"/>
          </w:rPr>
          <w:t>https://www.cinemablend.com/movies/obsession-reviews-are-here-critics-all-obsessed-with-the-same-thing</w:t>
        </w:r>
      </w:hyperlink>
      <w:r>
        <w:t xml:space="preserve"> - Critics have praised 'Obsession', a horror film directed by Curry Barker and starring Michael Johnston and Inde Navarrette. The film follows Bear, who uses a magical wishing branch to make his crush Nikki fall obsessively in love with him, leading to disturbing consequences. Reviewers highlight the film's unsettling tone, dark humour, and Navarrette's standout performance. The film holds a 96% score on Rotten Tomatoes, positioning it as a must-see horror hit of 2026.</w:t>
      </w:r>
      <w:r/>
    </w:p>
    <w:p>
      <w:pPr>
        <w:pStyle w:val="ListNumber"/>
        <w:spacing w:line="240" w:lineRule="auto"/>
        <w:ind w:left="720"/>
      </w:pPr>
      <w:r/>
      <w:hyperlink r:id="rId12">
        <w:r>
          <w:rPr>
            <w:color w:val="0000EE"/>
            <w:u w:val="single"/>
          </w:rPr>
          <w:t>https://www.thedailybeast.com/obsessed/obsession-this-wild-romantic-thriller-is-just-what-horror-fans-have-been-craving/</w:t>
        </w:r>
      </w:hyperlink>
      <w:r>
        <w:t xml:space="preserve"> - The Daily Beast recommends 'Obsession', a romantic thriller directed by Curry Barker, as a must-watch. Premiering in theatres on May 15 after debuting at the Toronto International Film Festival, the film centres on Bear, portrayed by Michael Johnston, who makes a wish for his childhood crush Nikki, played by Inde Navarrette, to fall in love with him. The wish leads to dark and dangerous consequences. The article praises the film's unpredictable storytelling and Navarrette's chilling performance.</w:t>
      </w:r>
      <w:r/>
    </w:p>
    <w:p>
      <w:pPr>
        <w:pStyle w:val="ListNumber"/>
        <w:spacing w:line="240" w:lineRule="auto"/>
        <w:ind w:left="720"/>
      </w:pPr>
      <w:r/>
      <w:hyperlink r:id="rId13">
        <w:r>
          <w:rPr>
            <w:color w:val="0000EE"/>
            <w:u w:val="single"/>
          </w:rPr>
          <w:t>https://www.gamesradar.com/entertainment/horror-movies/obsession-has-officially-passed-sinners-to-become-the-highest-grossing-original-live-action-film-of-the-decade-so-far/</w:t>
        </w:r>
      </w:hyperlink>
      <w:r>
        <w:t xml:space="preserve"> - As of June 30, 2026, 'Obsession' has surpassed 'Sinners' to become the highest-grossing original live-action film of the decade. Directed by Curry Barker, the film tells the story of Bear, played by Michael Johnston, who uses a magical wishing branch to make his crush Nikki, portrayed by Inde Navarrette, fall obsessively in love with him, leading to violent and supernatural transformations. Despite its modest $750,000 budget, the film has earned approximately $371 million globally, highlighting its immense success.</w:t>
      </w:r>
      <w:r/>
    </w:p>
    <w:p>
      <w:pPr>
        <w:pStyle w:val="ListNumber"/>
        <w:spacing w:line="240" w:lineRule="auto"/>
        <w:ind w:left="720"/>
      </w:pPr>
      <w:r/>
      <w:hyperlink r:id="rId14">
        <w:r>
          <w:rPr>
            <w:color w:val="0000EE"/>
            <w:u w:val="single"/>
          </w:rPr>
          <w:t>https://www.gamesradar.com/entertainment/horror-movies/after-an-even-better-second-weekend-in-theaters-new-horror-movie-obsession-has-made-its-production-budget-back-almost-75-times-over/</w:t>
        </w:r>
      </w:hyperlink>
      <w:r>
        <w:t xml:space="preserve"> - The horror film 'Obsession', directed by first-time filmmaker Curry Barker, has become a major box office success after its release on May 15, 2026. With a production budget under $1 million, the film earned $17 million in the U.S. and $27 million worldwide during its opening weekend. Its performance improved further in its second weekend, bringing the total to $58 million in the U.S. and $74 million globally. This means the film has made back over 74 times its original budget, making it one of the most profitable films of the year.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gay.com/he-was-closeted-then-teen-wolf-cast-him-as-gay/" TargetMode="External"/><Relationship Id="rId10" Type="http://schemas.openxmlformats.org/officeDocument/2006/relationships/hyperlink" Target="https://www.thepinknews.com/2026/08/21/obsession-michael-johnston-come-out-teen-wolf-gay-role/" TargetMode="External"/><Relationship Id="rId11" Type="http://schemas.openxmlformats.org/officeDocument/2006/relationships/hyperlink" Target="https://www.cinemablend.com/movies/obsession-reviews-are-here-critics-all-obsessed-with-the-same-thing" TargetMode="External"/><Relationship Id="rId12" Type="http://schemas.openxmlformats.org/officeDocument/2006/relationships/hyperlink" Target="https://www.thedailybeast.com/obsessed/obsession-this-wild-romantic-thriller-is-just-what-horror-fans-have-been-craving/" TargetMode="External"/><Relationship Id="rId13" Type="http://schemas.openxmlformats.org/officeDocument/2006/relationships/hyperlink" Target="https://www.gamesradar.com/entertainment/horror-movies/obsession-has-officially-passed-sinners-to-become-the-highest-grossing-original-live-action-film-of-the-decade-so-far/" TargetMode="External"/><Relationship Id="rId14" Type="http://schemas.openxmlformats.org/officeDocument/2006/relationships/hyperlink" Target="https://www.gamesradar.com/entertainment/horror-movies/after-an-even-better-second-weekend-in-theaters-new-horror-movie-obsession-has-made-its-production-budget-back-almost-75-times-over/" TargetMode="External"/><Relationship Id="rId15" Type="http://schemas.openxmlformats.org/officeDocument/2006/relationships/hyperlink" Target="https://www.peacocktv.com/blog/obsession-ca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