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QueerCityPass Guide for LGBTQ+ Travellers in Berlin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travellers are choosing the QueerCityPass, who it's for, and how it actually works , a handy, pocket-sized pass that mixes unlimited transport with queer-friendly discounts across Berlin. It’s useful for planning city days, finding venues, and knowing what the fine print really says.</w:t>
      </w:r>
      <w:r/>
    </w:p>
    <w:p>
      <w:r/>
      <w:r>
        <w:t>Essential Takeaways</w:t>
      </w:r>
      <w:r/>
      <w:r/>
    </w:p>
    <w:p>
      <w:pPr>
        <w:pStyle w:val="ListBullet"/>
        <w:spacing w:line="240" w:lineRule="auto"/>
        <w:ind w:left="720"/>
      </w:pPr>
      <w:r/>
      <w:r>
        <w:rPr>
          <w:b/>
        </w:rPr>
        <w:t>What it is:</w:t>
      </w:r>
      <w:r>
        <w:t xml:space="preserve"> The QueerCityPass is a tourist transport ticket that includes unlimited public transport and discounts at over 70 queer-owned or queer-friendly businesses. </w:t>
      </w:r>
      <w:r/>
    </w:p>
    <w:p>
      <w:pPr>
        <w:pStyle w:val="ListBullet"/>
        <w:spacing w:line="240" w:lineRule="auto"/>
        <w:ind w:left="720"/>
      </w:pPr>
      <w:r/>
      <w:r>
        <w:rPr>
          <w:b/>
        </w:rPr>
        <w:t>Price point:</w:t>
      </w:r>
      <w:r>
        <w:t xml:space="preserve"> It’s sold at €23.80 for certain durations, comparable with other tourist passes rather than a special fare for LGBTQ+ people. </w:t>
      </w:r>
      <w:r/>
    </w:p>
    <w:p>
      <w:pPr>
        <w:pStyle w:val="ListBullet"/>
        <w:spacing w:line="240" w:lineRule="auto"/>
        <w:ind w:left="720"/>
      </w:pPr>
      <w:r/>
      <w:r>
        <w:rPr>
          <w:b/>
        </w:rPr>
        <w:t>Who can buy it:</w:t>
      </w:r>
      <w:r>
        <w:t xml:space="preserve"> Anyone can purchase the pass; there’s no requirement to identify as LGBTQIA+. </w:t>
      </w:r>
      <w:r/>
    </w:p>
    <w:p>
      <w:pPr>
        <w:pStyle w:val="ListBullet"/>
        <w:spacing w:line="240" w:lineRule="auto"/>
        <w:ind w:left="720"/>
      </w:pPr>
      <w:r/>
      <w:r>
        <w:rPr>
          <w:b/>
        </w:rPr>
        <w:t>Practical perk:</w:t>
      </w:r>
      <w:r>
        <w:t xml:space="preserve"> It steers tourists toward queer venues and experiences while covering S-Bahn, U-Bahn and other public transport zones depending on the option. </w:t>
      </w:r>
      <w:r/>
    </w:p>
    <w:p>
      <w:pPr>
        <w:pStyle w:val="ListBullet"/>
        <w:spacing w:line="240" w:lineRule="auto"/>
        <w:ind w:left="720"/>
      </w:pPr>
      <w:r/>
      <w:r>
        <w:rPr>
          <w:b/>
        </w:rPr>
        <w:t>Feels like:</w:t>
      </w:r>
      <w:r>
        <w:t xml:space="preserve"> A colourful, community-minded way to spend in the city , handy, sociable, and slightly rebellious in the best Berlin way.</w:t>
      </w:r>
      <w:r/>
      <w:r/>
    </w:p>
    <w:p>
      <w:pPr>
        <w:pStyle w:val="Heading2"/>
      </w:pPr>
      <w:r>
        <w:t>What the QueerCityPass actually is , and what it isn’t</w:t>
      </w:r>
      <w:r/>
    </w:p>
    <w:p>
      <w:r/>
      <w:r>
        <w:t>Think of the QueerCityPass as a themed tourist pass rather than a discounted ticket issued by sexuality. According to the official QueerCityPass information and the S-Bahn Berlin ticket pages, it bundles unlimited travel for a selected period with discounts at a network of queer-friendly businesses. That’s the selling point: transport convenience plus curated places to eat, drink and explore. It isn’t a concession fare restricted to people who identify as LGBTQIA+, and you don’t need to prove anything to buy one.</w:t>
      </w:r>
      <w:r/>
    </w:p>
    <w:p>
      <w:pPr>
        <w:pStyle w:val="Heading2"/>
      </w:pPr>
      <w:r>
        <w:t>The price puzzle: cheaper than some passes, not a special rate</w:t>
      </w:r>
      <w:r/>
    </w:p>
    <w:p>
      <w:r/>
      <w:r>
        <w:t>At €23.80, the pass looks cheaper when compared with other Berlin tourist cards listed in coverage around the launch. But that price is one of several standard tourist offerings rather than a targeted subsidy for queer citizens. In short: yes, the QueerCityPass is less than some alternatives , and no, it’s not a secret "gay discount" at the ticket window. If you’re budget-minded, pick the pass that matches your itinerary, but if you want a queer-focused route through the city, this one nudges you in the right direction.</w:t>
      </w:r>
      <w:r/>
    </w:p>
    <w:p>
      <w:pPr>
        <w:pStyle w:val="Heading2"/>
      </w:pPr>
      <w:r>
        <w:t>Where it’s valid and how to buy it , simple, digital, city-ready</w:t>
      </w:r>
      <w:r/>
    </w:p>
    <w:p>
      <w:r/>
      <w:r>
        <w:t>You can buy the QueerCityPass online and as a mobile ticket, with clear buying options and FAQs on the QueerCityPass site and S-Bahn Berlin pages. The pass covers the transport networks specified at purchase and activates on your phone; there’s no physical identity check. That ease makes it ideal for spontaneous travellers who want to hop on the S-Bahn and wander into venues with a discount card ready on their phone. Pro tip: check the pass validity zones and participating businesses before you buy so you know where discounts apply.</w:t>
      </w:r>
      <w:r/>
    </w:p>
    <w:p>
      <w:pPr>
        <w:pStyle w:val="Heading2"/>
      </w:pPr>
      <w:r>
        <w:t>The real benefit: directing spending to queer businesses</w:t>
      </w:r>
      <w:r/>
    </w:p>
    <w:p>
      <w:r/>
      <w:r>
        <w:t>The pass is designed to funnel tourism euros into queer-owned or queer-friendly venues , bars, cafes, galleries and experiences that benefit from visibility and footfall. For visitors who want to support local queer scenes, it’s a useful tool. It’s also a way for venues to advertise themselves to visitors specifically looking for inclusive spaces. If you care about where your money goes while you travel, this pass makes that choice easier and more visible.</w:t>
      </w:r>
      <w:r/>
    </w:p>
    <w:p>
      <w:pPr>
        <w:pStyle w:val="Heading2"/>
      </w:pPr>
      <w:r>
        <w:t>Broader context and the fairness conversation</w:t>
      </w:r>
      <w:r/>
    </w:p>
    <w:p>
      <w:r/>
      <w:r>
        <w:t>The QueerCityPass has sparked wider discussion about targeted offers and public funding for identity-specific initiatives. Journalists and commentators have drawn a line between a themed tourist product and controversies over public grants used for identity-focused projects. That’s a valid debate, but it’s important to separate the two: the pass is a market product promoting queer-friendly commerce, not a government-issued concession available only to a group based on identity.</w:t>
      </w:r>
      <w:r/>
    </w:p>
    <w:p>
      <w:pPr>
        <w:pStyle w:val="Heading2"/>
      </w:pPr>
      <w:r>
        <w:t>How to decide if the QueerCityPass is for you</w:t>
      </w:r>
      <w:r/>
    </w:p>
    <w:p>
      <w:r/>
      <w:r>
        <w:t>If you want uncomplicated travel across Berlin and plan to visit queer venues, the pass is a tidy fit. If you’re comparing savings, add up the trips you’ll take and the discounts you expect to use , sometimes another tourist card or pay-as-you-go may be cheaper. For first-time visitors interested in queer culture, it’s worth the convenience and the curated map of places to explore. And yes, it’s delightfully on-brand for a city that loves to mix public transport with personality.</w:t>
      </w:r>
      <w:r/>
    </w:p>
    <w:p>
      <w:r/>
      <w:r>
        <w:t>It's a small change that makes getting around and supporting queer-friendly spots easier , and a cheerful, practical souvenir for your Berlin trip.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[7]</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5">
        <w:r>
          <w:rPr>
            <w:color w:val="0000EE"/>
            <w:u w:val="single"/>
          </w:rPr>
          <w:t>[4]</w:t>
        </w:r>
      </w:hyperlink>
      <w:r>
        <w:t xml:space="preserve">, </w:t>
      </w:r>
      <w:hyperlink r:id="rId10">
        <w:r>
          <w:rPr>
            <w:color w:val="0000EE"/>
            <w:u w:val="single"/>
          </w:rPr>
          <w:t>[2]</w:t>
        </w:r>
      </w:hyperlink>
      <w:r>
        <w:t xml:space="preserve">- Paragraph 7: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https://instinctmagazine.com/queercitypass-lgbtq-travelers/</w:t>
        </w:r>
      </w:hyperlink>
      <w:r>
        <w:t xml:space="preserve"> - Please view link - unable to able to access data</w:t>
      </w:r>
      <w:r/>
    </w:p>
    <w:p>
      <w:pPr>
        <w:pStyle w:val="ListNumber"/>
        <w:spacing w:line="240" w:lineRule="auto"/>
        <w:ind w:left="720"/>
      </w:pPr>
      <w:r/>
      <w:hyperlink r:id="rId10">
        <w:r>
          <w:rPr>
            <w:color w:val="0000EE"/>
            <w:u w:val="single"/>
          </w:rPr>
          <w:t>https://www.queercitypass.com/en/berlin-en/</w:t>
        </w:r>
      </w:hyperlink>
      <w:r>
        <w:t xml:space="preserve"> - The QueerCityPass Berlin is a tourist ticket designed for LGBTQIA+ visitors, offering unlimited public transportation and discounts at over 70 queer-owned or queer-friendly businesses. Valid for durations ranging from 48 hours to six days, it covers all public transport within Berlin's fare zones AB or ABC. The pass is available for purchase online, via mobile apps, or at various points of sale throughout the city. Notably, the QueerCityPass is open to all tourists, regardless of sexual orientation, and aims to support the local queer community by encouraging spending at participating businesses.</w:t>
      </w:r>
      <w:r/>
    </w:p>
    <w:p>
      <w:pPr>
        <w:pStyle w:val="ListNumber"/>
        <w:spacing w:line="240" w:lineRule="auto"/>
        <w:ind w:left="720"/>
      </w:pPr>
      <w:r/>
      <w:hyperlink r:id="rId12">
        <w:r>
          <w:rPr>
            <w:color w:val="0000EE"/>
            <w:u w:val="single"/>
          </w:rPr>
          <w:t>https://www.queercitypass.com/en/faq/</w:t>
        </w:r>
      </w:hyperlink>
      <w:r>
        <w:t xml:space="preserve"> - The QueerCityPass FAQ provides detailed information about the pass's validity, pricing, and usage. It clarifies that the pass is valid for one adult, with up to three children under 15 traveling free of charge. The ticket covers all public transport within the chosen fare zones (AB or ABC) and is available for durations of 48 hours, 72 hours, four days, five days, or six days. The FAQ also outlines where and how to purchase the pass, including online options and physical points of sale in Berlin.</w:t>
      </w:r>
      <w:r/>
    </w:p>
    <w:p>
      <w:pPr>
        <w:pStyle w:val="ListNumber"/>
        <w:spacing w:line="240" w:lineRule="auto"/>
        <w:ind w:left="720"/>
      </w:pPr>
      <w:r/>
      <w:hyperlink r:id="rId15">
        <w:r>
          <w:rPr>
            <w:color w:val="0000EE"/>
            <w:u w:val="single"/>
          </w:rPr>
          <w:t>https://www.thelocal.de/20260528/queercitypass-what-to-know-about-germanys-newest-discount-travel-ticket</w:t>
        </w:r>
      </w:hyperlink>
      <w:r>
        <w:t xml:space="preserve"> - An article from The Local discusses the QueerCityPass, Europe's first tourist ticket tailored for LGBTQIA+ visitors in Berlin, Cologne, and Vienna. The pass offers unlimited public transportation and discounts at over 70 queer-owned or queer-friendly businesses. It is available for durations ranging from 48 hours to six days and can be purchased online, via mobile apps, or at various points of sale in the cities. The article highlights the pass's aim to support the local queer community by encouraging spending at participating businesses.</w:t>
      </w:r>
      <w:r/>
    </w:p>
    <w:p>
      <w:pPr>
        <w:pStyle w:val="ListNumber"/>
        <w:spacing w:line="240" w:lineRule="auto"/>
        <w:ind w:left="720"/>
      </w:pPr>
      <w:r/>
      <w:hyperlink r:id="rId13">
        <w:r>
          <w:rPr>
            <w:color w:val="0000EE"/>
            <w:u w:val="single"/>
          </w:rPr>
          <w:t>https://www.queercitypass.com/en/where-to-buy-mobile/</w:t>
        </w:r>
      </w:hyperlink>
      <w:r>
        <w:t xml:space="preserve"> - The QueerCityPass can be purchased through mobile apps specific to each city. In Berlin, the pass is available via the BVG Tickets Berlin and VBB Bus &amp; Bahn apps, which can be downloaded from the Google Play Store or Apple App Store. This mobile purchasing option provides a convenient way for tourists to obtain the pass and access its benefits while exploring the city.</w:t>
      </w:r>
      <w:r/>
    </w:p>
    <w:p>
      <w:pPr>
        <w:pStyle w:val="ListNumber"/>
        <w:spacing w:line="240" w:lineRule="auto"/>
        <w:ind w:left="720"/>
      </w:pPr>
      <w:r/>
      <w:hyperlink r:id="rId14">
        <w:r>
          <w:rPr>
            <w:color w:val="0000EE"/>
            <w:u w:val="single"/>
          </w:rPr>
          <w:t>https://www.queercitypass.com/en/</w:t>
        </w:r>
      </w:hyperlink>
      <w:r>
        <w:t xml:space="preserve"> - The QueerCityPass is a tourist ticket available in Berlin, Cologne, and Vienna, designed for LGBTQIA+ visitors. It offers unlimited public transportation and discounts at queer-owned or queer-friendly businesses. The pass is valid for durations ranging from 48 hours to six days and covers all public transport within the respective city's fare zones. It can be purchased online, via mobile apps, or at various points of sale in the cities. The QueerCityPass aims to support the local queer community by encouraging spending at participating businesses.</w:t>
      </w:r>
      <w:r/>
    </w:p>
    <w:p>
      <w:pPr>
        <w:pStyle w:val="ListNumber"/>
        <w:spacing w:line="240" w:lineRule="auto"/>
        <w:ind w:left="720"/>
      </w:pPr>
      <w:r/>
      <w:hyperlink r:id="rId11">
        <w:r>
          <w:rPr>
            <w:color w:val="0000EE"/>
            <w:u w:val="single"/>
          </w:rPr>
          <w:t>https://sbahn.berlin/en/tickets/all-tickets/queercitypass-berlin/</w:t>
        </w:r>
      </w:hyperlink>
      <w:r>
        <w:t xml:space="preserve"> - The S-Bahn Berlin offers the QueerCityPass as a tourist ticket for LGBTQIA+ travelers. Priced at €23.80 for the 48-hour version, the pass provides unlimited public transportation within Berlin's fare zone AB and discounts from over 70 business partners. It is valid for one adult and up to three children aged 6-14. The pass can be purchased online, via mobile apps, or at various points of sale throughout Berlin. The S-Bahn Berlin emphasizes that the QueerCityPass is open to all tourists, regardless of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queercitypass-lgbtq-travelers/" TargetMode="External"/><Relationship Id="rId10" Type="http://schemas.openxmlformats.org/officeDocument/2006/relationships/hyperlink" Target="https://www.queercitypass.com/en/berlin-en/" TargetMode="External"/><Relationship Id="rId11" Type="http://schemas.openxmlformats.org/officeDocument/2006/relationships/hyperlink" Target="https://sbahn.berlin/en/tickets/all-tickets/queercitypass-berlin/" TargetMode="External"/><Relationship Id="rId12" Type="http://schemas.openxmlformats.org/officeDocument/2006/relationships/hyperlink" Target="https://www.queercitypass.com/en/faq/" TargetMode="External"/><Relationship Id="rId13" Type="http://schemas.openxmlformats.org/officeDocument/2006/relationships/hyperlink" Target="https://www.queercitypass.com/en/where-to-buy-mobile/" TargetMode="External"/><Relationship Id="rId14" Type="http://schemas.openxmlformats.org/officeDocument/2006/relationships/hyperlink" Target="https://www.queercitypass.com/en/" TargetMode="External"/><Relationship Id="rId15" Type="http://schemas.openxmlformats.org/officeDocument/2006/relationships/hyperlink" Target="https://www.thelocal.de/20260528/queercitypass-what-to-know-about-germanys-newest-discount-travel-tic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