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Arts Festival in Carrboro: Celebrate Pride with Dance, Drag and Spoken Word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lovers of community are heading to Carrboro for the First Annual Queer Arts Festival on Saturday October 10th at 3pm , a lively, affordable $15 celebration mixing spoken word, modern dance, live music and drag in a safe, all-ages space. Come for the performances, stay for the queer art exhibition and dancefloor.</w:t>
      </w:r>
      <w:r/>
    </w:p>
    <w:p>
      <w:r/>
      <w:r>
        <w:t>Essential Takeaways</w:t>
      </w:r>
      <w:r/>
      <w:r/>
    </w:p>
    <w:p>
      <w:pPr>
        <w:pStyle w:val="ListBullet"/>
        <w:spacing w:line="240" w:lineRule="auto"/>
        <w:ind w:left="720"/>
      </w:pPr>
      <w:r/>
      <w:r>
        <w:rPr>
          <w:b/>
        </w:rPr>
        <w:t>When and where:</w:t>
      </w:r>
      <w:r>
        <w:t xml:space="preserve"> Saturday October 10th, 3–5pm at the ArtsCenter Carrboro; tickets $15.</w:t>
      </w:r>
      <w:r/>
    </w:p>
    <w:p>
      <w:pPr>
        <w:pStyle w:val="ListBullet"/>
        <w:spacing w:line="240" w:lineRule="auto"/>
        <w:ind w:left="720"/>
      </w:pPr>
      <w:r/>
      <w:r>
        <w:rPr>
          <w:b/>
        </w:rPr>
        <w:t>Line-up highlights:</w:t>
      </w:r>
      <w:r>
        <w:t xml:space="preserve"> Chi Hughes (spoken word), Alyah Baker (modern dance), Lisa R &amp; The Lucky Stars (music), Aris Valentine (drag), and DJ Danny O’Shaughnessy.</w:t>
      </w:r>
      <w:r/>
    </w:p>
    <w:p>
      <w:pPr>
        <w:pStyle w:val="ListBullet"/>
        <w:spacing w:line="240" w:lineRule="auto"/>
        <w:ind w:left="720"/>
      </w:pPr>
      <w:r/>
      <w:r>
        <w:rPr>
          <w:b/>
        </w:rPr>
        <w:t>Vibe and access:</w:t>
      </w:r>
      <w:r>
        <w:t xml:space="preserve"> All-ages, seated venue with a good dancefloor, bar offering drinks and snacks, and accommodations available on request.</w:t>
      </w:r>
      <w:r/>
    </w:p>
    <w:p>
      <w:pPr>
        <w:pStyle w:val="ListBullet"/>
        <w:spacing w:line="240" w:lineRule="auto"/>
        <w:ind w:left="720"/>
      </w:pPr>
      <w:r/>
      <w:r>
        <w:rPr>
          <w:b/>
        </w:rPr>
        <w:t>Extras:</w:t>
      </w:r>
      <w:r>
        <w:t xml:space="preserve"> A concurrent Queer Art Exhibition runs at the ArtsCenter; expect multimedia work and community-focused storytelling.</w:t>
      </w:r>
      <w:r/>
    </w:p>
    <w:p>
      <w:pPr>
        <w:pStyle w:val="ListBullet"/>
        <w:spacing w:line="240" w:lineRule="auto"/>
        <w:ind w:left="720"/>
      </w:pPr>
      <w:r/>
      <w:r>
        <w:rPr>
          <w:b/>
        </w:rPr>
        <w:t>Community note:</w:t>
      </w:r>
      <w:r>
        <w:t xml:space="preserve"> This inaugural event foregrounds queer history and activism alongside contemporary performance , intimate, celebratory and welcoming.</w:t>
      </w:r>
      <w:r/>
      <w:r/>
    </w:p>
    <w:p>
      <w:pPr>
        <w:pStyle w:val="Heading2"/>
      </w:pPr>
      <w:r>
        <w:t>A bright, local celebration with a living-history voice</w:t>
      </w:r>
      <w:r/>
    </w:p>
    <w:p>
      <w:r/>
      <w:r>
        <w:t>The festival opens with spoken-word from Chi Hughes, a performer whose work blends art and long-time activism. Expect voice and memory that feel both raw and rehearsed, the kind of set that makes the room sit forward. The ArtsCenter’s cosy auditorium means you’re never far from the stage, so the intimacy of Hughes’s stories will land hard and true. For anyone curious about the deep roots of queer organising, this is a living-history moment dressed as a poetry set.</w:t>
      </w:r>
      <w:r/>
    </w:p>
    <w:p>
      <w:pPr>
        <w:pStyle w:val="Heading2"/>
      </w:pPr>
      <w:r>
        <w:t>Dance that challenges tradition , and looks gorgeous doing it</w:t>
      </w:r>
      <w:r/>
    </w:p>
    <w:p>
      <w:r/>
      <w:r>
        <w:t>Alyah Baker brings modern, queer-informed dance that rethinks ballet’s usual rules around Black bodies and queerness. Her choreography has been commissioned by major festivals and taught in university programmes, so you’re getting finely tuned work that still feels urgently present. If you want to know why dance conversations have moved beyond technique toward identity, Baker’s pieces offer a clear, embodied answer , graceful, political and unexpectedly tender.</w:t>
      </w:r>
      <w:r/>
    </w:p>
    <w:p>
      <w:pPr>
        <w:pStyle w:val="Heading2"/>
      </w:pPr>
      <w:r>
        <w:t>Music for reflection and community connection</w:t>
      </w:r>
      <w:r/>
    </w:p>
    <w:p>
      <w:r/>
      <w:r>
        <w:t>Lisa R &amp; The Lucky Stars offer a warm, acoustic counterpoint with Suite Queer: A Celebration of Us in their recent repertoire. Their sound mixes guitar and cello with storytelling that’s at once nostalgic and forward-looking, perfect for an event that aims to honour queer history while making space for joy. Audiences who like songs with narrative depth and soft, uplifting arrangements will find this a highlight.</w:t>
      </w:r>
      <w:r/>
    </w:p>
    <w:p>
      <w:pPr>
        <w:pStyle w:val="Heading2"/>
      </w:pPr>
      <w:r>
        <w:t>Drag and nightlife energy in an afternoon setting</w:t>
      </w:r>
      <w:r/>
    </w:p>
    <w:p>
      <w:r/>
      <w:r>
        <w:t>Aris Valentine is one of the state’s well-known drag performers, bringing pageantry and local-stage savvy to the festival. Drag here isn’t just spectacle , it’s community leadership, activism and queer tradition rolled into sequins. With a DJ rounding out the bill, there’s also a chance to dance and mingle, so bring your glad rags and your willingness to be dazzled.</w:t>
      </w:r>
      <w:r/>
    </w:p>
    <w:p>
      <w:pPr>
        <w:pStyle w:val="Heading2"/>
      </w:pPr>
      <w:r>
        <w:t>Practical details: tickets, access and what to expect</w:t>
      </w:r>
      <w:r/>
    </w:p>
    <w:p>
      <w:r/>
      <w:r>
        <w:t>Tickets are $15, the shows are usually seated, and the ArtsCenter has a small but handy bar for drinks and light snacks. If you need accessibility support, the box office can help , email boxoffice@artscenterlive.org or call 919.929.2787. Arrive a bit early to see the Queer Art Exhibition on site; the exhibition offers another way to connect with local creators and pick up a keepsake or two.</w:t>
      </w:r>
      <w:r/>
    </w:p>
    <w:p>
      <w:r/>
      <w:r>
        <w:t>Closing line It’s a small, brilliant festival with big heart , come celebrate, learn and dance; your presence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https://artscenterlive.org/first-annual-queer-arts-festival-october-10th-at-3pm/</w:t>
        </w:r>
      </w:hyperlink>
      <w:r>
        <w:t xml:space="preserve"> - Please view link - unable to able to access data</w:t>
      </w:r>
      <w:r/>
    </w:p>
    <w:p>
      <w:pPr>
        <w:pStyle w:val="ListNumber"/>
        <w:spacing w:line="240" w:lineRule="auto"/>
        <w:ind w:left="720"/>
      </w:pPr>
      <w:r/>
      <w:hyperlink r:id="rId9">
        <w:r>
          <w:rPr>
            <w:color w:val="0000EE"/>
            <w:u w:val="single"/>
          </w:rPr>
          <w:t>https://artscenterlive.org/first-annual-queer-arts-festival-october-10th-at-3pm/</w:t>
        </w:r>
      </w:hyperlink>
      <w:r>
        <w:t xml:space="preserve"> - The ArtsCenter in Carrboro, North Carolina, is hosting its inaugural Queer Arts Festival on Saturday, October 10, 2026, from 3 to 5 pm. The event is open to all ages and features performances by Chi Hughes (spoken word), Alyah Baker (modern dance), Lisa R &amp; The Lucky Stars (music), Aris Valentine (drag), and DJ Danny O’Shaughnessy. Additionally, a Queer Art Exhibition will be held at the venue. Tickets are priced at $15, and the festival aims to provide a safe and welcoming space for the LGBTQ+ community to celebrate together.</w:t>
      </w:r>
      <w:r/>
    </w:p>
    <w:p>
      <w:pPr>
        <w:pStyle w:val="ListNumber"/>
        <w:spacing w:line="240" w:lineRule="auto"/>
        <w:ind w:left="720"/>
      </w:pPr>
      <w:r/>
      <w:hyperlink r:id="rId13">
        <w:r>
          <w:rPr>
            <w:color w:val="0000EE"/>
            <w:u w:val="single"/>
          </w:rPr>
          <w:t>https://www.redbirdtheatercompany.com/</w:t>
        </w:r>
      </w:hyperlink>
      <w:r>
        <w:t xml:space="preserve"> - RedBird Theater Company is a Durham-based theatre group presenting 'The Velocity of Autumn' by Eric Coble. The play explores the story of Alexandra, an 80-year-old artist in a family dispute over her future. Performances are scheduled from September 17 to October 17, 2026, at various venues, including The ArtsCenter in Carrboro and Skin &amp; Bones Theater in Durham.</w:t>
      </w:r>
      <w:r/>
    </w:p>
    <w:p>
      <w:pPr>
        <w:pStyle w:val="ListNumber"/>
        <w:spacing w:line="240" w:lineRule="auto"/>
        <w:ind w:left="720"/>
      </w:pPr>
      <w:r/>
      <w:hyperlink r:id="rId11">
        <w:r>
          <w:rPr>
            <w:color w:val="0000EE"/>
            <w:u w:val="single"/>
          </w:rPr>
          <w:t>https://www.carrboronc.gov/2781/West-End-Poetry-Festival</w:t>
        </w:r>
      </w:hyperlink>
      <w:r>
        <w:t xml:space="preserve"> - The West End Poetry Festival, sponsored by the Town of Carrboro and organised by the Carrboro Poets Council, is set for October 15–17, 2026. The festival celebrates Black Southern kinship, literary stewardship, mentorship, and intergenerational community through poetry readings, workshops, and community conversations at venues in downtown Carrboro.</w:t>
      </w:r>
      <w:r/>
    </w:p>
    <w:p>
      <w:pPr>
        <w:pStyle w:val="ListNumber"/>
        <w:spacing w:line="240" w:lineRule="auto"/>
        <w:ind w:left="720"/>
      </w:pPr>
      <w:r/>
      <w:hyperlink r:id="rId10">
        <w:r>
          <w:rPr>
            <w:color w:val="0000EE"/>
            <w:u w:val="single"/>
          </w:rPr>
          <w:t>https://en.wikipedia.org/wiki/Outburst_Queer_Arts_Festival</w:t>
        </w:r>
      </w:hyperlink>
      <w:r>
        <w:t xml:space="preserve"> - The Outburst Queer Arts Festival is an annual event in Belfast, Northern Ireland, featuring ten days of film, music, literature, visual art, theatre, and other performances by local and international LGBTQ+ artists. Established in 2007, the festival has grown to become a significant cultural event, with the 17th edition held in November 2023.</w:t>
      </w:r>
      <w:r/>
    </w:p>
    <w:p>
      <w:pPr>
        <w:pStyle w:val="ListNumber"/>
        <w:spacing w:line="240" w:lineRule="auto"/>
        <w:ind w:left="720"/>
      </w:pPr>
      <w:r/>
      <w:hyperlink r:id="rId12">
        <w:r>
          <w:rPr>
            <w:color w:val="0000EE"/>
            <w:u w:val="single"/>
          </w:rPr>
          <w:t>https://bullhornarts.org/</w:t>
        </w:r>
      </w:hyperlink>
      <w:r>
        <w:t xml:space="preserve"> - Bullhorn Arts and Education is a Durham-based organisation dedicated to amplifying local music and arts. They are hosting Bullhorn Fest on October 17, 2026, featuring nine local bands and performers, an arts market, food, beverages, and community activities. The event aims to showcase Durham's creative community and foster collaboration among artists and activists.</w:t>
      </w:r>
      <w:r/>
    </w:p>
    <w:p>
      <w:pPr>
        <w:pStyle w:val="ListNumber"/>
        <w:spacing w:line="240" w:lineRule="auto"/>
        <w:ind w:left="720"/>
      </w:pPr>
      <w:r/>
      <w:hyperlink r:id="rId14">
        <w:r>
          <w:rPr>
            <w:color w:val="0000EE"/>
            <w:u w:val="single"/>
          </w:rPr>
          <w:t>https://en.wikipedia.org/wiki/National_Queer_Arts_Festival</w:t>
        </w:r>
      </w:hyperlink>
      <w:r>
        <w:t xml:space="preserve"> - The National Queer Arts Festival (NQAF) is an annual event in San Francisco, established in 1998 to coincide with Pride Month. Organised by the Queer Cultural Center, NQAF has presented over 800 events featuring more than 2,300 LGBTQ+ artists, making it the largest queer arts festival in North America.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rtscenterlive.org/first-annual-queer-arts-festival-october-10th-at-3pm/" TargetMode="External"/><Relationship Id="rId10" Type="http://schemas.openxmlformats.org/officeDocument/2006/relationships/hyperlink" Target="https://en.wikipedia.org/wiki/Outburst_Queer_Arts_Festival" TargetMode="External"/><Relationship Id="rId11" Type="http://schemas.openxmlformats.org/officeDocument/2006/relationships/hyperlink" Target="https://www.carrboronc.gov/2781/West-End-Poetry-Festival" TargetMode="External"/><Relationship Id="rId12" Type="http://schemas.openxmlformats.org/officeDocument/2006/relationships/hyperlink" Target="https://bullhornarts.org/" TargetMode="External"/><Relationship Id="rId13" Type="http://schemas.openxmlformats.org/officeDocument/2006/relationships/hyperlink" Target="https://www.redbirdtheatercompany.com/" TargetMode="External"/><Relationship Id="rId14" Type="http://schemas.openxmlformats.org/officeDocument/2006/relationships/hyperlink" Target="https://en.wikipedia.org/wiki/National_Queer_Arts_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