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Places and Packing Hacks from Matt Rogers: Travel Tips for LGBTQ+ Fans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fans are flocking to cinemas and stages , and Matt Rogers is sharing the travel moments behind his new film role and favourite gay getaways, from messy airport sagas to dreamy Cape Cod sunsets. Read on for his top spots, packing tip and why Fire Island made the shortlist.</w:t>
      </w:r>
      <w:r/>
    </w:p>
    <w:p>
      <w:r/>
      <w:r>
        <w:t>Essential Takeaways</w:t>
      </w:r>
      <w:r/>
      <w:r/>
    </w:p>
    <w:p>
      <w:pPr>
        <w:pStyle w:val="ListBullet"/>
        <w:spacing w:line="240" w:lineRule="auto"/>
        <w:ind w:left="720"/>
      </w:pPr>
      <w:r/>
      <w:r>
        <w:rPr>
          <w:b/>
        </w:rPr>
        <w:t>Now playing:</w:t>
      </w:r>
      <w:r>
        <w:t xml:space="preserve"> Matt Rogers appears as RuPaul’s press secretary in Stop! That! Train!, which is showing in UK cinemas.</w:t>
      </w:r>
      <w:r/>
    </w:p>
    <w:p>
      <w:pPr>
        <w:pStyle w:val="ListBullet"/>
        <w:spacing w:line="240" w:lineRule="auto"/>
        <w:ind w:left="720"/>
      </w:pPr>
      <w:r/>
      <w:r>
        <w:rPr>
          <w:b/>
        </w:rPr>
        <w:t>Top destinations:</w:t>
      </w:r>
      <w:r>
        <w:t xml:space="preserve"> Fire Island put Rogers on the map, but Provincetown and Cape Cod are his current favourites for food and scenery.</w:t>
      </w:r>
      <w:r/>
    </w:p>
    <w:p>
      <w:pPr>
        <w:pStyle w:val="ListBullet"/>
        <w:spacing w:line="240" w:lineRule="auto"/>
        <w:ind w:left="720"/>
      </w:pPr>
      <w:r/>
      <w:r>
        <w:rPr>
          <w:b/>
        </w:rPr>
        <w:t>Packing tip:</w:t>
      </w:r>
      <w:r>
        <w:t xml:space="preserve"> Always tuck an AirTag into checked luggage , Rogers says it would’ve saved him two days without his bag.</w:t>
      </w:r>
      <w:r/>
    </w:p>
    <w:p>
      <w:pPr>
        <w:pStyle w:val="ListBullet"/>
        <w:spacing w:line="240" w:lineRule="auto"/>
        <w:ind w:left="720"/>
      </w:pPr>
      <w:r/>
      <w:r>
        <w:rPr>
          <w:b/>
        </w:rPr>
        <w:t>Nightlife memories:</w:t>
      </w:r>
      <w:r>
        <w:t xml:space="preserve"> Berlin’s club scene, Berghain included, makes his list of unforgettable nights.</w:t>
      </w:r>
      <w:r/>
    </w:p>
    <w:p>
      <w:pPr>
        <w:pStyle w:val="ListBullet"/>
        <w:spacing w:line="240" w:lineRule="auto"/>
        <w:ind w:left="720"/>
      </w:pPr>
      <w:r/>
      <w:r>
        <w:rPr>
          <w:b/>
        </w:rPr>
        <w:t>Live dates:</w:t>
      </w:r>
      <w:r>
        <w:t xml:space="preserve"> Rogers brings his annual Christmas musical to Islington Assembly Hall on 18 November.</w:t>
      </w:r>
      <w:r/>
      <w:r/>
    </w:p>
    <w:p>
      <w:pPr>
        <w:pStyle w:val="Heading2"/>
      </w:pPr>
      <w:r>
        <w:t>From stormaganza to cinema: how a ruined holiday shaped him</w:t>
      </w:r>
      <w:r/>
    </w:p>
    <w:p>
      <w:r/>
      <w:r>
        <w:t>Rogers tells a neat travel anecdote about a rain-soaked family trip that turned into a formative cinema moment, and it’s disarmingly relatable. Instead of amusement-park tantrums they watched Anchorman, and a 14-year-old Rogers came home armed with quotes that helped him fit in at school. It’s a reminder that bad weather can pivot a trip into something quietly pivotal. For anyone packing for a family break, build a little flexibility into the itinerary , rainy-day options can feel small at the time and huge later.</w:t>
      </w:r>
      <w:r/>
    </w:p>
    <w:p>
      <w:pPr>
        <w:pStyle w:val="Heading2"/>
      </w:pPr>
      <w:r>
        <w:t>Fire Island then, Provincetown now: why destinations change with you</w:t>
      </w:r>
      <w:r/>
    </w:p>
    <w:p>
      <w:r/>
      <w:r>
        <w:t>Fire Island played an important role in Rogers’ early queer-travel education, opening up new communities and social freedom. But travel tastes evolve; he now favours Provincetown for the same spirited chaos with the added bonus of sit-down restaurants and Cape Cod’s scenic calm. That shift mirrors a wider trend: many LGBTQ+ travellers start with party-first hotspots and then seek places that balance nightlife with better food and calmer surroundings. If you’re choosing a trip, think about the vibe you want at night and by day , it makes all the difference.</w:t>
      </w:r>
      <w:r/>
    </w:p>
    <w:p>
      <w:pPr>
        <w:pStyle w:val="Heading2"/>
      </w:pPr>
      <w:r>
        <w:t>The unforgettable clubs: Berlin and the allure of Berghain</w:t>
      </w:r>
      <w:r/>
    </w:p>
    <w:p>
      <w:r/>
      <w:r>
        <w:t>Rogers casually name-checks Berlin’s nightlife and Berghain as spots he “stumbled into” and adored, capturing that travel thrill of finding a night you can’t quite forget. Berlin’s clubs still act as global magnets for anyone chasing immersive, late-night culture. Practical note: check door policies and opening times, travel light for late nights, and remember that some venues prize attitude as much as aesthetics.</w:t>
      </w:r>
      <w:r/>
    </w:p>
    <w:p>
      <w:pPr>
        <w:pStyle w:val="Heading2"/>
      </w:pPr>
      <w:r>
        <w:t>Hotels, drag and poolside performances: why openings are theatrical</w:t>
      </w:r>
      <w:r/>
    </w:p>
    <w:p>
      <w:r/>
      <w:r>
        <w:t>He recalls an over-the-top night at Puerto Vallarta’s Tryst Hotel opening , drag queens, a decorative pool doubling as a stage, and a water-splashed Pussycat Dolls routine. Hotel openings and boutique stays often lean into spectacle, and if you love lively, theatrical hospitality, these are the moments that live on in memory. If quieter sleep is your priority, book a room away from event spaces or travel outside launch-weekend windows.</w:t>
      </w:r>
      <w:r/>
    </w:p>
    <w:p>
      <w:pPr>
        <w:pStyle w:val="Heading2"/>
      </w:pPr>
      <w:r>
        <w:t>AirTags and middle seats: small tech that saves your holiday</w:t>
      </w:r>
      <w:r/>
    </w:p>
    <w:p>
      <w:r/>
      <w:r>
        <w:t>Rogers’ Rule of Culture for travel is simple: AirTags. After spending the first two days of a Sicilian trip without luggage due to a Milan stopover, he recommends a tracker in checked bags , a tiny device that can spare you major wardrobe woes and stress. He also joked about long-haul middle seats and picked two podcast guests he’d happily tolerate on either side: Kesha and Slayyyter. The takeaway is practical and modern: a little tech and a sense of humour keep trips salvageable.</w:t>
      </w:r>
      <w:r/>
    </w:p>
    <w:p>
      <w:pPr>
        <w:pStyle w:val="Heading2"/>
      </w:pPr>
      <w:r>
        <w:t>On set with RuPaul and why the role matters</w:t>
      </w:r>
      <w:r/>
    </w:p>
    <w:p>
      <w:r/>
      <w:r>
        <w:t>Working with RuPaul on Stop! That! Train! was both inspiring and fun for Rogers; he admires the way Ru delivers lines and the spirit she brings to performance. The film’s playful take on politics and drag has resonated with audiences, and Rogers says box-office support could greenlight a sequel. For fans, that means a chance to see queer creative work reach a wider stage , and possibly more adventures from this cast.</w:t>
      </w:r>
      <w:r/>
    </w:p>
    <w:p>
      <w:r/>
      <w:r>
        <w:t>It's a small change , a tag in your luggage or a dinner reservation , that can make every trip feel more fun and a lot less fragile.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[6]</w:t>
        </w:r>
      </w:hyperlink>
      <w:r>
        <w:t xml:space="preserve">- Paragraph 6: </w:t>
      </w:r>
      <w:hyperlink r:id="rId9">
        <w:r>
          <w:rPr>
            <w:color w:val="0000EE"/>
            <w:u w:val="single"/>
          </w:rPr>
          <w:t>[2]</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https://www.attitude.co.uk/culture/matt-rogers-stop-that-train-working-with-rupaul-favourite-lgbtq-hotspot-532218/</w:t>
        </w:r>
      </w:hyperlink>
      <w:r>
        <w:t xml:space="preserve"> - Please view link - unable to able to access data</w:t>
      </w:r>
      <w:r/>
    </w:p>
    <w:p>
      <w:pPr>
        <w:pStyle w:val="ListNumber"/>
        <w:spacing w:line="240" w:lineRule="auto"/>
        <w:ind w:left="720"/>
      </w:pPr>
      <w:r/>
      <w:hyperlink r:id="rId9">
        <w:r>
          <w:rPr>
            <w:color w:val="0000EE"/>
            <w:u w:val="single"/>
          </w:rPr>
          <w:t>https://www.attitude.co.uk/culture/matt-rogers-stop-that-train-working-with-rupaul-favourite-lgbtq-hotspot-532218/</w:t>
        </w:r>
      </w:hyperlink>
      <w:r>
        <w:t xml:space="preserve"> - Actor and comedian Matt Rogers discusses his role as press secretary to RuPaul’s President Judy Gagwell in 'Stop! That! Train!', now in UK cinemas. He shares experiences from his acting career, including a role in 'Fire Island', and co-hosting over 500 episodes of the 'Las Culturistas' podcast with Bowen Yang. Rogers also talks about his annual Christmas musical show at London’s Islington Assembly Hall on 18 November, and reflects on his travel experiences, including visits to Fire Island, Provincetown, Berlin's Berghain, and the Tryst Hotel in Puerto Vallarta.</w:t>
      </w:r>
      <w:r/>
    </w:p>
    <w:p>
      <w:pPr>
        <w:pStyle w:val="ListNumber"/>
        <w:spacing w:line="240" w:lineRule="auto"/>
        <w:ind w:left="720"/>
      </w:pPr>
      <w:r/>
      <w:hyperlink r:id="rId11">
        <w:r>
          <w:rPr>
            <w:color w:val="0000EE"/>
            <w:u w:val="single"/>
          </w:rPr>
          <w:t>https://www.broadwaypodcastnetwork.com/podcast/finding-fire-island/</w:t>
        </w:r>
      </w:hyperlink>
      <w:r>
        <w:t xml:space="preserve"> - The 'Finding Fire Island' podcast explores the history and cultural significance of Fire Island, featuring insights from residents and visitors. Hosted by Jess Rothschild, the series delves into the evolution of Cherry Grove and The Fire Island Pines as LGBTQ+ destinations, with contributions from notable figures like Joel Kim Booster, Margaret Cho, and Matt Rogers. The podcast offers a behind-the-scenes look at the island's transformation from the 1950s to the present day, highlighting its role as a queer mecca for artists and the New York City theater community.</w:t>
      </w:r>
      <w:r/>
    </w:p>
    <w:p>
      <w:pPr>
        <w:pStyle w:val="ListNumber"/>
        <w:spacing w:line="240" w:lineRule="auto"/>
        <w:ind w:left="720"/>
      </w:pPr>
      <w:r/>
      <w:hyperlink r:id="rId10">
        <w:r>
          <w:rPr>
            <w:color w:val="0000EE"/>
            <w:u w:val="single"/>
          </w:rPr>
          <w:t>https://www.podtail.com/en/podcast/las-culturistas/</w:t>
        </w:r>
      </w:hyperlink>
      <w:r>
        <w:t xml:space="preserve"> - Hosted by Matt Rogers and Bowen Yang, 'Las Culturistas' is a podcast that delves into pop culture, featuring discussions with A-list celebrities and cultural commentators. The show has featured guests like Lady Gaga, Nicole Kidman, and Michelle Obama, exploring various cultural topics and experiences. With over 500 episodes, the podcast has become a staple in the entertainment industry, offering listeners insightful and entertaining conversations on a wide range of subjects.</w:t>
      </w:r>
      <w:r/>
    </w:p>
    <w:p>
      <w:pPr>
        <w:pStyle w:val="ListNumber"/>
        <w:spacing w:line="240" w:lineRule="auto"/>
        <w:ind w:left="720"/>
      </w:pPr>
      <w:r/>
      <w:hyperlink r:id="rId13">
        <w:r>
          <w:rPr>
            <w:color w:val="0000EE"/>
            <w:u w:val="single"/>
          </w:rPr>
          <w:t>https://www.podtail.com/en/podcast/las-culturistas/queer-bar-grill-w-miss-peppermint/</w:t>
        </w:r>
      </w:hyperlink>
      <w:r>
        <w:t xml:space="preserve"> - In this episode of 'Las Culturistas', hosts Matt Rogers and Bowen Yang are joined by Miss Peppermint, a renowned drag performer and NYC Pride Grand Marshal. They discuss Peppermint's journey as a political messenger, the community aspect of karaoke, and the art of flirtation in contemporary culture. The conversation also touches on Peppermint's experiences with drag culture, her role in the community, and her upcoming projects, providing listeners with an engaging and insightful discussion on LGBTQ+ culture and entertainment.</w:t>
      </w:r>
      <w:r/>
    </w:p>
    <w:p>
      <w:pPr>
        <w:pStyle w:val="ListNumber"/>
        <w:spacing w:line="240" w:lineRule="auto"/>
        <w:ind w:left="720"/>
      </w:pPr>
      <w:r/>
      <w:hyperlink r:id="rId14">
        <w:r>
          <w:rPr>
            <w:color w:val="0000EE"/>
            <w:u w:val="single"/>
          </w:rPr>
          <w:t>https://www.podtail.com/en/podcast/las-culturistas/an-attack-on-leos-w-matt-bowen-friends/</w:t>
        </w:r>
      </w:hyperlink>
      <w:r>
        <w:t xml:space="preserve"> - In this episode of 'Las Culturistas', hosts Matt Rogers and Bowen Yang are joined by friends Josh, Aaron, and Whit for a lively discussion. They share their experiences creating a 'body by god' with glute bridges, review Sabrina Carpenter's 'Short N' Sweet', and critique male celebrity Leos. The conversation also delves into topics like Blake Lively's interview approach, Chappell Roan's boundary-setting, and the upcoming Iconic 400, offering listeners a humorous and candid take on various cultural and entertainment topics.</w:t>
      </w:r>
      <w:r/>
    </w:p>
    <w:p>
      <w:pPr>
        <w:pStyle w:val="ListNumber"/>
        <w:spacing w:line="240" w:lineRule="auto"/>
        <w:ind w:left="720"/>
      </w:pPr>
      <w:r/>
      <w:hyperlink r:id="rId12">
        <w:r>
          <w:rPr>
            <w:color w:val="0000EE"/>
            <w:u w:val="single"/>
          </w:rPr>
          <w:t>https://www.podtail.com/en/podcast/las-culturistas/hey-you-famous-w-andrew-ahn-joel-kim-booster/</w:t>
        </w:r>
      </w:hyperlink>
      <w:r>
        <w:t xml:space="preserve"> - Director Andrew Ahn and writer/star Joel Kim Booster join 'Las Culturistas' hosts Matt Rogers and Bowen Yang to discuss their film 'Fire Island'. The conversation covers their experiences working on the project, connecting as a cast and crew, and the process of creating and sharing art. They also discuss the Be Real phenomenon, VH1's Pop Up Video, the death of blooper culture, and their shared admiration for Ms. Swan, providing listeners with an engaging and insightful look into the making of 'Fire Island'.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culture/matt-rogers-stop-that-train-working-with-rupaul-favourite-lgbtq-hotspot-532218/" TargetMode="External"/><Relationship Id="rId10" Type="http://schemas.openxmlformats.org/officeDocument/2006/relationships/hyperlink" Target="https://www.podtail.com/en/podcast/las-culturistas/" TargetMode="External"/><Relationship Id="rId11" Type="http://schemas.openxmlformats.org/officeDocument/2006/relationships/hyperlink" Target="https://www.broadwaypodcastnetwork.com/podcast/finding-fire-island/" TargetMode="External"/><Relationship Id="rId12" Type="http://schemas.openxmlformats.org/officeDocument/2006/relationships/hyperlink" Target="https://www.podtail.com/en/podcast/las-culturistas/hey-you-famous-w-andrew-ahn-joel-kim-booster/" TargetMode="External"/><Relationship Id="rId13" Type="http://schemas.openxmlformats.org/officeDocument/2006/relationships/hyperlink" Target="https://www.podtail.com/en/podcast/las-culturistas/queer-bar-grill-w-miss-peppermint/" TargetMode="External"/><Relationship Id="rId14" Type="http://schemas.openxmlformats.org/officeDocument/2006/relationships/hyperlink" Target="https://www.podtail.com/en/podcast/las-culturistas/an-attack-on-leos-w-matt-bowen-frie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