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News for Fans: Madison Bailey Teases a Queer Role After Outer Banks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talking about representation as Madison Bailey teases a new queer role after Outer Banks ended; the actor , who came out as pansexual , says it's never too late and that she's keen to bring joy, not trauma, to queer storytelling, a note that matters to fans and the industry.</w:t>
      </w:r>
      <w:r/>
    </w:p>
    <w:p>
      <w:r/>
      <w:r>
        <w:t>Essential Takeaways</w:t>
      </w:r>
      <w:r/>
      <w:r/>
    </w:p>
    <w:p>
      <w:pPr>
        <w:pStyle w:val="ListBullet"/>
        <w:spacing w:line="240" w:lineRule="auto"/>
        <w:ind w:left="720"/>
      </w:pPr>
      <w:r/>
      <w:r>
        <w:rPr>
          <w:b/>
        </w:rPr>
        <w:t>Madison Bailey’s identity:</w:t>
      </w:r>
      <w:r>
        <w:t xml:space="preserve"> She publicly came out as pansexual in 2020 and has been one of the most visible out actors from a Netflix teen hit.</w:t>
      </w:r>
      <w:r/>
    </w:p>
    <w:p>
      <w:pPr>
        <w:pStyle w:val="ListBullet"/>
        <w:spacing w:line="240" w:lineRule="auto"/>
        <w:ind w:left="720"/>
      </w:pPr>
      <w:r/>
      <w:r>
        <w:rPr>
          <w:b/>
        </w:rPr>
        <w:t>Kiara’s on-screen arc:</w:t>
      </w:r>
      <w:r>
        <w:t xml:space="preserve"> Kiara Carrera finished five seasons without an explicitly queer storyline, remaining romantically linked to male characters.</w:t>
      </w:r>
      <w:r/>
    </w:p>
    <w:p>
      <w:pPr>
        <w:pStyle w:val="ListBullet"/>
        <w:spacing w:line="240" w:lineRule="auto"/>
        <w:ind w:left="720"/>
      </w:pPr>
      <w:r/>
      <w:r>
        <w:rPr>
          <w:b/>
        </w:rPr>
        <w:t>New project hint:</w:t>
      </w:r>
      <w:r>
        <w:t xml:space="preserve"> Bailey told Out she’s manifesting a queer role that’s “on the way,” but gave no project details.</w:t>
      </w:r>
      <w:r/>
    </w:p>
    <w:p>
      <w:pPr>
        <w:pStyle w:val="ListBullet"/>
        <w:spacing w:line="240" w:lineRule="auto"/>
        <w:ind w:left="720"/>
      </w:pPr>
      <w:r/>
      <w:r>
        <w:rPr>
          <w:b/>
        </w:rPr>
        <w:t>Tone preference:</w:t>
      </w:r>
      <w:r>
        <w:t xml:space="preserve"> She wants to play joyful, celebratory queer stories rather than dark, trauma-heavy narratives.</w:t>
      </w:r>
      <w:r/>
    </w:p>
    <w:p>
      <w:pPr>
        <w:pStyle w:val="ListBullet"/>
        <w:spacing w:line="240" w:lineRule="auto"/>
        <w:ind w:left="720"/>
      </w:pPr>
      <w:r/>
      <w:r>
        <w:rPr>
          <w:b/>
        </w:rPr>
        <w:t>Why it matters:</w:t>
      </w:r>
      <w:r>
        <w:t xml:space="preserve"> Fans see Bailey as off-screen representation, and any casting announcement will be closely watched.</w:t>
      </w:r>
      <w:r/>
      <w:r/>
    </w:p>
    <w:p>
      <w:pPr>
        <w:pStyle w:val="Heading2"/>
      </w:pPr>
      <w:r>
        <w:t>Why Bailey’s tease landed with fans , and why it feels personal</w:t>
      </w:r>
      <w:r/>
    </w:p>
    <w:p>
      <w:r/>
      <w:r>
        <w:t>Madison Bailey’s offhand “it’s never too late” line to Out struck a chord because it was said the same day Outer Banks dropped its final episodes. The timing was cinematic: an actor who came out while the show was running pointing to possibility just as the character’s storyline closed. According to Teen Vogue’s reporting on her coming out, Bailey has occupied that unusual space where an actor’s public identity and a long-running role don’t line up on screen. For viewers who wanted Kiara’s life to reflect Bailey’s, that gap has felt real and tangible.</w:t>
      </w:r>
      <w:r/>
    </w:p>
    <w:p>
      <w:pPr>
        <w:pStyle w:val="Heading2"/>
      </w:pPr>
      <w:r>
        <w:t>Kiara on-screen: a moral centre without queer plotting</w:t>
      </w:r>
      <w:r/>
    </w:p>
    <w:p>
      <w:r/>
      <w:r>
        <w:t>Kiara Carrera finished the series as the show’s emotional anchor and a romantic partner to key characters, which left little room in the scripts to explore other facets of her identity. Industry coverage and fan wikis chart how Kiara’s relationships played out across seasons, and the narrative choices made her a stabilising figure rather than an exploration point. That’s not a knock on the performance , Kiara’s warmth and groundedness were central to the Pogues , but it does explain why writers didn’t retrofit a queer arc late in the run.</w:t>
      </w:r>
      <w:r/>
    </w:p>
    <w:p>
      <w:pPr>
        <w:pStyle w:val="Heading2"/>
      </w:pPr>
      <w:r>
        <w:t>Bailey’s view: represent off-screen and choose joy on screen</w:t>
      </w:r>
      <w:r/>
    </w:p>
    <w:p>
      <w:r/>
      <w:r>
        <w:t>Bailey drew a clear line between job and platform in her conversation with Out, saying she’s glad people can still connect with her off-screen. She’s made an active case for queer visibility that doesn’t hinge on forcing change into an existing character’s ending. Crucially, she’s also vocal about tone: she wants to avoid the “dark, sad” coming-out trajectories and instead see joyful queer stories. That echoes a wider push in entertainment for diverse portrayals that include happiness and ordinariness, not only trauma.</w:t>
      </w:r>
      <w:r/>
    </w:p>
    <w:p>
      <w:pPr>
        <w:pStyle w:val="Heading2"/>
      </w:pPr>
      <w:r>
        <w:t>What the tease might mean for casting and future projects</w:t>
      </w:r>
      <w:r/>
    </w:p>
    <w:p>
      <w:r/>
      <w:r>
        <w:t>The actual tease was short: Bailey suggested a queer role is “coming to life” in real time, but shared no title or partners. Deadline has reported other items on her slate, such as a coming-of-age musical, but nothing confirms this whisper. In today’s climate, casting notices and announce­­ments travel fast, and given Bailey’s visibility, any new project with her at its centre will be read as a statement about representation , and about what kind of queer stories Hollywood is finally ready to tell.</w:t>
      </w:r>
      <w:r/>
    </w:p>
    <w:p>
      <w:pPr>
        <w:pStyle w:val="Heading2"/>
      </w:pPr>
      <w:r>
        <w:t>Choosing better queer stories: what audiences and creators can look for</w:t>
      </w:r>
      <w:r/>
    </w:p>
    <w:p>
      <w:r/>
      <w:r>
        <w:t>If you’re hoping for richer queer representation, here are simple signals to watch for: characters whose sexuality is part of life rather than the whole plot, relationships that include joy and humour, and creators from the community in writing or producing rooms. Bailey’s comment about manifesting a joyful role is a reminder that actors and audiences both push the needle by demanding variety , not just more queer characters, but different kinds of queer stories.</w:t>
      </w:r>
      <w:r/>
    </w:p>
    <w:p>
      <w:r/>
      <w:r>
        <w:t>It's a small change that can make every fresh casting announcement feel like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https://www.fanbolt.com/179905/outer-banks-star-madison-bailey-reflects-on-kiaras-missed-queer-storyline/?utm_source=rss&amp;utm_medium=rss&amp;utm_campaign=outer-banks-star-madison-bailey-reflects-on-kiaras-missed-queer-storyline</w:t>
        </w:r>
      </w:hyperlink>
      <w:r>
        <w:t xml:space="preserve"> - Please view link - unable to able to access data</w:t>
      </w:r>
      <w:r/>
    </w:p>
    <w:p>
      <w:pPr>
        <w:pStyle w:val="ListNumber"/>
        <w:spacing w:line="240" w:lineRule="auto"/>
        <w:ind w:left="720"/>
      </w:pPr>
      <w:r/>
      <w:hyperlink r:id="rId10">
        <w:r>
          <w:rPr>
            <w:color w:val="0000EE"/>
            <w:u w:val="single"/>
          </w:rPr>
          <w:t>https://www.teenvogue.com/story/outer-banks-madison-bailey-comes-out-as-pansexual</w:t>
        </w:r>
      </w:hyperlink>
      <w:r>
        <w:t xml:space="preserve"> - In June 2020, Madison Bailey, known for her role as Kiara on 'Outer Banks', publicly came out as pansexual. She expressed feeling 'lighter' and 'happier' after embracing her sexuality, highlighting the importance of openness and honesty. Bailey also discussed her relationship with Mariah Linney, a University of North Carolina at Charlotte basketball player, and encouraged others to come out if they feel ready and safe to do so. She believes that most people are fluid in their sexuality and doesn't believe in the concept of straight people, describing them as 'as real as unicorns to me'.</w:t>
      </w:r>
      <w:r/>
    </w:p>
    <w:p>
      <w:pPr>
        <w:pStyle w:val="ListNumber"/>
        <w:spacing w:line="240" w:lineRule="auto"/>
        <w:ind w:left="720"/>
      </w:pPr>
      <w:r/>
      <w:hyperlink r:id="rId13">
        <w:r>
          <w:rPr>
            <w:color w:val="0000EE"/>
            <w:u w:val="single"/>
          </w:rPr>
          <w:t>https://www.mandatory.com/news/1835164-outer-banks-season-5-madison-bailey-lack-of-queer-representation-lgbtq</w:t>
        </w:r>
      </w:hyperlink>
      <w:r>
        <w:t xml:space="preserve"> - In August 2026, Madison Bailey, the pansexual actress from 'Outer Banks', addressed the show's lack of queer representation in an interview with Out. She expressed her desire for more LGBTQ+ visibility both on and off screen, particularly wishing her character, Kiara, had come out during the series. Bailey also teased a potential upcoming queer role, stating, 'Can I tease that might be coming to life right now in real time? It’s on the way! I’ve been manifesting it.' She emphasised the importance of portraying joyful and positive LGBTQ+ stories.</w:t>
      </w:r>
      <w:r/>
    </w:p>
    <w:p>
      <w:pPr>
        <w:pStyle w:val="ListNumber"/>
        <w:spacing w:line="240" w:lineRule="auto"/>
        <w:ind w:left="720"/>
      </w:pPr>
      <w:r/>
      <w:hyperlink r:id="rId11">
        <w:r>
          <w:rPr>
            <w:color w:val="0000EE"/>
            <w:u w:val="single"/>
          </w:rPr>
          <w:t>https://www.allure.com/story/madison-bailey-cover-interview</w:t>
        </w:r>
      </w:hyperlink>
      <w:r>
        <w:t xml:space="preserve"> - In January 2025, Madison Bailey discussed her journey in the entertainment industry and her passion for music in an interview with Allure. She reflected on her experiences, including her role in 'Outer Banks' and her recent travels. Bailey also shared her aspirations in music, mentioning her plans to release new songs and her desire to explore her creative side further. The interview highlighted her multifaceted talents and her commitment to personal growth and artistic expression.</w:t>
      </w:r>
      <w:r/>
    </w:p>
    <w:p>
      <w:pPr>
        <w:pStyle w:val="ListNumber"/>
        <w:spacing w:line="240" w:lineRule="auto"/>
        <w:ind w:left="720"/>
      </w:pPr>
      <w:r/>
      <w:hyperlink r:id="rId15">
        <w:r>
          <w:rPr>
            <w:color w:val="0000EE"/>
            <w:u w:val="single"/>
          </w:rPr>
          <w:t>https://www.youtube.com/watch?v=gGe_jw-Oqhk</w:t>
        </w:r>
      </w:hyperlink>
      <w:r>
        <w:t xml:space="preserve"> - In this video, Madison Bailey, known for her role in 'Outer Banks', comes out as pansexual and introduces her girlfriend. She shares her feelings about being open with her sexuality and the positive impact it has had on her mental health. Bailey discusses her journey of self-acceptance and the importance of embracing one's true self. The video provides insight into her personal life and her experiences as a member of the LGBTQ+ community.</w:t>
      </w:r>
      <w:r/>
    </w:p>
    <w:p>
      <w:pPr>
        <w:pStyle w:val="ListNumber"/>
        <w:spacing w:line="240" w:lineRule="auto"/>
        <w:ind w:left="720"/>
      </w:pPr>
      <w:r/>
      <w:hyperlink r:id="rId14">
        <w:r>
          <w:rPr>
            <w:color w:val="0000EE"/>
            <w:u w:val="single"/>
          </w:rPr>
          <w:t>https://www.youtube.com/watch?v=zuv8E2LyF1Q</w:t>
        </w:r>
      </w:hyperlink>
      <w:r>
        <w:t xml:space="preserve"> - Madison Bailey, star of 'Outer Banks', celebrates Pride Month by announcing she is pansexual and in a relationship. She shares the news with her fans on TikTok and discusses her experiences as a member of the LGBTQ+ community. Bailey expresses her happiness and pride in her identity and encourages others to embrace their true selves. The video highlights her journey of self-discovery and the importance of representation in the entertainment industry.</w:t>
      </w:r>
      <w:r/>
    </w:p>
    <w:p>
      <w:pPr>
        <w:pStyle w:val="ListNumber"/>
        <w:spacing w:line="240" w:lineRule="auto"/>
        <w:ind w:left="720"/>
      </w:pPr>
      <w:r/>
      <w:hyperlink r:id="rId12">
        <w:r>
          <w:rPr>
            <w:color w:val="0000EE"/>
            <w:u w:val="single"/>
          </w:rPr>
          <w:t>https://outer-banks-netflix.fandom.com/wiki/Kiara_Carrera</w:t>
        </w:r>
      </w:hyperlink>
      <w:r>
        <w:t xml:space="preserve"> - Kiara Carrera, portrayed by Madison Bailey, is a central character in 'Outer Banks'. Coming from a wealthy family, she identifies with the Pogues and seeks a life of freedom away from the Kook lifestyle. Throughout the series, Kiara's relationships with other characters, including John B, Pope, and JJ, are explored. Her character is known for her strong moral compass and her role as the group's moral centre. Kiara's journey reflects themes of identity, belonging, and personal growth.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nbolt.com/179905/outer-banks-star-madison-bailey-reflects-on-kiaras-missed-queer-storyline/?utm_source=rss&amp;utm_medium=rss&amp;utm_campaign=outer-banks-star-madison-bailey-reflects-on-kiaras-missed-queer-storyline" TargetMode="External"/><Relationship Id="rId10" Type="http://schemas.openxmlformats.org/officeDocument/2006/relationships/hyperlink" Target="https://www.teenvogue.com/story/outer-banks-madison-bailey-comes-out-as-pansexual" TargetMode="External"/><Relationship Id="rId11" Type="http://schemas.openxmlformats.org/officeDocument/2006/relationships/hyperlink" Target="https://www.allure.com/story/madison-bailey-cover-interview" TargetMode="External"/><Relationship Id="rId12" Type="http://schemas.openxmlformats.org/officeDocument/2006/relationships/hyperlink" Target="https://outer-banks-netflix.fandom.com/wiki/Kiara_Carrera" TargetMode="External"/><Relationship Id="rId13" Type="http://schemas.openxmlformats.org/officeDocument/2006/relationships/hyperlink" Target="https://www.mandatory.com/news/1835164-outer-banks-season-5-madison-bailey-lack-of-queer-representation-lgbtq" TargetMode="External"/><Relationship Id="rId14" Type="http://schemas.openxmlformats.org/officeDocument/2006/relationships/hyperlink" Target="https://www.youtube.com/watch?v=zuv8E2LyF1Q" TargetMode="External"/><Relationship Id="rId15" Type="http://schemas.openxmlformats.org/officeDocument/2006/relationships/hyperlink" Target="https://www.youtube.com/watch?v=gGe_jw-Oqh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