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Guide for Visiting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sightseers and party people are heading back to Canal Street , Manchester Village Pride returns for the August Bank Holiday weekend with four days of music, a Pride Parade, a new fringe programme and a community-first organisation promising fair pay and local talent. Here’s what to know, where to go and how to make the most of it.</w:t>
      </w:r>
      <w:r/>
    </w:p>
    <w:p>
      <w:r/>
      <w:r>
        <w:t>Essential Takeaways</w:t>
      </w:r>
      <w:r/>
      <w:r/>
    </w:p>
    <w:p>
      <w:pPr>
        <w:pStyle w:val="ListBullet"/>
        <w:spacing w:line="240" w:lineRule="auto"/>
        <w:ind w:left="720"/>
      </w:pPr>
      <w:r/>
      <w:r>
        <w:rPr>
          <w:b/>
        </w:rPr>
        <w:t>When and where:</w:t>
      </w:r>
      <w:r>
        <w:t xml:space="preserve"> Manchester Village Pride runs Friday 28–Monday 31 August 2026, centred on the Gay Village around Canal Street. </w:t>
      </w:r>
      <w:r/>
    </w:p>
    <w:p>
      <w:pPr>
        <w:pStyle w:val="ListBullet"/>
        <w:spacing w:line="240" w:lineRule="auto"/>
        <w:ind w:left="720"/>
      </w:pPr>
      <w:r/>
      <w:r>
        <w:rPr>
          <w:b/>
        </w:rPr>
        <w:t>Line-up and vibe:</w:t>
      </w:r>
      <w:r>
        <w:t xml:space="preserve"> Big names mix with local DJs, drag and live acts , expect pop, club hits and a community focus. </w:t>
      </w:r>
      <w:r/>
    </w:p>
    <w:p>
      <w:pPr>
        <w:pStyle w:val="ListBullet"/>
        <w:spacing w:line="240" w:lineRule="auto"/>
        <w:ind w:left="720"/>
      </w:pPr>
      <w:r/>
      <w:r>
        <w:rPr>
          <w:b/>
        </w:rPr>
        <w:t>New structure:</w:t>
      </w:r>
      <w:r>
        <w:t xml:space="preserve"> The event is run by a not-for-profit Community Interest Company with Equity agreements for fair pay. </w:t>
      </w:r>
      <w:r/>
    </w:p>
    <w:p>
      <w:pPr>
        <w:pStyle w:val="ListBullet"/>
        <w:spacing w:line="240" w:lineRule="auto"/>
        <w:ind w:left="720"/>
      </w:pPr>
      <w:r/>
      <w:r>
        <w:rPr>
          <w:b/>
        </w:rPr>
        <w:t>More than a party:</w:t>
      </w:r>
      <w:r>
        <w:t xml:space="preserve"> Pride Fringe spreads queer culture across the city with theatre, film, talks, family events and history walks. </w:t>
      </w:r>
      <w:r/>
    </w:p>
    <w:p>
      <w:pPr>
        <w:pStyle w:val="ListBullet"/>
        <w:spacing w:line="240" w:lineRule="auto"/>
        <w:ind w:left="720"/>
      </w:pPr>
      <w:r/>
      <w:r>
        <w:rPr>
          <w:b/>
        </w:rPr>
        <w:t>Practical note:</w:t>
      </w:r>
      <w:r>
        <w:t xml:space="preserve"> Parade viewing is free; performers and participants should register in advance and check schedules for family-friendly slots.</w:t>
      </w:r>
      <w:r/>
      <w:r/>
    </w:p>
    <w:p>
      <w:pPr>
        <w:pStyle w:val="Heading2"/>
      </w:pPr>
      <w:r>
        <w:t>Why the Gay Village is centre stage again</w:t>
      </w:r>
      <w:r/>
    </w:p>
    <w:p>
      <w:r/>
      <w:r>
        <w:t>Canal Street is back in the driving seat, buzzy and bright, with the Gay Village Party reclaiming the corner of Manchester that most people picture when they think of Pride. Organisers have deliberately shifted the programme to put local artists and drag talent at the front, so the weekend feels more like a neighbourhood celebration than just a stadium gig. That decision follows the collapse of the previous organiser and reads like an intentional reboot , more grassroots, less corporate gloss. If you want the full atmosphere, plan to arrive early for daytime street performers and save a Canal Street pub crawl for after dark; the buzz is tangible and the crowd warm.</w:t>
      </w:r>
      <w:r/>
    </w:p>
    <w:p>
      <w:pPr>
        <w:pStyle w:val="Heading2"/>
      </w:pPr>
      <w:r>
        <w:t>What to expect from the new Pride weekend</w:t>
      </w:r>
      <w:r/>
    </w:p>
    <w:p>
      <w:r/>
      <w:r>
        <w:t>Four days of music, DJs, drag and community events make the long weekend surprisingly easy to fill without rushing. Big-name acts sit alongside emerging Manchester artists, and there’s a clear push to showcase home-grown talent rather than pack the bill with touring headliners. Saturday’s Pride Parade remains a highlight , it’s free to watch and answers the same civic, colourful energy you’d expect, though if you want to march you’ll need to register. Bring comfortable shoes, a portable phone charger and a lightweight waterproof: even an August Bank Holiday in Manchester can surprise you.</w:t>
      </w:r>
      <w:r/>
    </w:p>
    <w:p>
      <w:pPr>
        <w:pStyle w:val="Heading2"/>
      </w:pPr>
      <w:r>
        <w:t>The Pride Fringe: culture, history and family-friendly options</w:t>
      </w:r>
      <w:r/>
    </w:p>
    <w:p>
      <w:r/>
      <w:r>
        <w:t>If loud crowds aren’t your thing, the new Pride Fringe spreads events across theatres, galleries and community spaces so you can pick quieter cultural moments. Expect queer cinema, talks, exhibitions, science and history walks , great if you want context and conversation alongside the party music. Family events such as Proud Fest are also on the calendar, which makes the festival more accessible to people visiting with kids or older relatives. Tip: book ticketed Fringe shows in advance and check times for daytime activities if you prefer a gentler schedule.</w:t>
      </w:r>
      <w:r/>
    </w:p>
    <w:p>
      <w:pPr>
        <w:pStyle w:val="Heading2"/>
      </w:pPr>
      <w:r>
        <w:t>Venues, bars and the best places to spend an evening</w:t>
      </w:r>
      <w:r/>
    </w:p>
    <w:p>
      <w:r/>
      <w:r>
        <w:t>Canal Street’s mix of venues means something for everyone: from big clubs and bargain pop nights to classic pubs with cabaret and niche, community-run spaces. Via is one of the older, glossier spots with chandeliers and a theatrical interior, while G-A-Y Manchester tends to attract a younger, student crowd with pop hits and cheap deals. For a more traditional pub-and-cabaret vibe try The Church, and queer womxn often head to Vanilla for its long-running lesbian-friendly programme and regular DJ nights. If you’re curious, walk the side streets as well , many of the best queer nights and niche venues hide just off the main drag.</w:t>
      </w:r>
      <w:r/>
    </w:p>
    <w:p>
      <w:pPr>
        <w:pStyle w:val="Heading2"/>
      </w:pPr>
      <w:r>
        <w:t>Where to stay and how to time your trip</w:t>
      </w:r>
      <w:r/>
    </w:p>
    <w:p>
      <w:r/>
      <w:r>
        <w:t>If you want to be at the heart of things, boutique stays on Canal Street and nearby are worth the premium; Velvet Hotel gives party-goers doors-on-the-street access, while Heathcote and The Edwardian offer bigger, stylish options. Book early: hotels fill fast for Pride weekend and rates rise as the event approaches. If you prefer quieter nights, consider a base a short tram ride away , Manchester’s tram and train links mean you can stay calm and commute in when you want to join the revelry. Arrive by train from London Euston in under two-and-a-half hours if you want to avoid airport transfers; Manchester Airport is also about 30 minutes from the centre.</w:t>
      </w:r>
      <w:r/>
    </w:p>
    <w:p>
      <w:pPr>
        <w:pStyle w:val="Heading2"/>
      </w:pPr>
      <w:r>
        <w:t>Safety, access and community-first changes</w:t>
      </w:r>
      <w:r/>
    </w:p>
    <w:p>
      <w:r/>
      <w:r>
        <w:t>The new organisers have signed an agreement with Equity to guarantee professional standards and fair pay for performers, a clear response to payment problems reported after the 2025 event. Manchester Village Pride is structured as a Community Interest Company, which signals more transparency and a promise to keep community needs central. If you have accessibility requirements, check event pages in advance and make use of dedicated services; many Fringe venues are smaller and can be more flexible about seating and access. Remember that Pride is both celebration and protest , there’s history here, and the weekend works best when visitors respect local communities and safety marshals.</w:t>
      </w:r>
      <w:r/>
    </w:p>
    <w:p>
      <w:r/>
      <w:r>
        <w:t>It's a small change that can make Pride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https://www.vacationer.travel/queer-manchester-travel-guide/</w:t>
        </w:r>
      </w:hyperlink>
      <w:r>
        <w:t xml:space="preserve"> - Please view link - unable to able to access data</w:t>
      </w:r>
      <w:r/>
    </w:p>
    <w:p>
      <w:pPr>
        <w:pStyle w:val="ListNumber"/>
        <w:spacing w:line="240" w:lineRule="auto"/>
        <w:ind w:left="720"/>
      </w:pPr>
      <w:r/>
      <w:hyperlink r:id="rId10">
        <w:r>
          <w:rPr>
            <w:color w:val="0000EE"/>
            <w:u w:val="single"/>
          </w:rPr>
          <w:t>https://www.manchestervillagepride.org/faqs/</w:t>
        </w:r>
      </w:hyperlink>
      <w:r>
        <w:t xml:space="preserve"> - Manchester Village Pride is scheduled from Friday, 28 August to Monday, 31 August 2026. Event gates open at 6pm on Friday, 12pm on Saturday and Sunday, and 10am on Monday for the Family Fun Day. Closing times vary, with late-night access maintained from 11pm to 4am via specific gates. Tickets are required for entry and can be purchased in advance through Skiddle or at event box offices during the weekend. Early arrival is recommended, especially on Saturday following the Parade, as entry points can be busy during peak periods.</w:t>
      </w:r>
      <w:r/>
    </w:p>
    <w:p>
      <w:pPr>
        <w:pStyle w:val="ListNumber"/>
        <w:spacing w:line="240" w:lineRule="auto"/>
        <w:ind w:left="720"/>
      </w:pPr>
      <w:r/>
      <w:hyperlink r:id="rId13">
        <w:r>
          <w:rPr>
            <w:color w:val="0000EE"/>
            <w:u w:val="single"/>
          </w:rPr>
          <w:t>https://www.manchestertourism.org/manchester-pride-festival-guide/</w:t>
        </w:r>
      </w:hyperlink>
      <w:r>
        <w:t xml:space="preserve"> - The 2026 Manchester Village Pride festival runs from Friday, 28 August to Monday, 31 August 2026, with the Parade on Saturday, 29 August. The event is organised by Manchester Village Pride CIC, a community-led organisation replacing Manchester Pride Ltd. The festival includes the Parade, Candlelit Vigil at Sackville Gardens, and various events across the Gay Village. Tickets are available for purchase, with options for weekend passes, day passes, and family tickets. The theme for 2026 is 'No Place Like Home', celebrating Manchester's role as a welcoming LGBTQ+ destination.</w:t>
      </w:r>
      <w:r/>
    </w:p>
    <w:p>
      <w:pPr>
        <w:pStyle w:val="ListNumber"/>
        <w:spacing w:line="240" w:lineRule="auto"/>
        <w:ind w:left="720"/>
      </w:pPr>
      <w:r/>
      <w:hyperlink r:id="rId14">
        <w:r>
          <w:rPr>
            <w:color w:val="0000EE"/>
            <w:u w:val="single"/>
          </w:rPr>
          <w:t>https://www.gaydio.co.uk/wales/events/the-guide/event/levenshulme-pride/</w:t>
        </w:r>
      </w:hyperlink>
      <w:r>
        <w:t xml:space="preserve"> - Levenshulme Pride is a grassroots community event taking place from Friday, 14 August to Sunday, 16 August 2026, in the Levenshulme neighbourhood of South Manchester. The programme typically includes a Friday opening event, a parade and main festival on Saturday with multiple stages, community stalls, family programming, and food and drink, and a Sunday wind-down with community events across local venues. Independent businesses, queer-owned shops, local pubs, and partner venues across Levenshulme run their own Pride programming alongside the official festival. The 2026 line-up has not yet been confirmed.</w:t>
      </w:r>
      <w:r/>
    </w:p>
    <w:p>
      <w:pPr>
        <w:pStyle w:val="ListNumber"/>
        <w:spacing w:line="240" w:lineRule="auto"/>
        <w:ind w:left="720"/>
      </w:pPr>
      <w:r/>
      <w:hyperlink r:id="rId15">
        <w:r>
          <w:rPr>
            <w:color w:val="0000EE"/>
            <w:u w:val="single"/>
          </w:rPr>
          <w:t>https://www.gaydio.co.uk/uk/events/the-guide/event/trans-pride-manchester/</w:t>
        </w:r>
      </w:hyperlink>
      <w:r>
        <w:t xml:space="preserve"> - Trans Pride Manchester is a community-led march and community day for the trans, non-binary, and gender non-conforming community across Greater Manchester. The event is scheduled for Saturday, 1 August 2026, from 12:00 to 18:00. The march traditionally moves through Manchester's Gay Village around Canal Street and Sackville Gardens, with speeches, performances, and stalls from trans-led groups, mutual aid networks, and community charities. The day is centred on visibility, mutual support, and political demand, with trans healthcare, gender recognition, and the policy environment in the UK firmly in the frame. Sackville Gardens, the home of the Alan Turing memorial and the Beacon of Hope, is a site that carries weight for Manchester's wider LGBTQ+ history, and Trans Pride uses that ground deliberately. The event is free to attend, and the team operates on volunteer effort and donations, with money raised supporting the march, the year-round programme, and partner trans organisations.</w:t>
      </w:r>
      <w:r/>
    </w:p>
    <w:p>
      <w:pPr>
        <w:pStyle w:val="ListNumber"/>
        <w:spacing w:line="240" w:lineRule="auto"/>
        <w:ind w:left="720"/>
      </w:pPr>
      <w:r/>
      <w:hyperlink r:id="rId11">
        <w:r>
          <w:rPr>
            <w:color w:val="0000EE"/>
            <w:u w:val="single"/>
          </w:rPr>
          <w:t>https://mcr.city/event/manchester-village-pride-2026/</w:t>
        </w:r>
      </w:hyperlink>
      <w:r>
        <w:t xml:space="preserve"> - Manchester Village Pride 2026 is the city's premier summer celebration of LGBTQ+ music and culture, taking place across the vibrant Gay Village on Friday, 28 August 2026, from 12:00 to 06:00. With tickets ranging from £25 to £80, attendees can expect world-class performances, DJ sets, and entertainment from some of the biggest names in dance and pop music. The Gay Village itself is legendary on the UK gay scene, centred around Canal Street and packed with iconic venues, bars, and restaurants that create an electric atmosphere throughout the day.</w:t>
      </w:r>
      <w:r/>
    </w:p>
    <w:p>
      <w:pPr>
        <w:pStyle w:val="ListNumber"/>
        <w:spacing w:line="240" w:lineRule="auto"/>
        <w:ind w:left="720"/>
      </w:pPr>
      <w:r/>
      <w:hyperlink r:id="rId12">
        <w:r>
          <w:rPr>
            <w:color w:val="0000EE"/>
            <w:u w:val="single"/>
          </w:rPr>
          <w:t>https://www.visitmanchester.com/ideas-and-inspiration/lgbt/manchester-pride/</w:t>
        </w:r>
      </w:hyperlink>
      <w:r>
        <w:t xml:space="preserve"> - Manchester Village Pride Parade is scheduled for Saturday, 29 August 2026. The parade will wind through the city, finishing in the Village – the birthplace of Pride in Manchester over forty years ago. The exact route will be announced soon. This year’s theme, inspired by The Wizard of Oz, celebrates homecoming and Manchester’s reputation as a welcoming, safe space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queer-manchester-travel-guide/" TargetMode="External"/><Relationship Id="rId10" Type="http://schemas.openxmlformats.org/officeDocument/2006/relationships/hyperlink" Target="https://www.manchestervillagepride.org/faqs/" TargetMode="External"/><Relationship Id="rId11" Type="http://schemas.openxmlformats.org/officeDocument/2006/relationships/hyperlink" Target="https://mcr.city/event/manchester-village-pride-2026/" TargetMode="External"/><Relationship Id="rId12" Type="http://schemas.openxmlformats.org/officeDocument/2006/relationships/hyperlink" Target="https://www.visitmanchester.com/ideas-and-inspiration/lgbt/manchester-pride/" TargetMode="External"/><Relationship Id="rId13" Type="http://schemas.openxmlformats.org/officeDocument/2006/relationships/hyperlink" Target="https://www.manchestertourism.org/manchester-pride-festival-guide/" TargetMode="External"/><Relationship Id="rId14" Type="http://schemas.openxmlformats.org/officeDocument/2006/relationships/hyperlink" Target="https://www.gaydio.co.uk/wales/events/the-guide/event/levenshulme-pride/" TargetMode="External"/><Relationship Id="rId15" Type="http://schemas.openxmlformats.org/officeDocument/2006/relationships/hyperlink" Target="https://www.gaydio.co.uk/uk/events/the-guide/event/trans-pride-manche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