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Manchester Pride Fringe 2026: Dates, Fringe Programme and Tickets Guide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clubbers alike are already planning for Manchester Village Pride 28–31 August 2026; community organisers have stepped in to save the weekend and a lively Pride Fringe of gigs, tours, screenings and family events now runs across the Gay Village and city venues. Here’s what to expect, how to grab tickets, and which fringe highlights not to miss.</w:t>
      </w:r>
      <w:r/>
    </w:p>
    <w:p>
      <w:r/>
      <w:r>
        <w:t>Essential Takeaways</w:t>
      </w:r>
      <w:r/>
      <w:r/>
    </w:p>
    <w:p>
      <w:pPr>
        <w:pStyle w:val="ListBullet"/>
        <w:spacing w:line="240" w:lineRule="auto"/>
        <w:ind w:left="720"/>
      </w:pPr>
      <w:r/>
      <w:r>
        <w:rPr>
          <w:b/>
        </w:rPr>
        <w:t>When and where:</w:t>
      </w:r>
      <w:r>
        <w:t xml:space="preserve"> Manchester Village Pride runs Friday 28–Monday 31 August 2026 across the Gay Village (Bloom Street, Sackville Street, Sackville Gardens) and venues citywide.</w:t>
      </w:r>
      <w:r/>
    </w:p>
    <w:p>
      <w:pPr>
        <w:pStyle w:val="ListBullet"/>
        <w:spacing w:line="240" w:lineRule="auto"/>
        <w:ind w:left="720"/>
      </w:pPr>
      <w:r/>
      <w:r>
        <w:rPr>
          <w:b/>
        </w:rPr>
        <w:t>Community-run:</w:t>
      </w:r>
      <w:r>
        <w:t xml:space="preserve"> A new community-run CIC of business owners, residents and activists relaunched the event after last year’s organiser collapsed.</w:t>
      </w:r>
      <w:r/>
    </w:p>
    <w:p>
      <w:pPr>
        <w:pStyle w:val="ListBullet"/>
        <w:spacing w:line="240" w:lineRule="auto"/>
        <w:ind w:left="720"/>
      </w:pPr>
      <w:r/>
      <w:r>
        <w:rPr>
          <w:b/>
        </w:rPr>
        <w:t>Mixed ticketing:</w:t>
      </w:r>
      <w:r>
        <w:t xml:space="preserve"> Some events are free while headline shows and specific Fringe listings require tickets , check venue pages and the official listings.</w:t>
      </w:r>
      <w:r/>
    </w:p>
    <w:p>
      <w:pPr>
        <w:pStyle w:val="ListBullet"/>
        <w:spacing w:line="240" w:lineRule="auto"/>
        <w:ind w:left="720"/>
      </w:pPr>
      <w:r/>
      <w:r>
        <w:rPr>
          <w:b/>
        </w:rPr>
        <w:t>Family-friendly options:</w:t>
      </w:r>
      <w:r>
        <w:t xml:space="preserve"> There are free community and family days, Proud Fest activities and accessible dementia-friendly events.</w:t>
      </w:r>
      <w:r/>
    </w:p>
    <w:p>
      <w:pPr>
        <w:pStyle w:val="ListBullet"/>
        <w:spacing w:line="240" w:lineRule="auto"/>
        <w:ind w:left="720"/>
      </w:pPr>
      <w:r/>
      <w:r>
        <w:rPr>
          <w:b/>
        </w:rPr>
        <w:t>Varied programme:</w:t>
      </w:r>
      <w:r>
        <w:t xml:space="preserve"> Expect guided LGBTQ+ history tours, queer cabaret, drag nights (including a Schitt’s Creek tribute), galleries, workshops and club nights.</w:t>
      </w:r>
      <w:r/>
      <w:r/>
    </w:p>
    <w:p>
      <w:pPr>
        <w:pStyle w:val="Heading2"/>
      </w:pPr>
      <w:r>
        <w:t>What’s new this year , community organisers step up</w:t>
      </w:r>
      <w:r/>
    </w:p>
    <w:p>
      <w:r/>
      <w:r>
        <w:t>Manchester Village Pride has returned for 2026 after the previous organiser folded in late 2025, and locals banded together to keep the weekend alive. The mood this year feels very much rooted in the Gay Village itself, with Bloom Street and Sackville Gardens serving as the hub. That grassroots energy shows in the fringe: small venue shows rubbing shoulders with big community gatherings, and a tangible sense that people wanted Pride to belong to the city, not just a promoter’s schedule.</w:t>
      </w:r>
      <w:r/>
    </w:p>
    <w:p>
      <w:pPr>
        <w:pStyle w:val="Heading2"/>
      </w:pPr>
      <w:r>
        <w:t>Dates, venues and how to buy tickets</w:t>
      </w:r>
      <w:r/>
    </w:p>
    <w:p>
      <w:r/>
      <w:r>
        <w:t>The long weekend runs 28–31 August with events scattered across the Gay Village and venues such as HOME, Manchester Art Gallery and the Great Northern Warehouse. Some listings are free , community days and certain gallery tours, for instance , while headline nights and theatre pieces are ticketed. Your best bet is to bookmark official listings and venue pages, buy early for popular nights, and check ticket terms and FAQs on the Manchester Village Pride site to avoid surprises.</w:t>
      </w:r>
      <w:r/>
    </w:p>
    <w:p>
      <w:pPr>
        <w:pStyle w:val="Heading2"/>
      </w:pPr>
      <w:r>
        <w:t>Fringe highlights worth pencilling in</w:t>
      </w:r>
      <w:r/>
    </w:p>
    <w:p>
      <w:r/>
      <w:r>
        <w:t>There’s a rich mix on the Fringe: themed guided walks that trace Canal Street’s history, queer cabaret and comedy at independent spaces, and club nights running across the weekend. Notable mentions include a drag celebration inspired by Schitt’s Creek, family-focused Proud Fest activities, and dementia-friendly music events at the gallery. If you like variety, pick a mix of daytime tours and one late-night show , it keeps the weekend balanced and gives you time to soak up the Gay Village atmosphere.</w:t>
      </w:r>
      <w:r/>
    </w:p>
    <w:p>
      <w:pPr>
        <w:pStyle w:val="Heading2"/>
      </w:pPr>
      <w:r>
        <w:t>Planning tips , size, access and family needs</w:t>
      </w:r>
      <w:r/>
    </w:p>
    <w:p>
      <w:r/>
      <w:r>
        <w:t>If you’re heading down with children, aim for the Family &amp; Community Day on Monday when there’s a Lifestyle &amp; Community Expo, drag story time and youth workshops. For older or mobility-impaired visitors, check venues for step-free access and dementia-friendly sessions such as the Music and Memory events at Manchester Art Gallery. For busy club nights, pre-book and plan travel home early , the city centre is lively and taxis can fill up fast.</w:t>
      </w:r>
      <w:r/>
    </w:p>
    <w:p>
      <w:pPr>
        <w:pStyle w:val="Heading2"/>
      </w:pPr>
      <w:r>
        <w:t>Why it matters and what to watch next</w:t>
      </w:r>
      <w:r/>
    </w:p>
    <w:p>
      <w:r/>
      <w:r>
        <w:t>This year’s return feels like a small civic victory: residents and businesses protecting a cornerstone celebration of queer life. The community-run model may set a template for other cities, with a focus on accessibility, free programming and local talent. Keep an eye on fringe drops , organisers often add events closer to the dates, so follow venue socials and the official Pride site for late additions.</w:t>
      </w:r>
      <w:r/>
    </w:p>
    <w:p>
      <w:r/>
      <w:r>
        <w:t>It’s a small change that can make every weekend of Pride feel more personal.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1">
        <w:r>
          <w:rPr>
            <w:color w:val="0000EE"/>
            <w:u w:val="single"/>
          </w:rPr>
          <w:t>[5]</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13">
        <w:r>
          <w:rPr>
            <w:color w:val="0000EE"/>
            <w:u w:val="single"/>
          </w:rPr>
          <w:t>[6]</w:t>
        </w:r>
      </w:hyperlink>
      <w:r>
        <w:t xml:space="preserve">- Paragraph 5: </w:t>
      </w:r>
      <w:hyperlink r:id="rId9">
        <w:r>
          <w:rPr>
            <w:color w:val="0000EE"/>
            <w:u w:val="single"/>
          </w:rPr>
          <w:t>[1]</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https://www.mirror.co.uk/lifestyle/going-out/manchester-pride-events-dates-tickets-37572656</w:t>
        </w:r>
      </w:hyperlink>
      <w:r>
        <w:t xml:space="preserve"> - Please view link - unable to able to access data</w:t>
      </w:r>
      <w:r/>
    </w:p>
    <w:p>
      <w:pPr>
        <w:pStyle w:val="ListNumber"/>
        <w:spacing w:line="240" w:lineRule="auto"/>
        <w:ind w:left="720"/>
      </w:pPr>
      <w:r/>
      <w:hyperlink r:id="rId10">
        <w:r>
          <w:rPr>
            <w:color w:val="0000EE"/>
            <w:u w:val="single"/>
          </w:rPr>
          <w:t>https://www.manchestervillagepride.org/faqs/</w:t>
        </w:r>
      </w:hyperlink>
      <w:r>
        <w:t xml:space="preserve"> - The official Manchester Village Pride website provides detailed information about the event's schedule, ticketing, and access. The festival is set to take place from Friday 28th August to Monday 31st August 2026 in Manchester's Gay Village. Event gates will open at various times throughout the weekend, with late-night access maintained via specific gates. Tickets are required for entry and can be purchased in advance through Skiddle or, subject to availability, at event box offices during the weekend. It's recommended to purchase tickets early, especially for the busiest periods, as they may sell out.</w:t>
      </w:r>
      <w:r/>
    </w:p>
    <w:p>
      <w:pPr>
        <w:pStyle w:val="ListNumber"/>
        <w:spacing w:line="240" w:lineRule="auto"/>
        <w:ind w:left="720"/>
      </w:pPr>
      <w:r/>
      <w:hyperlink r:id="rId15">
        <w:r>
          <w:rPr>
            <w:color w:val="0000EE"/>
            <w:u w:val="single"/>
          </w:rPr>
          <w:t>https://www.manchestervillagepride.org/ticket-terms-conditions/</w:t>
        </w:r>
      </w:hyperlink>
      <w:r>
        <w:t xml:space="preserve"> - This page outlines the terms and conditions for tickets, wristbands, and other passes for Manchester Village Pride 2026. The event is organised by Manchester Village Pride CIC and will take place in and around Manchester's Gay Village from Friday 28th August to Monday 31st August 2026. Tickets are sold through Skiddle, which provides the booking platform. The terms cover various aspects, including ticket purchases, usage, and the responsibilities of both the organisers and attendees.</w:t>
      </w:r>
      <w:r/>
    </w:p>
    <w:p>
      <w:pPr>
        <w:pStyle w:val="ListNumber"/>
        <w:spacing w:line="240" w:lineRule="auto"/>
        <w:ind w:left="720"/>
      </w:pPr>
      <w:r/>
      <w:hyperlink r:id="rId12">
        <w:r>
          <w:rPr>
            <w:color w:val="0000EE"/>
            <w:u w:val="single"/>
          </w:rPr>
          <w:t>https://mcr.city/event/manchester-village-pride-2026/</w:t>
        </w:r>
      </w:hyperlink>
      <w:r>
        <w:t xml:space="preserve"> - MCR City provides an overview of Manchester Village Pride 2026, highlighting the event's date, venue, and ticket information. The festival is scheduled for Friday 28th August 2026 at Manchester Gay Village, located at Canal Street, Manchester, M1 3EZ. The event will run from 12:00 to 06:00, featuring world-class performances, DJ sets, and entertainment from prominent dance and pop music artists. Tickets range from £25 to £80, and the venue is easily accessible via public transport and on foot from Manchester Piccadilly or Deansgate stations.</w:t>
      </w:r>
      <w:r/>
    </w:p>
    <w:p>
      <w:pPr>
        <w:pStyle w:val="ListNumber"/>
        <w:spacing w:line="240" w:lineRule="auto"/>
        <w:ind w:left="720"/>
      </w:pPr>
      <w:r/>
      <w:hyperlink r:id="rId11">
        <w:r>
          <w:rPr>
            <w:color w:val="0000EE"/>
            <w:u w:val="single"/>
          </w:rPr>
          <w:t>https://www.manchestervillagepride.org/the-event/</w:t>
        </w:r>
      </w:hyperlink>
      <w:r>
        <w:t xml:space="preserve"> - The official Manchester Village Pride website details the event's programme highlights, including the Main Stage, Sackville Gardens Community Showcase, Dance Arena, and the Parade. The Main Stage will showcase Manchester and the UK's queer talent, with a commitment to fair pay and safe working conditions for artists. Sackville Gardens will host the Community Showcase, featuring reflection, acoustic sets, and community voices. The Dance Arena, curated by Manchester's nightlife legends, will offer house, techno, and disco music. The Parade on Saturday will be a vibrant display of colour marching through the city centre.</w:t>
      </w:r>
      <w:r/>
    </w:p>
    <w:p>
      <w:pPr>
        <w:pStyle w:val="ListNumber"/>
        <w:spacing w:line="240" w:lineRule="auto"/>
        <w:ind w:left="720"/>
      </w:pPr>
      <w:r/>
      <w:hyperlink r:id="rId13">
        <w:r>
          <w:rPr>
            <w:color w:val="0000EE"/>
            <w:u w:val="single"/>
          </w:rPr>
          <w:t>https://www.eaglemanchester.com/event-details/pride-2026-if-i-only-had-a-harness</w:t>
        </w:r>
      </w:hyperlink>
      <w:r>
        <w:t xml:space="preserve"> - Eagle Manchester announces the 'If I Only Had A Harness' event for Manchester Village Pride 2026, scheduled for Saturday 29th August 2026. The event will feature DJs Robbie Edwards and Roger Da Silva, running from 23:00 to 08:00. Attendees are encouraged to wear harnesses, aligning with the event's theme. Entry requires a Manchester Village Pride wristband, as there is no door admission during Pride Weekend. The venue is located at 15 Bloom Street, Manchester M1 3HZ, UK.</w:t>
      </w:r>
      <w:r/>
    </w:p>
    <w:p>
      <w:pPr>
        <w:pStyle w:val="ListNumber"/>
        <w:spacing w:line="240" w:lineRule="auto"/>
        <w:ind w:left="720"/>
      </w:pPr>
      <w:r/>
      <w:hyperlink r:id="rId14">
        <w:r>
          <w:rPr>
            <w:color w:val="0000EE"/>
            <w:u w:val="single"/>
          </w:rPr>
          <w:t>https://mcr.city/event/vanilla-manchester-village-pride-all-weekender/</w:t>
        </w:r>
      </w:hyperlink>
      <w:r>
        <w:t xml:space="preserve"> - MCR City provides details about the 'VANILLA – Manchester Village Pride ALL Weekender' event, taking place on Friday 28th August 2026 at Area, located at 50 Sackville Street, Manchester, M1 3WF. The event starts at 21:00 and runs until 05:00, featuring live performances, DJs, and an inclusive crowd ready to party across the entire weekend. The venue is situated in the heart of Manchester's Gay Village, surrounded by independent bars, restaurants, and the vibrant atmosphere the area is known for.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irror.co.uk/lifestyle/going-out/manchester-pride-events-dates-tickets-37572656" TargetMode="External"/><Relationship Id="rId10" Type="http://schemas.openxmlformats.org/officeDocument/2006/relationships/hyperlink" Target="https://www.manchestervillagepride.org/faqs/" TargetMode="External"/><Relationship Id="rId11" Type="http://schemas.openxmlformats.org/officeDocument/2006/relationships/hyperlink" Target="https://www.manchestervillagepride.org/the-event/" TargetMode="External"/><Relationship Id="rId12" Type="http://schemas.openxmlformats.org/officeDocument/2006/relationships/hyperlink" Target="https://mcr.city/event/manchester-village-pride-2026/" TargetMode="External"/><Relationship Id="rId13" Type="http://schemas.openxmlformats.org/officeDocument/2006/relationships/hyperlink" Target="https://www.eaglemanchester.com/event-details/pride-2026-if-i-only-had-a-harness" TargetMode="External"/><Relationship Id="rId14" Type="http://schemas.openxmlformats.org/officeDocument/2006/relationships/hyperlink" Target="https://mcr.city/event/vanilla-manchester-village-pride-all-weekender/" TargetMode="External"/><Relationship Id="rId15" Type="http://schemas.openxmlformats.org/officeDocument/2006/relationships/hyperlink" Target="https://www.manchestervillagepride.org/ticket-terms-condi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