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Bike Rides: Drag, Bikes and a 1.5-Mile Party to Pacific Pride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Join a colourful, welcoming roll to Pacific Pride Festival , riders meet, decorate bikes and parade together from downtown Santa Barbara to Chase Palm Park, showing what safe, joyful transport for queer communities can look like.</w:t>
      </w:r>
      <w:r/>
    </w:p>
    <w:p>
      <w:r/>
      <w:r>
        <w:t>Essential Takeaways</w:t>
      </w:r>
      <w:r/>
      <w:r/>
    </w:p>
    <w:p>
      <w:pPr>
        <w:pStyle w:val="ListBullet"/>
        <w:spacing w:line="240" w:lineRule="auto"/>
        <w:ind w:left="720"/>
      </w:pPr>
      <w:r/>
      <w:r>
        <w:rPr>
          <w:b/>
        </w:rPr>
        <w:t>When and where:</w:t>
      </w:r>
      <w:r>
        <w:t xml:space="preserve"> Meet at Bice Centro, 434 Olive St., at 9:30am, roll out at 10:15am for a 1.5-mile ride to Chase Palm Park.</w:t>
      </w:r>
      <w:r/>
    </w:p>
    <w:p>
      <w:pPr>
        <w:pStyle w:val="ListBullet"/>
        <w:spacing w:line="240" w:lineRule="auto"/>
        <w:ind w:left="720"/>
      </w:pPr>
      <w:r/>
      <w:r>
        <w:rPr>
          <w:b/>
        </w:rPr>
        <w:t>Accessible and inclusive:</w:t>
      </w:r>
      <w:r>
        <w:t xml:space="preserve"> The ride is open to all ages and abilities, no-drop and ridden at a gentle pace , easygoing and sociable.</w:t>
      </w:r>
      <w:r/>
    </w:p>
    <w:p>
      <w:pPr>
        <w:pStyle w:val="ListBullet"/>
        <w:spacing w:line="240" w:lineRule="auto"/>
        <w:ind w:left="720"/>
      </w:pPr>
      <w:r/>
      <w:r>
        <w:rPr>
          <w:b/>
        </w:rPr>
        <w:t>Special guest:</w:t>
      </w:r>
      <w:r>
        <w:t xml:space="preserve"> Local drag performer Dr. Linda, PhD, will ride in a trishaw and serve as Queen of Honor.</w:t>
      </w:r>
      <w:r/>
    </w:p>
    <w:p>
      <w:pPr>
        <w:pStyle w:val="ListBullet"/>
        <w:spacing w:line="240" w:lineRule="auto"/>
        <w:ind w:left="720"/>
      </w:pPr>
      <w:r/>
      <w:r>
        <w:rPr>
          <w:b/>
        </w:rPr>
        <w:t>Extras on offer:</w:t>
      </w:r>
      <w:r>
        <w:t xml:space="preserve"> Bike decorating station, light refreshments, and free BCycle access codes for those without bikes.</w:t>
      </w:r>
      <w:r/>
    </w:p>
    <w:p>
      <w:pPr>
        <w:pStyle w:val="ListBullet"/>
        <w:spacing w:line="240" w:lineRule="auto"/>
        <w:ind w:left="720"/>
      </w:pPr>
      <w:r/>
      <w:r>
        <w:rPr>
          <w:b/>
        </w:rPr>
        <w:t>Partners and purpose:</w:t>
      </w:r>
      <w:r>
        <w:t xml:space="preserve"> Presented by MOVE Santa Barbara County with Pacific Pride Foundation, BCycle Santa Barbara, the City’s Sustainability &amp; Resilience Department and Cycling Without Age.</w:t>
      </w:r>
      <w:r/>
      <w:r/>
    </w:p>
    <w:p>
      <w:pPr>
        <w:pStyle w:val="Heading2"/>
      </w:pPr>
      <w:r>
        <w:t>A colourful rollout , why this ride matters</w:t>
      </w:r>
      <w:r/>
    </w:p>
    <w:p>
      <w:r/>
      <w:r>
        <w:t>This is more than a short commute; it’s a visible gesture. MOVE Santa Barbara County is leading a gentle, 1.5-mile group ride from downtown to the Pacific Pride Festival that mixes celebration with a pointed message about safety and access for queer and trans people. Expect sequins, smiles and a neighbourhood moving together , the kind of public, low-speed parade that looks and feels like a community.</w:t>
      </w:r>
      <w:r/>
    </w:p>
    <w:p>
      <w:pPr>
        <w:pStyle w:val="Heading2"/>
      </w:pPr>
      <w:r>
        <w:t>Drag on wheels: Dr. Linda takes the trishaw</w:t>
      </w:r>
      <w:r/>
    </w:p>
    <w:p>
      <w:r/>
      <w:r>
        <w:t>Dr. Linda, PhD , a UCSB-trained quantitative biologist turned drag performer and longtime local organiser , will be front and centre, riding in a Cycling Without Age trishaw and later performing on the Pacific Pride Festival stage. Her presence turns an ordinary bike ride into a small spectacle, and she’s been named Queen of Honor for the event. It’s an easy way to connect performance, activism and transport in one joyful outing.</w:t>
      </w:r>
      <w:r/>
    </w:p>
    <w:p>
      <w:pPr>
        <w:pStyle w:val="Heading2"/>
      </w:pPr>
      <w:r>
        <w:t>Practical details: what to bring and how to join</w:t>
      </w:r>
      <w:r/>
    </w:p>
    <w:p>
      <w:r/>
      <w:r>
        <w:t>Riders meet at Bice Centro, 434 Olive St., at 9:30am and depart at 10:15am to arrive in time for the 11am Pride Pet Parade at Chase Palm Park’s Family Stage. MOVE will run a bike-decorating station and hand out light refreshments, so you can arrive plain and leave glittered. If you don’t have a bike, the Santa Barbara Office of Sustainability’s BCycle For All programme provides free BCycle codes on the day , perfect for anyone keen to join but short on wheels.</w:t>
      </w:r>
      <w:r/>
    </w:p>
    <w:p>
      <w:pPr>
        <w:pStyle w:val="Heading2"/>
      </w:pPr>
      <w:r>
        <w:t>Safe, no-drop riding for everyone</w:t>
      </w:r>
      <w:r/>
    </w:p>
    <w:p>
      <w:r/>
      <w:r>
        <w:t>MOVE emphasises inclusion: the ride is designed as no-drop and suitable for all abilities, meaning the group travels together at a comfortable speed so nobody’s left behind. That approach helps families, older riders and anyone who’s cautious about traffic join in. It’s a model that shows how city rides can be social and safe, not stressful.</w:t>
      </w:r>
      <w:r/>
    </w:p>
    <w:p>
      <w:pPr>
        <w:pStyle w:val="Heading2"/>
      </w:pPr>
      <w:r>
        <w:t>Why this is a small but loud policy nudge</w:t>
      </w:r>
      <w:r/>
    </w:p>
    <w:p>
      <w:r/>
      <w:r>
        <w:t>Sarah Iannarone of MOVE frames the ride as both party and protest: many trans and queer people change how and when they travel because of safety concerns, or stop going places altogether. A bright, public ride like this demonstrates an alternative , streets where people can move together without fear. Expect local partners , including Pacific Pride Foundation, BCycle Santa Barbara, the city’s Sustainability &amp; Resilience Department and Cycling Without Age , to see community value in those visuals.</w:t>
      </w:r>
      <w:r/>
    </w:p>
    <w:p>
      <w:r/>
      <w:r>
        <w:t>It’s a small change that can make every ride a little safer and a lot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https://www.noozhawk.com/drag-me-to-pride-local-bike-ride-rolls-to-pacific-pride-festival/</w:t>
        </w:r>
      </w:hyperlink>
      <w:r>
        <w:t xml:space="preserve"> - Please view link - unable to able to access data</w:t>
      </w:r>
      <w:r/>
    </w:p>
    <w:p>
      <w:pPr>
        <w:pStyle w:val="ListNumber"/>
        <w:spacing w:line="240" w:lineRule="auto"/>
        <w:ind w:left="720"/>
      </w:pPr>
      <w:r/>
      <w:hyperlink r:id="rId9">
        <w:r>
          <w:rPr>
            <w:color w:val="0000EE"/>
            <w:u w:val="single"/>
          </w:rPr>
          <w:t>https://www.noozhawk.com/drag-me-to-pride-local-bike-ride-rolls-to-pacific-pride-festival/</w:t>
        </w:r>
      </w:hyperlink>
      <w:r>
        <w:t xml:space="preserve"> - MOVE Santa Barbara County is organising a community bike ride to the Pacific Pride Festival on Saturday, August 22, starting at Bici Centro, 434 Olive St., Santa Barbara. Riders will gather at 9:30 a.m., departing at 10:15 a.m. for a 1.5-mile route, arriving at Chase Palm Park in time for the Pride Pet Parade at 11 a.m. The ride features local drag performer Dr. Linda, PhD, riding in a trishaw provided by Cycling Without Age. The event is open to all ages and abilities, ensuring no one is left behind. Dr. Linda is a UCSB-trained quantitative biologist, drag performer, host of the monthly BARBARA drag show, and co-founder and former president of UCSB’s Drag Club. Sarah Iannarone, executive director of MOVE Santa Barbara County, emphasised the importance of safe transportation for trans and queer individuals. Riders without a bike can receive a free BCycle access code through the Santa Barbara Office of Sustainability’s BCycle For All program. The ride is presented in partnership with Pacific Pride Foundation, BCycle Santa Barbara, Santa Barbara Sustainability &amp; Resilience Department, and Cycling Without Age.</w:t>
      </w:r>
      <w:r/>
    </w:p>
    <w:p>
      <w:pPr>
        <w:pStyle w:val="ListNumber"/>
        <w:spacing w:line="240" w:lineRule="auto"/>
        <w:ind w:left="720"/>
      </w:pPr>
      <w:r/>
      <w:hyperlink r:id="rId13">
        <w:r>
          <w:rPr>
            <w:color w:val="0000EE"/>
            <w:u w:val="single"/>
          </w:rPr>
          <w:t>https://pacificpridefoundation.org/getting-to-pride/</w:t>
        </w:r>
      </w:hyperlink>
      <w:r>
        <w:t xml:space="preserve"> - The Pacific Pride Foundation provides information on transportation options for the Pacific Pride Festival. Parking is limited, so attendees are encouraged to use alternative methods. Complimentary Bike Valet services are offered by MOVE Santa Barbara County, providing a secure place for event attendees to park their bikes. The best bus route is Line 20, which starts at the Transit Center downtown on Chapala, heads over to Milpas, and then hits Cabrillo. Heading in the other direction, it comes from Carpinteria and Montecito. The closest stop is Cabrillo and Milpas, then a two-block walk to Chase Palm Park. Street parking is very limited, but nearby public parking lots are available at 236E E Cabrillo Blvd, 15 Santa Barbara St, and 1118 E Cabrillo Blvd. These lots are pay by the hour.</w:t>
      </w:r>
      <w:r/>
    </w:p>
    <w:p>
      <w:pPr>
        <w:pStyle w:val="ListNumber"/>
        <w:spacing w:line="240" w:lineRule="auto"/>
        <w:ind w:left="720"/>
      </w:pPr>
      <w:r/>
      <w:hyperlink r:id="rId11">
        <w:r>
          <w:rPr>
            <w:color w:val="0000EE"/>
            <w:u w:val="single"/>
          </w:rPr>
          <w:t>https://movesbcounty.org/</w:t>
        </w:r>
      </w:hyperlink>
      <w:r>
        <w:t xml:space="preserve"> - MOVE Santa Barbara County is dedicated to promoting safe walking, biking, and transit throughout the county. Their mission is to empower, educate, and advocate for all who walk, bike, and use transit. MOVE offers various programs, including Event Bike Parking (Bike Valet), Adult Education, Community Bike Shop (Bici Centro), Youth Programs, and Advocacy. Their purpose is to advocate for equitable county-wide infrastructure for walking, cycling, and public transit, and to empower and educate residents to choose active and sustainable forms of transportation.</w:t>
      </w:r>
      <w:r/>
    </w:p>
    <w:p>
      <w:pPr>
        <w:pStyle w:val="ListNumber"/>
        <w:spacing w:line="240" w:lineRule="auto"/>
        <w:ind w:left="720"/>
      </w:pPr>
      <w:r/>
      <w:hyperlink r:id="rId10">
        <w:r>
          <w:rPr>
            <w:color w:val="0000EE"/>
            <w:u w:val="single"/>
          </w:rPr>
          <w:t>https://www.santabarbara.com/activities/events/pacific-pride-festival/</w:t>
        </w:r>
      </w:hyperlink>
      <w:r>
        <w:t xml:space="preserve"> - The Pacific Pride Festival is an annual event held every August at Chase Palm Park in Santa Barbara, CA. Organised by the Pacific Pride Foundation, the festival is free to the public and attracts a diverse crowd of nearly 4,000 LGBTQ+ individuals and allies. The event features live entertainment, exhibitors, local food, informative non-profits, activities, and community member support. The Pacific Pride Foundation's mission is to meet the ongoing and emerging needs of a diverse population to create a thriving and visible LGBTQ+ community and to prevent the transmission of HIV/AIDS.</w:t>
      </w:r>
      <w:r/>
    </w:p>
    <w:p>
      <w:pPr>
        <w:pStyle w:val="ListNumber"/>
        <w:spacing w:line="240" w:lineRule="auto"/>
        <w:ind w:left="720"/>
      </w:pPr>
      <w:r/>
      <w:hyperlink r:id="rId14">
        <w:r>
          <w:rPr>
            <w:color w:val="0000EE"/>
            <w:u w:val="single"/>
          </w:rPr>
          <w:t>https://calendar.santabarbaraca.gov/event/pacific-pride-festival-7138</w:t>
        </w:r>
      </w:hyperlink>
      <w:r>
        <w:t xml:space="preserve"> - The Pacific Pride Festival, organised by the Pacific Pride Foundation, is scheduled for Saturday, August 22, 2026, from 11:00 am to 7:00 pm at Chase Palm Park Field in Santa Barbara. This free, all-ages celebration welcomes every generation and identity within the LGBTQ+ community and their allies. The theme for this year is 'Out. Proud. Unstoppable.', honouring the strength of showing up fully, the joy of living authentically, and the momentum created when moving together. The festival will feature over 70 vendors and community organisations, with areas dedicated to Arts, Health, Outdoors, Spirituality, Social Justice, and more. Mini-events and activities throughout the day include a Pride Pet Parade, aerialist performances, games, and crafts for all ages. Delicious food from local trucks and a vibrant beer garden for guests 21+ will also be available. The festival remains free and open to all, ensuring a welcoming, inclusive space for everyone.</w:t>
      </w:r>
      <w:r/>
    </w:p>
    <w:p>
      <w:pPr>
        <w:pStyle w:val="ListNumber"/>
        <w:spacing w:line="240" w:lineRule="auto"/>
        <w:ind w:left="720"/>
      </w:pPr>
      <w:r/>
      <w:hyperlink r:id="rId12">
        <w:r>
          <w:rPr>
            <w:color w:val="0000EE"/>
            <w:u w:val="single"/>
          </w:rPr>
          <w:t>https://www.edhat.com/event/move-groove/</w:t>
        </w:r>
      </w:hyperlink>
      <w:r>
        <w:t xml:space="preserve"> - MOVE &amp; Groove is a Sunday afternoon community social celebrating active transportation, good music, and the joy of moving together. Hosted at Topa Topa Brewing in Santa Barbara’s Funk Zone, this outdoor party brings together cyclists, walkers, transit riders, families, and friends for an afternoon of dancing, drinks, and community. The event is open to all, encouraging attendees to walk, bike, roll, or ride. The event features a DJ, craft beer and wine, and a special sweet treat from MOVE. Tickets are available in advance for $25 or at the door for $35. The event supports MOVE's community programs and transportation advocacy.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ozhawk.com/drag-me-to-pride-local-bike-ride-rolls-to-pacific-pride-festival/" TargetMode="External"/><Relationship Id="rId10" Type="http://schemas.openxmlformats.org/officeDocument/2006/relationships/hyperlink" Target="https://www.santabarbara.com/activities/events/pacific-pride-festival/" TargetMode="External"/><Relationship Id="rId11" Type="http://schemas.openxmlformats.org/officeDocument/2006/relationships/hyperlink" Target="https://movesbcounty.org/" TargetMode="External"/><Relationship Id="rId12" Type="http://schemas.openxmlformats.org/officeDocument/2006/relationships/hyperlink" Target="https://www.edhat.com/event/move-groove/" TargetMode="External"/><Relationship Id="rId13" Type="http://schemas.openxmlformats.org/officeDocument/2006/relationships/hyperlink" Target="https://pacificpridefoundation.org/getting-to-pride/" TargetMode="External"/><Relationship Id="rId14" Type="http://schemas.openxmlformats.org/officeDocument/2006/relationships/hyperlink" Target="https://calendar.santabarbaraca.gov/event/pacific-pride-festival-71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