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Little Free Libraries for LGBTQ+ Kids: How Ohio Mama Bears Bring Queer Books to Neighbourhood Shelves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spotting more queer stories on their street: Ohio Mama Bears are quietly filling Little Free Libraries with LGBTQ+ titles so kids and teens in conservative pockets can see themselves. This grassroots push matters because representation can be private, powerful and comforting where schools and shops fall short.</w:t>
      </w:r>
      <w:r/>
    </w:p>
    <w:p>
      <w:r/>
      <w:r>
        <w:t>Essential Takeaways</w:t>
      </w:r>
      <w:r/>
      <w:r/>
    </w:p>
    <w:p>
      <w:pPr>
        <w:pStyle w:val="ListBullet"/>
        <w:spacing w:line="240" w:lineRule="auto"/>
        <w:ind w:left="720"/>
      </w:pPr>
      <w:r/>
      <w:r>
        <w:rPr>
          <w:b/>
        </w:rPr>
        <w:t>Local action:</w:t>
      </w:r>
      <w:r>
        <w:t xml:space="preserve"> Ohio Mama Bears collect and place LGBTQ+ books into Little Free Libraries across the state, targeting areas with limited access.</w:t>
      </w:r>
      <w:r/>
    </w:p>
    <w:p>
      <w:pPr>
        <w:pStyle w:val="ListBullet"/>
        <w:spacing w:line="240" w:lineRule="auto"/>
        <w:ind w:left="720"/>
      </w:pPr>
      <w:r/>
      <w:r>
        <w:rPr>
          <w:b/>
        </w:rPr>
        <w:t>Wide range:</w:t>
      </w:r>
      <w:r>
        <w:t xml:space="preserve"> Donations include picture books through adult fiction, so readers of every age can find affirming stories.</w:t>
      </w:r>
      <w:r/>
    </w:p>
    <w:p>
      <w:pPr>
        <w:pStyle w:val="ListBullet"/>
        <w:spacing w:line="240" w:lineRule="auto"/>
        <w:ind w:left="720"/>
      </w:pPr>
      <w:r/>
      <w:r>
        <w:rPr>
          <w:b/>
        </w:rPr>
        <w:t>Community-sourced picks:</w:t>
      </w:r>
      <w:r>
        <w:t xml:space="preserve"> Titles are chosen from recommendations by LGBTQ+ people and parents who’ve used books to explain identity.</w:t>
      </w:r>
      <w:r/>
    </w:p>
    <w:p>
      <w:pPr>
        <w:pStyle w:val="ListBullet"/>
        <w:spacing w:line="240" w:lineRule="auto"/>
        <w:ind w:left="720"/>
      </w:pPr>
      <w:r/>
      <w:r>
        <w:rPr>
          <w:b/>
        </w:rPr>
        <w:t>Easy to help:</w:t>
      </w:r>
      <w:r>
        <w:t xml:space="preserve"> Supporters can buy from wishlists, donate used copies, or give via PayPal; find Little Free Libraries on the organisation’s map.</w:t>
      </w:r>
      <w:r/>
    </w:p>
    <w:p>
      <w:pPr>
        <w:pStyle w:val="ListBullet"/>
        <w:spacing w:line="240" w:lineRule="auto"/>
        <w:ind w:left="720"/>
      </w:pPr>
      <w:r/>
      <w:r>
        <w:rPr>
          <w:b/>
        </w:rPr>
        <w:t>Quiet safety:</w:t>
      </w:r>
      <w:r>
        <w:t xml:space="preserve"> Little Free Libraries offer discreet access for people who may not feel safe visiting conventional outlets.</w:t>
      </w:r>
      <w:r/>
      <w:r/>
    </w:p>
    <w:p>
      <w:pPr>
        <w:pStyle w:val="Heading2"/>
      </w:pPr>
      <w:r>
        <w:t>Why a Little Free Library can be a big deal for a queer kid</w:t>
      </w:r>
      <w:r/>
    </w:p>
    <w:p>
      <w:r/>
      <w:r>
        <w:t>There’s something quietly liberating about discovering a book on your way home, one that names a feeling you’ve been carrying alone. Sharon Rotblatt and Ohio Mama Bears bank on that small magic, filling neighbourhood boxes with stories that normalise LGBTQ+ lives and feelings. According to Little Free Library’s Read in Colour programme, visible shelves matter because they broaden who gets to be seen in public reading spaces.</w:t>
      </w:r>
      <w:r/>
    </w:p>
    <w:p>
      <w:r/>
      <w:r>
        <w:t>The idea came from other Mama Bears who were already doing it elsewhere, and it spread fast on Facebook and Instagram. For families in rural or conservative parts of Ohio, a decorated wooden box at the end of a drive can be a lifeline: it’s anonymous, available 24/7, and doesn’t require permission slips or awkward conversations.</w:t>
      </w:r>
      <w:r/>
    </w:p>
    <w:p>
      <w:pPr>
        <w:pStyle w:val="Heading2"/>
      </w:pPr>
      <w:r>
        <w:t>How the group chooses books , and why recommendations count</w:t>
      </w:r>
      <w:r/>
    </w:p>
    <w:p>
      <w:r/>
      <w:r>
        <w:t>Ohio Mama Bears rely on word of mouth and lived experience when picking titles. Parents and LGBTQ+ readers suggest books that helped them come out, understand their gender, or simply feel less alone. That’s in keeping with the LGBT Booklove ethos of centring community-curated reading.</w:t>
      </w:r>
      <w:r/>
    </w:p>
    <w:p>
      <w:r/>
      <w:r>
        <w:t>Practical tip: when donating, consider both age-appropriate picks and books that speak to intersectional identities , stories that show a variety of family types, cultures and experiences make the collection more welcoming.</w:t>
      </w:r>
      <w:r/>
    </w:p>
    <w:p>
      <w:pPr>
        <w:pStyle w:val="Heading2"/>
      </w:pPr>
      <w:r>
        <w:t>Where the books go , targeting the places that need them most</w:t>
      </w:r>
      <w:r/>
    </w:p>
    <w:p>
      <w:r/>
      <w:r>
        <w:t>Rather than concentrating only in liberal neighbourhoods, the group focuses on red or rural areas where school libraries may lack queer titles. That strategy recognises a simple truth: legislation and local politics don’t erase the people who live there, and access to representation shouldn’t be gated by postcode.</w:t>
      </w:r>
      <w:r/>
    </w:p>
    <w:p>
      <w:r/>
      <w:r>
        <w:t>If you want to find a Little Free Library near you, Little Free Library’s online map is the quickest route. It helps volunteers see gaps and place donations where they’ll reach readers who can’t otherwise browse a mainstream bookshop.</w:t>
      </w:r>
      <w:r/>
    </w:p>
    <w:p>
      <w:pPr>
        <w:pStyle w:val="Heading2"/>
      </w:pPr>
      <w:r>
        <w:t>How to donate, volunteer or start your own Little Free Library</w:t>
      </w:r>
      <w:r/>
    </w:p>
    <w:p>
      <w:r/>
      <w:r>
        <w:t>There are lots of ways to help without staging a march. Ohio Mama Bears share wishlists on social media and accept PayPal contributions for bulk purchases. You can donate new or gently used books, contact organisers to arrange drop-offs, or build and register your own Little Free Library.</w:t>
      </w:r>
      <w:r/>
    </w:p>
    <w:p>
      <w:r/>
      <w:r>
        <w:t>Building advice: pick a weatherproof box, bolt it to a post, and keep the collection curated, regular swaps keep the shelf fresh and visible. If you’re nervous about backlash, place the box on private property or partner with an accepting local business.</w:t>
      </w:r>
      <w:r/>
    </w:p>
    <w:p>
      <w:pPr>
        <w:pStyle w:val="Heading2"/>
      </w:pPr>
      <w:r>
        <w:t>What this work means in a tougher political moment</w:t>
      </w:r>
      <w:r/>
    </w:p>
    <w:p>
      <w:r/>
      <w:r>
        <w:t>Books aren’t a cure for hostile policy, but they’re a practical, human response. Representation reduces shame, sparks conversation and gives young people a private way to learn. Real Mama Bears’ wider mission , supporting, educating and advocating for families , ties these small acts of distribution into a bigger movement of change.</w:t>
      </w:r>
      <w:r/>
    </w:p>
    <w:p>
      <w:r/>
      <w:r>
        <w:t>Rotblatt’s favourite comfort read, for instance, is a reminder that fiction can soothe as well as inform. That combination of solace and sense-making is exactly why these little libraries matter right now.</w:t>
      </w:r>
      <w:r/>
    </w:p>
    <w:p>
      <w:r/>
      <w:r>
        <w:t>It's a small change that can make every read a little safer and a lot more hopeful.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https://goodmenproject.com/featured-content/ohio-mama-bears-bring-representation-to-little-free-librariesone-queer-book-at-a-time/</w:t>
        </w:r>
      </w:hyperlink>
      <w:r>
        <w:t xml:space="preserve"> - Please view link - unable to able to access data</w:t>
      </w:r>
      <w:r/>
    </w:p>
    <w:p>
      <w:pPr>
        <w:pStyle w:val="ListNumber"/>
        <w:spacing w:line="240" w:lineRule="auto"/>
        <w:ind w:left="720"/>
      </w:pPr>
      <w:r/>
      <w:hyperlink r:id="rId10">
        <w:r>
          <w:rPr>
            <w:color w:val="0000EE"/>
            <w:u w:val="single"/>
          </w:rPr>
          <w:t>https://lgbtqbooklove.org/about-mission/</w:t>
        </w:r>
      </w:hyperlink>
      <w:r>
        <w:t xml:space="preserve"> - LGBTQ Book Love, established in July 2023, is a volunteer-driven nonprofit dedicated to providing free access to books that represent the lived experiences of LGBTQ+ individuals of all ages. In response to increasing anti-LGBTQ+ legislation in Ohio, the organisation has distributed over 1,700 books across 33 counties, aiming to ensure that LGBTQ+ stories are present in every community. Their mission focuses on supporting literacy and diversity for all LGBTQ+ Ohioans by sharing books with families, Little Free Libraries, LGBTQ+ organisations, community centres, and Pride events throughout Ohio.</w:t>
      </w:r>
      <w:r/>
    </w:p>
    <w:p>
      <w:pPr>
        <w:pStyle w:val="ListNumber"/>
        <w:spacing w:line="240" w:lineRule="auto"/>
        <w:ind w:left="720"/>
      </w:pPr>
      <w:r/>
      <w:hyperlink r:id="rId13">
        <w:r>
          <w:rPr>
            <w:color w:val="0000EE"/>
            <w:u w:val="single"/>
          </w:rPr>
          <w:t>https://www.realmamabears.org/whatwedo</w:t>
        </w:r>
      </w:hyperlink>
      <w:r>
        <w:t xml:space="preserve"> - Real Mama Bears is an international network supporting, educating, and empowering families with LGBTQ+ members. Founded by Liz Dyer in 2014, the organisation offers private online communities for families to connect, provides comprehensive resources, and advocates for the LGBTQ+ community. With over 60 Mama Bear chapters, they engage in various initiatives, including sending handmade blankets and care packages to LGBTQ+ individuals, standing in at weddings and special events, and recognising individuals and organisations working for the equality and protection of LGBTQ+ people.</w:t>
      </w:r>
      <w:r/>
    </w:p>
    <w:p>
      <w:pPr>
        <w:pStyle w:val="ListNumber"/>
        <w:spacing w:line="240" w:lineRule="auto"/>
        <w:ind w:left="720"/>
      </w:pPr>
      <w:r/>
      <w:hyperlink r:id="rId11">
        <w:r>
          <w:rPr>
            <w:color w:val="0000EE"/>
            <w:u w:val="single"/>
          </w:rPr>
          <w:t>https://littlefreelibrary.org/programs/read-in-color/</w:t>
        </w:r>
      </w:hyperlink>
      <w:r>
        <w:t xml:space="preserve"> - Read in Color is a programme by Little Free Library that aims to bring diverse books to book-sharing boxes. It focuses on distributing books that provide perspectives on racism and social justice, celebrate BIPOC, LGBTQ+, and other marginalised voices, and incorporate experiences from all identities for all readers. The initiative addresses the underrepresentation of diverse characters in children's literature, with statistics showing that only 13% of main characters are Black, 11% are Asian, 6% are Latine, 5% are LGBTQ+, and 2% are Indigenous. By promoting diverse books, Read in Color seeks to increase understanding, empathy, and inclusion.</w:t>
      </w:r>
      <w:r/>
    </w:p>
    <w:p>
      <w:pPr>
        <w:pStyle w:val="ListNumber"/>
        <w:spacing w:line="240" w:lineRule="auto"/>
        <w:ind w:left="720"/>
      </w:pPr>
      <w:r/>
      <w:hyperlink r:id="rId12">
        <w:r>
          <w:rPr>
            <w:color w:val="0000EE"/>
            <w:u w:val="single"/>
          </w:rPr>
          <w:t>https://www.realmamabears.org/serendipitydodah-home-of-the-mama-b</w:t>
        </w:r>
      </w:hyperlink>
      <w:r>
        <w:t xml:space="preserve"> - Serendipitydodah - Home of the Mama Bears is a private Facebook group for mothers of LGBTQ+ children. Members gather daily to ask questions, share concerns, celebrate their kids, find resources, and offer support and encouragement to one another. The group provides access to various specialized subgroups and over 60 local Mama Bear chapters. Members are invited to volunteer for Mama Bear programmes that offer opportunities to be a loving presence in the lives of LGBTQ+ individuals who need support and encouragement, such as standing in at weddings, making and sending handmade blankets and friendship bracelets, and mailing cards with encouraging messages.</w:t>
      </w:r>
      <w:r/>
    </w:p>
    <w:p>
      <w:pPr>
        <w:pStyle w:val="ListNumber"/>
        <w:spacing w:line="240" w:lineRule="auto"/>
        <w:ind w:left="720"/>
      </w:pPr>
      <w:r/>
      <w:hyperlink r:id="rId14">
        <w:r>
          <w:rPr>
            <w:color w:val="0000EE"/>
            <w:u w:val="single"/>
          </w:rPr>
          <w:t>https://www.realmamabears.org/mamabearsforchange</w:t>
        </w:r>
      </w:hyperlink>
      <w:r>
        <w:t xml:space="preserve"> - Mama Bears for Change is a private Facebook group focusing on politics and legislation impacting the LGBTQ+ community. The group is dedicated to the full inclusion, protection, and equality of LGBTQ+ people, sharing reliable information and volunteer opportunities for those who want to stay informed and work to institute laws and conditions that offer LGBTQ+ people equality and protection. It serves as a platform for members to engage in advocacy and stay updated on relevant political developments affecting the LGBTQ+ community.</w:t>
      </w:r>
      <w:r/>
    </w:p>
    <w:p>
      <w:pPr>
        <w:pStyle w:val="ListNumber"/>
        <w:spacing w:line="240" w:lineRule="auto"/>
        <w:ind w:left="720"/>
      </w:pPr>
      <w:r/>
      <w:hyperlink r:id="rId15">
        <w:r>
          <w:rPr>
            <w:color w:val="0000EE"/>
            <w:u w:val="single"/>
          </w:rPr>
          <w:t>https://www.realmamabears.org/mama-bear-little-box-of-rainbows</w:t>
        </w:r>
      </w:hyperlink>
      <w:r>
        <w:t xml:space="preserve"> - The Mama Bear Little Box of Rainbows Project invites members of the Serendipitydodah - Home of the Mama Bears Facebook group to send care packages to members of the LGBTQ+ community who need support and encouragement. Each care package is unique and created by an individual Mama Bear, including items like M&amp;Ms and Skittles, chosen personally by the sender. The inclusion of M&amp;Ms and Skittles is symbolic, as Mars, Inc. proudly supports the LGBTQ+ community. This initiative aims to brighten the day of LGBTQ+ individuals and provide them with tangible support and love.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ohio-mama-bears-bring-representation-to-little-free-librariesone-queer-book-at-a-time/" TargetMode="External"/><Relationship Id="rId10" Type="http://schemas.openxmlformats.org/officeDocument/2006/relationships/hyperlink" Target="https://lgbtqbooklove.org/about-mission/" TargetMode="External"/><Relationship Id="rId11" Type="http://schemas.openxmlformats.org/officeDocument/2006/relationships/hyperlink" Target="https://littlefreelibrary.org/programs/read-in-color/" TargetMode="External"/><Relationship Id="rId12" Type="http://schemas.openxmlformats.org/officeDocument/2006/relationships/hyperlink" Target="https://www.realmamabears.org/serendipitydodah-home-of-the-mama-b" TargetMode="External"/><Relationship Id="rId13" Type="http://schemas.openxmlformats.org/officeDocument/2006/relationships/hyperlink" Target="https://www.realmamabears.org/whatwedo" TargetMode="External"/><Relationship Id="rId14" Type="http://schemas.openxmlformats.org/officeDocument/2006/relationships/hyperlink" Target="https://www.realmamabears.org/mamabearsforchange" TargetMode="External"/><Relationship Id="rId15" Type="http://schemas.openxmlformats.org/officeDocument/2006/relationships/hyperlink" Target="https://www.realmamabears.org/mama-bear-little-box-of-rainbo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