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Events in DC This Week: Free Meetups, Games and Brunch Picks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up, connect and relax , DC’s LGBTQ+ calendar is serving free social hours, support groups and low-key activities across the city and online, so whether you want rooftop cocktails, a cosy book chat, or a gentle yoga session there’s something to try this week.</w:t>
      </w:r>
      <w:r/>
    </w:p>
    <w:p>
      <w:r/>
      <w:r>
        <w:t>Essential Takeaways</w:t>
      </w:r>
      <w:r/>
      <w:r/>
    </w:p>
    <w:p>
      <w:pPr>
        <w:pStyle w:val="ListBullet"/>
        <w:spacing w:line="240" w:lineRule="auto"/>
        <w:ind w:left="720"/>
      </w:pPr>
      <w:r/>
      <w:r>
        <w:rPr>
          <w:b/>
        </w:rPr>
        <w:t>Happy hour pick:</w:t>
      </w:r>
      <w:r>
        <w:t xml:space="preserve"> Go Gay DC hosts a free LGBTQ+ Community Happy Hour at Uproar Rooftop, perfect for new faces and retro vibes.</w:t>
      </w:r>
      <w:r/>
    </w:p>
    <w:p>
      <w:pPr>
        <w:pStyle w:val="ListBullet"/>
        <w:spacing w:line="240" w:lineRule="auto"/>
        <w:ind w:left="720"/>
      </w:pPr>
      <w:r/>
      <w:r>
        <w:rPr>
          <w:b/>
        </w:rPr>
        <w:t>Low-key indoor fun:</w:t>
      </w:r>
      <w:r>
        <w:t xml:space="preserve"> Trans and Genderqueer Game Night is a calm, friendly evening at the DC Centre with board games and light conversation.</w:t>
      </w:r>
      <w:r/>
    </w:p>
    <w:p>
      <w:pPr>
        <w:pStyle w:val="ListBullet"/>
        <w:spacing w:line="240" w:lineRule="auto"/>
        <w:ind w:left="720"/>
      </w:pPr>
      <w:r/>
      <w:r>
        <w:rPr>
          <w:b/>
        </w:rPr>
        <w:t>Weekend brunch:</w:t>
      </w:r>
      <w:r>
        <w:t xml:space="preserve"> Go Gay DC’s LGBTQ+ Community Brunch at Freddie’s Beach Bar &amp; Restaurant is a free, social Saturday gathering for food and conversation.</w:t>
      </w:r>
      <w:r/>
    </w:p>
    <w:p>
      <w:pPr>
        <w:pStyle w:val="ListBullet"/>
        <w:spacing w:line="240" w:lineRule="auto"/>
        <w:ind w:left="720"/>
      </w:pPr>
      <w:r/>
      <w:r>
        <w:rPr>
          <w:b/>
        </w:rPr>
        <w:t>Support options:</w:t>
      </w:r>
      <w:r>
        <w:t xml:space="preserve"> Weekly Zoom groups include a Black Lesbian Support Group and Genderqueer DC meetings for peer-led connection.</w:t>
      </w:r>
      <w:r/>
    </w:p>
    <w:p>
      <w:pPr>
        <w:pStyle w:val="ListBullet"/>
        <w:spacing w:line="240" w:lineRule="auto"/>
        <w:ind w:left="720"/>
      </w:pPr>
      <w:r/>
      <w:r>
        <w:rPr>
          <w:b/>
        </w:rPr>
        <w:t>Wellbeing and practical help:</w:t>
      </w:r>
      <w:r>
        <w:t xml:space="preserve"> The centre runs a Monday coffee klatch for older adults, a Job Club for job-seekers, and free virtual yoga to support mental and physical wellness.</w:t>
      </w:r>
      <w:r/>
      <w:r/>
    </w:p>
    <w:p>
      <w:pPr>
        <w:pStyle w:val="Heading2"/>
      </w:pPr>
      <w:r>
        <w:t>Rooftop happy hour: why Uproar is an easy, social start</w:t>
      </w:r>
      <w:r/>
    </w:p>
    <w:p>
      <w:r/>
      <w:r>
        <w:t>Shoppers and socialisers alike have been gravitating to Uproar Rooftop for its retro look and easygoing drink specials; Go Gay DC’s LGBTQ+ Community Happy Hour on Friday at 7pm is a straightforward way to meet people without pressure. Eventbrite lists the gathering as free, so you can turn up, enjoy the skyline and decide how long to stay. If you’re new to the scene, try arriving early to grab a quieter corner and introduce yourself to whoever’s nearby , people are generally relaxed and open to conversation.</w:t>
      </w:r>
      <w:r/>
    </w:p>
    <w:p>
      <w:pPr>
        <w:pStyle w:val="Heading2"/>
      </w:pPr>
      <w:r>
        <w:t>Game Night: a deliberately cosy space for trans and genderqueer folks</w:t>
      </w:r>
      <w:r/>
    </w:p>
    <w:p>
      <w:r/>
      <w:r>
        <w:t>Trans and Genderqueer Game Night at the DC Centre is intentionally laid-back, aimed at people who’d rather laugh over a board rather than navigate a packed bar. The centre’s events calendar treats this as a recurring, community-led evening, which helps regulars and newcomers feel at home. Expect classic party games and quiet tables; it’s a good option if you want connection without the overwhelm. Bring a favourite game or just your sense of humour.</w:t>
      </w:r>
      <w:r/>
    </w:p>
    <w:p>
      <w:pPr>
        <w:pStyle w:val="Heading2"/>
      </w:pPr>
      <w:r>
        <w:t>Saturday brunch: Freddie’s Beach Bar makes weekends feel casual</w:t>
      </w:r>
      <w:r/>
    </w:p>
    <w:p>
      <w:r/>
      <w:r>
        <w:t>The Go Gay DC brunch at Freddie’s Beach Bar &amp; Restaurant on Saturday mornings gathers a broad mix of people from the DMV area for food and conversation. It’s free to attend and often attracts allies as well as LGBTQ+ guests, which makes for lively, inclusive tables. If you care about seating, call ahead or arrive a little early to snag a sunny spot; brunches can fill up as word spreads.</w:t>
      </w:r>
      <w:r/>
    </w:p>
    <w:p>
      <w:pPr>
        <w:pStyle w:val="Heading2"/>
      </w:pPr>
      <w:r>
        <w:t>Support and peer groups: spaces that do the emotional heavy lifting</w:t>
      </w:r>
      <w:r/>
    </w:p>
    <w:p>
      <w:r/>
      <w:r>
        <w:t>Across the week there are several peer-led groups that cover specific needs: a Black Lesbian Support Group on Zoom, Genderqueer DC meetings, and an Asexual/Aromantic group for those exploring identity. These gatherings are run by and for community members, so they tend to be frank, empathetic and practical. If you’re thinking of joining, emailing the listed contacts or checking the organiser’s site first will give you a sense of tone and any access details.</w:t>
      </w:r>
      <w:r/>
    </w:p>
    <w:p>
      <w:pPr>
        <w:pStyle w:val="Heading2"/>
      </w:pPr>
      <w:r>
        <w:t>Practical services: jobs, food and wellness from the DC LGBTQ+ Community Center</w:t>
      </w:r>
      <w:r/>
    </w:p>
    <w:p>
      <w:r/>
      <w:r>
        <w:t>The DC LGBTQ+ Community Center runs useful programmes beyond social meetups: a Job Club to help job-seekers sharpen applications and confidence, a Fresh Produce programme offering food boxes without income checks, and a virtual yoga class blending breath work and meditation. These services are quietly vital , they meet everyday needs while keeping community ties strong. For the fresh produce, the centre notifies recipients the day before, so keep an eye on communications if you sign up.</w:t>
      </w:r>
      <w:r/>
    </w:p>
    <w:p>
      <w:r/>
      <w:r>
        <w:t>It's a small change that can make every connection feel easier.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Paragraph 3: </w:t>
      </w:r>
      <w:hyperlink r:id="rId11">
        <w:r>
          <w:rPr>
            <w:color w:val="0000EE"/>
            <w:u w:val="single"/>
          </w:rPr>
          <w:t>[5]</w:t>
        </w:r>
      </w:hyperlink>
      <w:r>
        <w:t xml:space="preserve">- Paragraph 4: </w:t>
      </w:r>
      <w:hyperlink r:id="rId13">
        <w:r>
          <w:rPr>
            <w:color w:val="0000EE"/>
            <w:u w:val="single"/>
          </w:rPr>
          <w:t>[6]</w:t>
        </w:r>
      </w:hyperlink>
      <w:r>
        <w:t xml:space="preserve">, </w:t>
      </w:r>
      <w:hyperlink r:id="rId14">
        <w:r>
          <w:rPr>
            <w:color w:val="0000EE"/>
            <w:u w:val="single"/>
          </w:rPr>
          <w:t>[4]</w:t>
        </w:r>
      </w:hyperlink>
      <w:r>
        <w:t xml:space="preserve">- Paragraph 5: </w:t>
      </w:r>
      <w:hyperlink r:id="rId12">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https://www.washingtonblade.com/2026/08/21/impulse-dc-prep-pool-party/</w:t>
        </w:r>
      </w:hyperlink>
      <w:r>
        <w:t xml:space="preserve"> - Please view link - unable to able to access data</w:t>
      </w:r>
      <w:r/>
    </w:p>
    <w:p>
      <w:pPr>
        <w:pStyle w:val="ListNumber"/>
        <w:spacing w:line="240" w:lineRule="auto"/>
        <w:ind w:left="720"/>
      </w:pPr>
      <w:r/>
      <w:hyperlink r:id="rId10">
        <w:r>
          <w:rPr>
            <w:color w:val="0000EE"/>
            <w:u w:val="single"/>
          </w:rPr>
          <w:t>https://www.eventbrite.com/e/lgbtq-community-happy-hour-uproar-rooftop-tickets-1997303908757</w:t>
        </w:r>
      </w:hyperlink>
      <w:r>
        <w:t xml:space="preserve"> - Go Gay DC is hosting an 'LGBTQ+ Community Happy Hour' at Uproar Lounge &amp; Restaurant in Washington, DC, on Friday, August 21, 2026, from 7 PM to 9 PM. This free event aims to foster community building and socialising among LGBTQ+ individuals and allies. Attendees can enjoy happy hour specials, including $6 rail mixed drinks, $5 beers, and $9 frozen drinks. The venue is located at 639 Florida Avenue Northwest, Washington, DC 20001. For more details and to RSVP, visit the Eventbrite page.</w:t>
      </w:r>
      <w:r/>
    </w:p>
    <w:p>
      <w:pPr>
        <w:pStyle w:val="ListNumber"/>
        <w:spacing w:line="240" w:lineRule="auto"/>
        <w:ind w:left="720"/>
      </w:pPr>
      <w:r/>
      <w:hyperlink r:id="rId12">
        <w:r>
          <w:rPr>
            <w:color w:val="0000EE"/>
            <w:u w:val="single"/>
          </w:rPr>
          <w:t>https://thedccenter.org/events/trans-and-genderqueer-game-night-3-2026-04-17-2026-05-15-2026-06-19-2026-07-17-2026-08-21-2026-09-18-2026-10-16/</w:t>
        </w:r>
      </w:hyperlink>
      <w:r>
        <w:t xml:space="preserve"> - The DC LGBTQ+ Community Center is hosting a 'Trans and Genderqueer Game Night' on Friday, August 21, 2026, from 7:00 PM to 10:00 PM. This event offers a relaxed and laid-back evening of games and fun, welcoming all individuals who identify as trans, genderqueer, or non-binary. The centre provides card and board games, and attendees are encouraged to bring their own games to share. The event is free, and no RSVP is necessary. The DC LGBTQ+ Community Center is located at 1827 Wiltberger St NW, Washington, DC 20001.</w:t>
      </w:r>
      <w:r/>
    </w:p>
    <w:p>
      <w:pPr>
        <w:pStyle w:val="ListNumber"/>
        <w:spacing w:line="240" w:lineRule="auto"/>
        <w:ind w:left="720"/>
      </w:pPr>
      <w:r/>
      <w:hyperlink r:id="rId14">
        <w:r>
          <w:rPr>
            <w:color w:val="0000EE"/>
            <w:u w:val="single"/>
          </w:rPr>
          <w:t>https://genderqueerdc.org/</w:t>
        </w:r>
      </w:hyperlink>
      <w:r>
        <w:t xml:space="preserve"> - Genderqueer DC is a peer support group for individuals who identify outside the gender binary, including those who are bigender, agender, genderfluid, or questioning. The group offers a supportive environment for people who are trans, non-binary, or allies. Upcoming events include in-person support meetings and game nights at The DC Center, located at 1827 Wiltberger St. NW, Washington, DC 20001. For more information and event schedules, visit their website.</w:t>
      </w:r>
      <w:r/>
    </w:p>
    <w:p>
      <w:pPr>
        <w:pStyle w:val="ListNumber"/>
        <w:spacing w:line="240" w:lineRule="auto"/>
        <w:ind w:left="720"/>
      </w:pPr>
      <w:r/>
      <w:hyperlink r:id="rId11">
        <w:r>
          <w:rPr>
            <w:color w:val="0000EE"/>
            <w:u w:val="single"/>
          </w:rPr>
          <w:t>https://www.eventbrite.com/e/lgbtq-community-brunch-freddies-beach-bar-restaurant-tickets-1997303908757</w:t>
        </w:r>
      </w:hyperlink>
      <w:r>
        <w:t xml:space="preserve"> - Go Gay DC is hosting an 'LGBTQ+ Community Brunch' at Freddie’s Beach Bar &amp; Restaurant in Arlington, VA, on Saturday, August 22, 2026, at 11 AM. This weekly event brings together the DMV area LGBTQ+ community and allies for delicious food and conversation. The brunch is free to attend, and more details are available on Eventbrite.</w:t>
      </w:r>
      <w:r/>
    </w:p>
    <w:p>
      <w:pPr>
        <w:pStyle w:val="ListNumber"/>
        <w:spacing w:line="240" w:lineRule="auto"/>
        <w:ind w:left="720"/>
      </w:pPr>
      <w:r/>
      <w:hyperlink r:id="rId13">
        <w:r>
          <w:rPr>
            <w:color w:val="0000EE"/>
            <w:u w:val="single"/>
          </w:rPr>
          <w:t>https://www.eventbrite.com/e/black-lesbian-support-group-zoom-meeting-tickets-1997303908757</w:t>
        </w:r>
      </w:hyperlink>
      <w:r>
        <w:t xml:space="preserve"> - The Black Lesbian Support Group is hosting a Zoom meeting on Saturday, August 22, 2026, at 1 PM. This peer-led support group is dedicated to addressing the joys and challenges of being a Black lesbian. For more details and to register, visit the Eventbrite page.</w:t>
      </w:r>
      <w:r/>
    </w:p>
    <w:p>
      <w:pPr>
        <w:pStyle w:val="ListNumber"/>
        <w:spacing w:line="240" w:lineRule="auto"/>
        <w:ind w:left="720"/>
      </w:pPr>
      <w:r/>
      <w:hyperlink r:id="rId15">
        <w:r>
          <w:rPr>
            <w:color w:val="0000EE"/>
            <w:u w:val="single"/>
          </w:rPr>
          <w:t>https://www.eventbrite.com/e/center-aging-monday-coffee-klatch-zoom-meeting-tickets-1997303908757</w:t>
        </w:r>
      </w:hyperlink>
      <w:r>
        <w:t xml:space="preserve"> - The 'Center Aging: Monday Coffee Klatch' is a social hour for older LGBTQ+ adults, held on Monday, August 24, 2026, at 10 AM via Zoom. Guests are encouraged to bring a beverage of choice. For more information and to register, visit the Eventbrite page.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1/impulse-dc-prep-pool-party/" TargetMode="External"/><Relationship Id="rId10" Type="http://schemas.openxmlformats.org/officeDocument/2006/relationships/hyperlink" Target="https://www.eventbrite.com/e/lgbtq-community-happy-hour-uproar-rooftop-tickets-1997303908757" TargetMode="External"/><Relationship Id="rId11" Type="http://schemas.openxmlformats.org/officeDocument/2006/relationships/hyperlink" Target="https://www.eventbrite.com/e/lgbtq-community-brunch-freddies-beach-bar-restaurant-tickets-1997303908757" TargetMode="External"/><Relationship Id="rId12" Type="http://schemas.openxmlformats.org/officeDocument/2006/relationships/hyperlink" Target="https://thedccenter.org/events/trans-and-genderqueer-game-night-3-2026-04-17-2026-05-15-2026-06-19-2026-07-17-2026-08-21-2026-09-18-2026-10-16/" TargetMode="External"/><Relationship Id="rId13" Type="http://schemas.openxmlformats.org/officeDocument/2006/relationships/hyperlink" Target="https://www.eventbrite.com/e/black-lesbian-support-group-zoom-meeting-tickets-1997303908757" TargetMode="External"/><Relationship Id="rId14" Type="http://schemas.openxmlformats.org/officeDocument/2006/relationships/hyperlink" Target="https://genderqueerdc.org/" TargetMode="External"/><Relationship Id="rId15" Type="http://schemas.openxmlformats.org/officeDocument/2006/relationships/hyperlink" Target="https://www.eventbrite.com/e/center-aging-monday-coffee-klatch-zoom-meeting-tickets-199730390875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