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Events in DC This Week: Community Meetups, Support Groups, and Free Wellness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Spot weekend plans with neighbours and find midweek support , from rooftop happy hours to virtual yoga, DC’s LGBTQ+ community calendar this week serves connection, care and a few chances to try something new. Here’s what’s on, who it’s for, and why you might want to go.</w:t>
      </w:r>
      <w:r/>
    </w:p>
    <w:p>
      <w:r/>
      <w:r>
        <w:t>Essential Takeaways</w:t>
      </w:r>
      <w:r/>
      <w:r/>
    </w:p>
    <w:p>
      <w:pPr>
        <w:pStyle w:val="ListBullet"/>
        <w:spacing w:line="240" w:lineRule="auto"/>
        <w:ind w:left="720"/>
      </w:pPr>
      <w:r/>
      <w:r>
        <w:rPr>
          <w:b/>
        </w:rPr>
        <w:t>Weekend socialising:</w:t>
      </w:r>
      <w:r>
        <w:t xml:space="preserve"> Free rooftop happy hour and brunch bring friendly, casual crowds together; easy to drop into and relaxed in tone. </w:t>
      </w:r>
      <w:r/>
    </w:p>
    <w:p>
      <w:pPr>
        <w:pStyle w:val="ListBullet"/>
        <w:spacing w:line="240" w:lineRule="auto"/>
        <w:ind w:left="720"/>
      </w:pPr>
      <w:r/>
      <w:r>
        <w:rPr>
          <w:b/>
        </w:rPr>
        <w:t>Trans, genderqueer and asexual spaces:</w:t>
      </w:r>
      <w:r>
        <w:t xml:space="preserve"> Dedicated, peer-led gatherings provide low-pressure social time and ongoing community support. </w:t>
      </w:r>
      <w:r/>
    </w:p>
    <w:p>
      <w:pPr>
        <w:pStyle w:val="ListBullet"/>
        <w:spacing w:line="240" w:lineRule="auto"/>
        <w:ind w:left="720"/>
      </w:pPr>
      <w:r/>
      <w:r>
        <w:rPr>
          <w:b/>
        </w:rPr>
        <w:t>Virtual options:</w:t>
      </w:r>
      <w:r>
        <w:t xml:space="preserve"> Several groups and activities run on Zoom , accessible, quiet, and great if you prefer meeting from home. </w:t>
      </w:r>
      <w:r/>
    </w:p>
    <w:p>
      <w:pPr>
        <w:pStyle w:val="ListBullet"/>
        <w:spacing w:line="240" w:lineRule="auto"/>
        <w:ind w:left="720"/>
      </w:pPr>
      <w:r/>
      <w:r>
        <w:rPr>
          <w:b/>
        </w:rPr>
        <w:t>Practical help:</w:t>
      </w:r>
      <w:r>
        <w:t xml:space="preserve"> Job Club and the Fresh Produce Program offer tangible support, from employment coaching to no-questions food boxes. </w:t>
      </w:r>
      <w:r/>
      <w:r/>
    </w:p>
    <w:p>
      <w:pPr>
        <w:pStyle w:val="Heading2"/>
      </w:pPr>
      <w:r>
        <w:t>Kick off Friday at a classic rooftop happy hour</w:t>
      </w:r>
      <w:r/>
    </w:p>
    <w:p>
      <w:r/>
      <w:r>
        <w:t>If you want to unwind after the week, a rooftop spot with happy hour specials is a simple, sociable start. Go Gay DC’s LGBTQ+ Community Happy Hour at Uproar Rooftop is billed as an easy-going mixer; imagine retro decor, skyline air and people who’ve come to relax rather than perform. Eventbrite lists details and free entry, so it’s a no-pressure way to meet new faces. Bring a friend or go on your own , you’ll likely find conversations that float from weekend plans to local recommendations.</w:t>
      </w:r>
      <w:r/>
    </w:p>
    <w:p>
      <w:pPr>
        <w:pStyle w:val="Heading2"/>
      </w:pPr>
      <w:r>
        <w:t>Saturday brunch for easy conversation and new friends</w:t>
      </w:r>
      <w:r/>
    </w:p>
    <w:p>
      <w:r/>
      <w:r>
        <w:t>Brunch still rules as the perfect daytime meet-up, and Freddie’s Beach Bar &amp; Restaurant hosts Go Gay DC’s LGBTQ+ Community Brunch. It’s a weekly spot where allies and community members gather over food and chat. Attendance is free and casual, which makes it ideal if you’re new to the city or easing back into in-person events. Expect a lively but comfortable crowd , and a good chance to swap tips about other local groups.</w:t>
      </w:r>
      <w:r/>
    </w:p>
    <w:p>
      <w:pPr>
        <w:pStyle w:val="Heading2"/>
      </w:pPr>
      <w:r>
        <w:t>Trans and genderqueer nights: low-key games, real connection</w:t>
      </w:r>
      <w:r/>
    </w:p>
    <w:p>
      <w:r/>
      <w:r>
        <w:t>For people who identify outside the binary, a games night can be unexpectedly soothing. The DC Center runs a Trans and Genderqueer Game Night designed to be laid-back and fun , think board games, laughter and a stigma-free space to hang out. The Centre’s regular schedule shows consistency, so if one session is a hit you can plan to come back. These events are worth trying if you want social time specifically with other trans and genderqueer people.</w:t>
      </w:r>
      <w:r/>
    </w:p>
    <w:p>
      <w:pPr>
        <w:pStyle w:val="Heading2"/>
      </w:pPr>
      <w:r>
        <w:t>Support groups that meet where you are , Zoom makes them easier</w:t>
      </w:r>
      <w:r/>
    </w:p>
    <w:p>
      <w:r/>
      <w:r>
        <w:t>Several groups meet online this week, which is great if you prefer quieter, private settings. The Black Lesbian Support Group runs on Zoom and centres peer-led discussion about both the joys and challenges of being a Black lesbian. There’s also Genderqueer DC and an Asexual and Aromantic Group meeting virtually; each offers a focused, accepting space to share and listen. If you’re unsure about joining, emailing the listed contacts beforehand can clear up logistics and give a sense of the tone.</w:t>
      </w:r>
      <w:r/>
    </w:p>
    <w:p>
      <w:pPr>
        <w:pStyle w:val="Heading2"/>
      </w:pPr>
      <w:r>
        <w:t>Practical midweek meetups: jobs, books and ageing well</w:t>
      </w:r>
      <w:r/>
    </w:p>
    <w:p>
      <w:r/>
      <w:r>
        <w:t>Midweek brings practical support as well as culture. The DC Center’s Job Club offers job-search coaching and confidence-building exercises for people re-entering the workforce. It’s designed to shift participants from applying to truly competing for roles. The Queer Book Club meets on Zoom to discuss Rivers Solomon’s An Unkindness of Ghosts, so there’s intellectual company as well as social. And Centre Aging’s Monday Coffee Klatch is a warm, low-key social hour for older LGBTQ+ adults , bring a drink and a story.</w:t>
      </w:r>
      <w:r/>
    </w:p>
    <w:p>
      <w:pPr>
        <w:pStyle w:val="Heading2"/>
      </w:pPr>
      <w:r>
        <w:t>Food, wellness and free resources on Thursday</w:t>
      </w:r>
      <w:r/>
    </w:p>
    <w:p>
      <w:r/>
      <w:r>
        <w:t>Community care comes in many forms, and the DC LGBTQ+ Community Center’s Fresh Produce Program hands out produce boxes without proof of residency or income. It’s a practical, stigma-free way to access fresh food , worth checking if you or someone you know would benefit. That same evening, there’s a virtual yoga class combining breath work and meditation, a gentle option for people using somatic practices to support mental health. Both offerings show how social programmes and wellness can sit side-by-side in a community calendar.</w:t>
      </w:r>
      <w:r/>
    </w:p>
    <w:p>
      <w:r/>
      <w:r>
        <w:t>It's a small change that can make routines kinder and weekends more social.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1">
        <w:r>
          <w:rPr>
            <w:color w:val="0000EE"/>
            <w:u w:val="single"/>
          </w:rPr>
          <w:t>[4]</w:t>
        </w:r>
      </w:hyperlink>
      <w:r>
        <w:t xml:space="preserve">, </w:t>
      </w:r>
      <w:hyperlink r:id="rId10">
        <w:r>
          <w:rPr>
            <w:color w:val="0000EE"/>
            <w:u w:val="single"/>
          </w:rPr>
          <w:t>[2]</w:t>
        </w:r>
      </w:hyperlink>
      <w:r>
        <w:t xml:space="preserve">- Paragraph 3: </w:t>
      </w:r>
      <w:hyperlink r:id="rId12">
        <w:r>
          <w:rPr>
            <w:color w:val="0000EE"/>
            <w:u w:val="single"/>
          </w:rPr>
          <w:t>[3]</w:t>
        </w:r>
      </w:hyperlink>
      <w:r>
        <w:t xml:space="preserve">- Paragraph 4: </w:t>
      </w:r>
      <w:hyperlink r:id="rId13">
        <w:r>
          <w:rPr>
            <w:color w:val="0000EE"/>
            <w:u w:val="single"/>
          </w:rPr>
          <w:t>[5]</w:t>
        </w:r>
      </w:hyperlink>
      <w:r>
        <w:t xml:space="preserve">, </w:t>
      </w:r>
      <w:hyperlink r:id="rId12">
        <w:r>
          <w:rPr>
            <w:color w:val="0000EE"/>
            <w:u w:val="single"/>
          </w:rPr>
          <w:t>[3]</w:t>
        </w:r>
      </w:hyperlink>
      <w:r>
        <w:t xml:space="preserve">- Paragraph 5: </w:t>
      </w:r>
      <w:hyperlink r:id="rId14">
        <w:r>
          <w:rPr>
            <w:color w:val="0000EE"/>
            <w:u w:val="single"/>
          </w:rPr>
          <w:t>[6]</w:t>
        </w:r>
      </w:hyperlink>
      <w:r>
        <w:t xml:space="preserve">, </w:t>
      </w:r>
      <w:hyperlink r:id="rId15">
        <w:r>
          <w:rPr>
            <w:color w:val="0000EE"/>
            <w:u w:val="single"/>
          </w:rPr>
          <w:t>[7]</w:t>
        </w:r>
      </w:hyperlink>
      <w:r>
        <w:t xml:space="preserve">- Paragraph 6: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https://www.washingtonblade.com/2026/08/21/lgbtq-events-calendar-august-21-27/</w:t>
        </w:r>
      </w:hyperlink>
      <w:r>
        <w:t xml:space="preserve"> - Please view link - unable to able to access data</w:t>
      </w:r>
      <w:r/>
    </w:p>
    <w:p>
      <w:pPr>
        <w:pStyle w:val="ListNumber"/>
        <w:spacing w:line="240" w:lineRule="auto"/>
        <w:ind w:left="720"/>
      </w:pPr>
      <w:r/>
      <w:hyperlink r:id="rId10">
        <w:r>
          <w:rPr>
            <w:color w:val="0000EE"/>
            <w:u w:val="single"/>
          </w:rPr>
          <w:t>https://www.eventbrite.com/e/lgbtq-community-happy-hour-uproar-rooftop-tickets-1997303908757</w:t>
        </w:r>
      </w:hyperlink>
      <w:r>
        <w:t xml:space="preserve"> - Go Gay DC is hosting an 'LGBTQ+ Community Happy Hour' on Friday, August 21, 2026, from 7 PM to 9 PM at Uproar Lounge &amp; Restaurant in Washington, DC. This free event aims to foster community connections and offers happy hour specials, including $6 rail mixed drinks and $5 beers. Attendees are encouraged to RSVP in advance, with the first 50 to do so guaranteed entry. The venue is conveniently located near the Shaw-Howard University Metro Station.</w:t>
      </w:r>
      <w:r/>
    </w:p>
    <w:p>
      <w:pPr>
        <w:pStyle w:val="ListNumber"/>
        <w:spacing w:line="240" w:lineRule="auto"/>
        <w:ind w:left="720"/>
      </w:pPr>
      <w:r/>
      <w:hyperlink r:id="rId12">
        <w:r>
          <w:rPr>
            <w:color w:val="0000EE"/>
            <w:u w:val="single"/>
          </w:rPr>
          <w:t>https://thedccenter.org/events/trans-and-genderqueer-game-night-3-2026-04-17-2026-05-15-2026-06-19-2026-07-17-2026-08-21-2026-09-18-2026-10-16/</w:t>
        </w:r>
      </w:hyperlink>
      <w:r>
        <w:t xml:space="preserve"> - The DC LGBTQ+ Community Center is hosting a 'Trans and Genderqueer Game Night' on Friday, August 21, 2026, from 7 PM to 10 PM at their location in Washington, DC. This event provides a relaxed environment for individuals to enjoy card and board games. No RSVP is necessary, and walk-ins are welcome. The center is located at 1827 Wiltberger St NW, Washington, DC 20001, close to the Shaw-Howard University Metro Station.</w:t>
      </w:r>
      <w:r/>
    </w:p>
    <w:p>
      <w:pPr>
        <w:pStyle w:val="ListNumber"/>
        <w:spacing w:line="240" w:lineRule="auto"/>
        <w:ind w:left="720"/>
      </w:pPr>
      <w:r/>
      <w:hyperlink r:id="rId11">
        <w:r>
          <w:rPr>
            <w:color w:val="0000EE"/>
            <w:u w:val="single"/>
          </w:rPr>
          <w:t>https://www.eventbrite.com/e/lgbtq-community-brunch-freddies-beach-bar-restaurant-tickets-1997303908757</w:t>
        </w:r>
      </w:hyperlink>
      <w:r>
        <w:t xml:space="preserve"> - Go Gay DC is hosting an 'LGBTQ+ Community Brunch' on Saturday, August 22, 2026, at 11 AM at Freddie’s Beach Bar &amp; Restaurant in Arlington, VA. This weekly event brings together the LGBTQ+ community and allies for delicious food and conversation. Attendance is free, and more details are available on Eventbrite. The venue is known for its welcoming atmosphere and diverse menu options.</w:t>
      </w:r>
      <w:r/>
    </w:p>
    <w:p>
      <w:pPr>
        <w:pStyle w:val="ListNumber"/>
        <w:spacing w:line="240" w:lineRule="auto"/>
        <w:ind w:left="720"/>
      </w:pPr>
      <w:r/>
      <w:hyperlink r:id="rId13">
        <w:r>
          <w:rPr>
            <w:color w:val="0000EE"/>
            <w:u w:val="single"/>
          </w:rPr>
          <w:t>https://www.eventbrite.com/e/black-lesbian-support-group-zoom-meeting-tickets-1997303908757</w:t>
        </w:r>
      </w:hyperlink>
      <w:r>
        <w:t xml:space="preserve"> - A 'Black Lesbian Support Group' meeting is scheduled for Saturday, August 22, 2026, at 1 PM via Zoom. This peer-led support group focuses on the joys and challenges of being a Black lesbian. For more details, interested individuals are encouraged to email [email protected]. The group provides a safe and supportive space for sharing experiences and building community.</w:t>
      </w:r>
      <w:r/>
    </w:p>
    <w:p>
      <w:pPr>
        <w:pStyle w:val="ListNumber"/>
        <w:spacing w:line="240" w:lineRule="auto"/>
        <w:ind w:left="720"/>
      </w:pPr>
      <w:r/>
      <w:hyperlink r:id="rId14">
        <w:r>
          <w:rPr>
            <w:color w:val="0000EE"/>
            <w:u w:val="single"/>
          </w:rPr>
          <w:t>https://www.eventbrite.com/e/center-aging-monday-coffee-klatch-zoom-meeting-tickets-1997303908757</w:t>
        </w:r>
      </w:hyperlink>
      <w:r>
        <w:t xml:space="preserve"> - The 'Center Aging: Monday Coffee Klatch' is set for Monday, August 24, 2026, at 10 AM via Zoom. This social hour is designed for older LGBTQ+ adults to connect and share experiences. Guests are encouraged to bring a beverage of choice. For more information, contact Adam at [email protected]. The event offers a relaxed environment for socialising and support.</w:t>
      </w:r>
      <w:r/>
    </w:p>
    <w:p>
      <w:pPr>
        <w:pStyle w:val="ListNumber"/>
        <w:spacing w:line="240" w:lineRule="auto"/>
        <w:ind w:left="720"/>
      </w:pPr>
      <w:r/>
      <w:hyperlink r:id="rId15">
        <w:r>
          <w:rPr>
            <w:color w:val="0000EE"/>
            <w:u w:val="single"/>
          </w:rPr>
          <w:t>https://www.eventbrite.com/e/queer-book-club-zoom-meeting-tickets-1997303908757</w:t>
        </w:r>
      </w:hyperlink>
      <w:r>
        <w:t xml:space="preserve"> - The 'Queer Book Club' will meet on Monday, August 24, 2026, at 7 PM via Zoom. The club meets on the fourth Monday of each month to discuss books by queer authors. This month’s reading is 'An Unkindness of Ghosts' by Rivers Solomon. For more details, visit the DC LGBTQ+ Community Center’s website. The club provides a platform for engaging discussions and community building.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ashingtonblade.com/2026/08/21/lgbtq-events-calendar-august-21-27/" TargetMode="External"/><Relationship Id="rId10" Type="http://schemas.openxmlformats.org/officeDocument/2006/relationships/hyperlink" Target="https://www.eventbrite.com/e/lgbtq-community-happy-hour-uproar-rooftop-tickets-1997303908757" TargetMode="External"/><Relationship Id="rId11" Type="http://schemas.openxmlformats.org/officeDocument/2006/relationships/hyperlink" Target="https://www.eventbrite.com/e/lgbtq-community-brunch-freddies-beach-bar-restaurant-tickets-1997303908757" TargetMode="External"/><Relationship Id="rId12" Type="http://schemas.openxmlformats.org/officeDocument/2006/relationships/hyperlink" Target="https://thedccenter.org/events/trans-and-genderqueer-game-night-3-2026-04-17-2026-05-15-2026-06-19-2026-07-17-2026-08-21-2026-09-18-2026-10-16/" TargetMode="External"/><Relationship Id="rId13" Type="http://schemas.openxmlformats.org/officeDocument/2006/relationships/hyperlink" Target="https://www.eventbrite.com/e/black-lesbian-support-group-zoom-meeting-tickets-1997303908757" TargetMode="External"/><Relationship Id="rId14" Type="http://schemas.openxmlformats.org/officeDocument/2006/relationships/hyperlink" Target="https://www.eventbrite.com/e/center-aging-monday-coffee-klatch-zoom-meeting-tickets-1997303908757" TargetMode="External"/><Relationship Id="rId15" Type="http://schemas.openxmlformats.org/officeDocument/2006/relationships/hyperlink" Target="https://www.eventbrite.com/e/queer-book-club-zoom-meeting-tickets-199730390875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