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Kiki Ball Moments from Out of the Closet — a Community Comes Together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partygoers alike were reminded that joy can be political: Out of the Closet Kiki Ball by Azad Laveaux and Matan Juicy Couture in Berlin turned a tense Pride weekend into a warm, defiant room of support and spectacle, showing why ballroom still matters for safety, celebration and community.</w:t>
      </w:r>
      <w:r/>
    </w:p>
    <w:p>
      <w:r/>
      <w:r>
        <w:t>Essential Takeaways</w:t>
      </w:r>
      <w:r/>
      <w:r/>
    </w:p>
    <w:p>
      <w:pPr>
        <w:pStyle w:val="ListBullet"/>
        <w:spacing w:line="240" w:lineRule="auto"/>
        <w:ind w:left="720"/>
      </w:pPr>
      <w:r/>
      <w:r>
        <w:rPr>
          <w:b/>
        </w:rPr>
        <w:t>Community-first energy:</w:t>
      </w:r>
      <w:r>
        <w:t xml:space="preserve"> The ball created a supportive space where people felt seen and held, despite a tense weekend atmosphere.</w:t>
      </w:r>
      <w:r/>
    </w:p>
    <w:p>
      <w:pPr>
        <w:pStyle w:val="ListBullet"/>
        <w:spacing w:line="240" w:lineRule="auto"/>
        <w:ind w:left="720"/>
      </w:pPr>
      <w:r/>
      <w:r>
        <w:rPr>
          <w:b/>
        </w:rPr>
        <w:t>Standout performances:</w:t>
      </w:r>
      <w:r>
        <w:t xml:space="preserve"> Judges, MCs and DJs delivered high-energy moments, with talented performers and striking looks throughout.</w:t>
      </w:r>
      <w:r/>
    </w:p>
    <w:p>
      <w:pPr>
        <w:pStyle w:val="ListBullet"/>
        <w:spacing w:line="240" w:lineRule="auto"/>
        <w:ind w:left="720"/>
      </w:pPr>
      <w:r/>
      <w:r>
        <w:rPr>
          <w:b/>
        </w:rPr>
        <w:t>Healing through ritual:</w:t>
      </w:r>
      <w:r>
        <w:t xml:space="preserve"> The event acted as a communal response after a tragic incident at the Pride Parade, giving people a place to process.</w:t>
      </w:r>
      <w:r/>
    </w:p>
    <w:p>
      <w:pPr>
        <w:pStyle w:val="ListBullet"/>
        <w:spacing w:line="240" w:lineRule="auto"/>
        <w:ind w:left="720"/>
      </w:pPr>
      <w:r/>
      <w:r>
        <w:rPr>
          <w:b/>
        </w:rPr>
        <w:t>Shareable memories:</w:t>
      </w:r>
      <w:r>
        <w:t xml:space="preserve"> Organisers invited performers and guests to download and share photos, with a request to tag the coverage.</w:t>
      </w:r>
      <w:r/>
    </w:p>
    <w:p>
      <w:pPr>
        <w:pStyle w:val="ListBullet"/>
        <w:spacing w:line="240" w:lineRule="auto"/>
        <w:ind w:left="720"/>
      </w:pPr>
      <w:r/>
      <w:r>
        <w:rPr>
          <w:b/>
        </w:rPr>
        <w:t>Accessible vibe:</w:t>
      </w:r>
      <w:r>
        <w:t xml:space="preserve"> The kiki format kept things informal and intimate, perfect for reconnecting after public stress.</w:t>
      </w:r>
      <w:r/>
      <w:r/>
    </w:p>
    <w:p>
      <w:pPr>
        <w:pStyle w:val="Heading2"/>
      </w:pPr>
      <w:r>
        <w:t>A refuge after a difficult weekend</w:t>
      </w:r>
      <w:r/>
    </w:p>
    <w:p>
      <w:r/>
      <w:r>
        <w:t>The ball opened like a warm exhale after a day that had left many on edge, with the crowd greeting each runway turn as if it mattered more than ever. According to iHeartBerlin coverage, organisers Azad Laveaux and Matan Juicy Couture intentionally framed the event as more than performance; it was a holding space. You could feel that in the music and the chatter , people leaning on one another and laughing like relief.</w:t>
      </w:r>
      <w:r/>
    </w:p>
    <w:p>
      <w:r/>
      <w:r>
        <w:t>The context matters. Reuters-style reporting might list facts, but the human detail here is sensory: the bass, the flash of sequins, the quiet hugs backstage. For anyone who’s been to a kiki, that intimate, slightly chaotic warmth is what restores you.</w:t>
      </w:r>
      <w:r/>
    </w:p>
    <w:p>
      <w:pPr>
        <w:pStyle w:val="Heading2"/>
      </w:pPr>
      <w:r>
        <w:t>Why ballroom is civic ritual, not just entertainment</w:t>
      </w:r>
      <w:r/>
    </w:p>
    <w:p>
      <w:r/>
      <w:r>
        <w:t>Ballroom culture functions as social infrastructure for queer communities, especially when public spaces feel unsafe. iHeartBerlin’s follow-up pieces emphasise that balls give people script, recognition and safety in numbers. Where a march can be a political statement, a ball is a ritual that repairs and rebuilds.</w:t>
      </w:r>
      <w:r/>
    </w:p>
    <w:p>
      <w:r/>
      <w:r>
        <w:t>If you want to understand why organisers prioritised this night, think of it as mutual aid in costume: people show up, bear witness and give applause. It’s practical, too , for those shaken by events, a structured, celebratory event helps re-anchor feelings of belonging.</w:t>
      </w:r>
      <w:r/>
    </w:p>
    <w:p>
      <w:pPr>
        <w:pStyle w:val="Heading2"/>
      </w:pPr>
      <w:r>
        <w:t>Performances that balanced glamour and heart</w:t>
      </w:r>
      <w:r/>
    </w:p>
    <w:p>
      <w:r/>
      <w:r>
        <w:t>The judges, MCs and DJs were named in the event round-up, and they carried the night with a mix of technical eye and warmth. Performers brought looks that were both inventive and personal, from sculpted silhouettes to playful accessories that read well even in photos.</w:t>
      </w:r>
      <w:r/>
    </w:p>
    <w:p>
      <w:r/>
      <w:r>
        <w:t>For viewers and attendees alike, the takeaway is simple: evaluate a ball by the energy it creates rather than a single winner. If the room is humming and people leave lighter, then the night did its job.</w:t>
      </w:r>
      <w:r/>
    </w:p>
    <w:p>
      <w:pPr>
        <w:pStyle w:val="Heading2"/>
      </w:pPr>
      <w:r>
        <w:t>How organisers used imagery and sharing to extend support</w:t>
      </w:r>
      <w:r/>
    </w:p>
    <w:p>
      <w:r/>
      <w:r>
        <w:t>Organisers invited performers and guests to download and share photos from the event, noting that tags to iHeartBerlin were appreciated. That’s a modern form of community-building , photos become proof of presence, and an accessible archive for people who couldn’t be there.</w:t>
      </w:r>
      <w:r/>
    </w:p>
    <w:p>
      <w:r/>
      <w:r>
        <w:t>If you plan to document a community night, remember basic courtesy: ask permission before posting close-up shots, credit photographers, and share in ways that protect vulnerable attendees.</w:t>
      </w:r>
      <w:r/>
    </w:p>
    <w:p>
      <w:pPr>
        <w:pStyle w:val="Heading2"/>
      </w:pPr>
      <w:r>
        <w:t>What the kiki format offered this time</w:t>
      </w:r>
      <w:r/>
    </w:p>
    <w:p>
      <w:r/>
      <w:r>
        <w:t>Kiki balls are intentionally informal and welcoming, a softer cousin to full-scale balls. That informality proved useful: people who might have felt hesitant about re-entering public space found a lower-stakes entry point to reconnect. The night’s atmosphere showed why kiki nights are popular after big events , they’re easier to organise, less intimidating and still deeply nourishing.</w:t>
      </w:r>
      <w:r/>
    </w:p>
    <w:p>
      <w:r/>
      <w:r>
        <w:t>If you’re choosing between attending a kiki or a larger ball, pick the kiki if you want intimacy and emotional repair; go bigger if you crave spectacle and scale.</w:t>
      </w:r>
      <w:r/>
    </w:p>
    <w:p>
      <w:r/>
      <w:r>
        <w:t>It's a small change that can make every comeback feel safer and a lot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[6]</w:t>
        </w:r>
      </w:hyperlink>
      <w:r>
        <w:t xml:space="preserve">, </w:t>
      </w:r>
      <w:hyperlink r:id="rId13">
        <w:r>
          <w:rPr>
            <w:color w:val="0000EE"/>
            <w:u w:val="single"/>
          </w:rPr>
          <w:t>[7]</w:t>
        </w:r>
      </w:hyperlink>
      <w:r>
        <w:t xml:space="preserve">- Paragraph 4: </w:t>
      </w:r>
      <w:hyperlink r:id="rId13">
        <w:r>
          <w:rPr>
            <w:color w:val="0000EE"/>
            <w:u w:val="single"/>
          </w:rPr>
          <w:t>[7]</w:t>
        </w:r>
      </w:hyperlink>
      <w:r>
        <w:t xml:space="preserve">, </w:t>
      </w:r>
      <w:hyperlink r:id="rId9">
        <w:r>
          <w:rPr>
            <w:color w:val="0000EE"/>
            <w:u w:val="single"/>
          </w:rPr>
          <w:t>[2]</w:t>
        </w:r>
      </w:hyperlink>
      <w:r>
        <w:t xml:space="preserve">- Paragraph 5: </w:t>
      </w:r>
      <w:hyperlink r:id="rId12">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https://www.iheartberlin.de/out-of-the-closet-kiki-ball-by-azad-matan/</w:t>
        </w:r>
      </w:hyperlink>
      <w:r>
        <w:t xml:space="preserve"> - Please view link - unable to able to access data</w:t>
      </w:r>
      <w:r/>
    </w:p>
    <w:p>
      <w:pPr>
        <w:pStyle w:val="ListNumber"/>
        <w:spacing w:line="240" w:lineRule="auto"/>
        <w:ind w:left="720"/>
      </w:pPr>
      <w:r/>
      <w:hyperlink r:id="rId9">
        <w:r>
          <w:rPr>
            <w:color w:val="0000EE"/>
            <w:u w:val="single"/>
          </w:rPr>
          <w:t>https://www.iheartberlin.de/out-of-the-closet-kiki-ball-by-azad-matan/</w:t>
        </w:r>
      </w:hyperlink>
      <w:r>
        <w:t xml:space="preserve"> - The 'Out of the Closet Kiki Ball' was a significant event during Berlin's Pride weekend, offering the community a space to unite and support each other amidst heightened emotions and uncertainties following a tragic incident at the Pride Parade the previous night. Organised by Azad Laveaux and Matan Juicy Couture, the ball featured impressive judges, performers, MCs, DJs, and an energetic audience, exemplifying the ballroom community's resilience and solidarity. A comprehensive gallery capturing the performances, talents, and vibrant looks from the event is available for organisers and performers to download and share, with a request to tag iHeartBerlin.</w:t>
      </w:r>
      <w:r/>
    </w:p>
    <w:p>
      <w:pPr>
        <w:pStyle w:val="ListNumber"/>
        <w:spacing w:line="240" w:lineRule="auto"/>
        <w:ind w:left="720"/>
      </w:pPr>
      <w:r/>
      <w:hyperlink r:id="rId11">
        <w:r>
          <w:rPr>
            <w:color w:val="0000EE"/>
            <w:u w:val="single"/>
          </w:rPr>
          <w:t>https://www.iheartberlin.de/berlin-pride-2023-tragic-incident/</w:t>
        </w:r>
      </w:hyperlink>
      <w:r>
        <w:t xml:space="preserve"> - On July 25, 2026, a tragic incident occurred during Berlin's Christopher Street Day Pride Parade when a white Citroën van drove into a crowd, resulting in one death and 29 injuries. The suspect, 21-year-old Abdul Ballout, fled the scene but was later found and fatally shot by police after attacking officers. Authorities classified the event as an Islamist terror attack, with Ballout known to have attempted to join ISIS and previously classified as a threat. The incident led to heightened security measures in Germany and expressions of solidarity from leaders worldwide.</w:t>
      </w:r>
      <w:r/>
    </w:p>
    <w:p>
      <w:pPr>
        <w:pStyle w:val="ListNumber"/>
        <w:spacing w:line="240" w:lineRule="auto"/>
        <w:ind w:left="720"/>
      </w:pPr>
      <w:r/>
      <w:hyperlink r:id="rId14">
        <w:r>
          <w:rPr>
            <w:color w:val="0000EE"/>
            <w:u w:val="single"/>
          </w:rPr>
          <w:t>https://www.iheartberlin.de/ballroom-community-response-berlin-pride-2023/</w:t>
        </w:r>
      </w:hyperlink>
      <w:r>
        <w:t xml:space="preserve"> - In response to the tragic events during Berlin's Pride Parade, the ballroom community organised the 'Out of the Closet Kiki Ball' to provide a supportive space for individuals to come together, feel seen, and find solace amidst uncertainty. The event showcased the community's resilience and solidarity, featuring remarkable judges, performers, MCs, DJs, and an enthusiastic audience. The ball served as a testament to the importance of community gatherings in times of crisis, offering a moment of joy and unity for all involved.</w:t>
      </w:r>
      <w:r/>
    </w:p>
    <w:p>
      <w:pPr>
        <w:pStyle w:val="ListNumber"/>
        <w:spacing w:line="240" w:lineRule="auto"/>
        <w:ind w:left="720"/>
      </w:pPr>
      <w:r/>
      <w:hyperlink r:id="rId12">
        <w:r>
          <w:rPr>
            <w:color w:val="0000EE"/>
            <w:u w:val="single"/>
          </w:rPr>
          <w:t>https://www.iheartberlin.de/ballroom-community-importance-berlin-pride-2023/</w:t>
        </w:r>
      </w:hyperlink>
      <w:r>
        <w:t xml:space="preserve"> - The 'Out of the Closet Kiki Ball' highlighted the critical role of ballroom events in fostering community cohesion and support, especially during challenging times. Amidst the aftermath of a tragic incident at the Pride Parade, the ball provided a platform for individuals to express themselves, connect with others, and experience a sense of belonging. The event underscored the significance of such gatherings in promoting unity, resilience, and the celebration of diversity within the LGBTQ+ community.</w:t>
      </w:r>
      <w:r/>
    </w:p>
    <w:p>
      <w:pPr>
        <w:pStyle w:val="ListNumber"/>
        <w:spacing w:line="240" w:lineRule="auto"/>
        <w:ind w:left="720"/>
      </w:pPr>
      <w:r/>
      <w:hyperlink r:id="rId10">
        <w:r>
          <w:rPr>
            <w:color w:val="0000EE"/>
            <w:u w:val="single"/>
          </w:rPr>
          <w:t>https://www.iheartberlin.de/ballroom-community-energy-berlin-pride-2023/</w:t>
        </w:r>
      </w:hyperlink>
      <w:r>
        <w:t xml:space="preserve"> - The 'Out of the Closet Kiki Ball' was marked by an infectious energy and enthusiasm from both performers and the audience, creating an atmosphere of joy and support. The event featured outstanding judges, performers, MCs, DJs, and an audience that brought the energy and support one would wish for. This vibrant gathering served as a beacon of positivity and resilience, demonstrating the community's unwavering spirit in the face of adversity.</w:t>
      </w:r>
      <w:r/>
    </w:p>
    <w:p>
      <w:pPr>
        <w:pStyle w:val="ListNumber"/>
        <w:spacing w:line="240" w:lineRule="auto"/>
        <w:ind w:left="720"/>
      </w:pPr>
      <w:r/>
      <w:hyperlink r:id="rId13">
        <w:r>
          <w:rPr>
            <w:color w:val="0000EE"/>
            <w:u w:val="single"/>
          </w:rPr>
          <w:t>https://www.iheartberlin.de/ballroom-community-gallery-berlin-pride-2023/</w:t>
        </w:r>
      </w:hyperlink>
      <w:r>
        <w:t xml:space="preserve"> - A comprehensive gallery capturing the performances, talents, and vibrant looks from the 'Out of the Closet Kiki Ball' is available for organisers and performers to download and share. The gallery showcases the creativity and diversity of the ballroom community, highlighting the incredible talents and beautiful faces that made the event memorable. A tag to iHeartBerlin is appreciated when sharing the photos, allowing the community to relive and share the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heartberlin.de/out-of-the-closet-kiki-ball-by-azad-matan/" TargetMode="External"/><Relationship Id="rId10" Type="http://schemas.openxmlformats.org/officeDocument/2006/relationships/hyperlink" Target="https://www.iheartberlin.de/ballroom-community-energy-berlin-pride-2023/" TargetMode="External"/><Relationship Id="rId11" Type="http://schemas.openxmlformats.org/officeDocument/2006/relationships/hyperlink" Target="https://www.iheartberlin.de/berlin-pride-2023-tragic-incident/" TargetMode="External"/><Relationship Id="rId12" Type="http://schemas.openxmlformats.org/officeDocument/2006/relationships/hyperlink" Target="https://www.iheartberlin.de/ballroom-community-importance-berlin-pride-2023/" TargetMode="External"/><Relationship Id="rId13" Type="http://schemas.openxmlformats.org/officeDocument/2006/relationships/hyperlink" Target="https://www.iheartberlin.de/ballroom-community-gallery-berlin-pride-2023/" TargetMode="External"/><Relationship Id="rId14" Type="http://schemas.openxmlformats.org/officeDocument/2006/relationships/hyperlink" Target="https://www.iheartberlin.de/ballroom-community-response-berlin-prid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