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Johnstown Pride 2026 Guide: What to Expect at This Free, Family-Friendly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turning out for Johnstown Pride 2026 , a free, family-friendly afternoon of music, vendors and solidarity that matters locally and beyond. The Saturday event brings two stages of entertainment, a children's area, dozens of unique vendors and non-profits, and a visible stand against rising online hate.</w:t>
      </w:r>
      <w:r/>
    </w:p>
    <w:p>
      <w:r/>
      <w:r>
        <w:t>Essential Takeaways</w:t>
      </w:r>
      <w:r/>
      <w:r/>
    </w:p>
    <w:p>
      <w:pPr>
        <w:pStyle w:val="ListBullet"/>
        <w:spacing w:line="240" w:lineRule="auto"/>
        <w:ind w:left="720"/>
      </w:pPr>
      <w:r/>
      <w:r>
        <w:rPr>
          <w:b/>
        </w:rPr>
        <w:t>When and where:</w:t>
      </w:r>
      <w:r>
        <w:t xml:space="preserve"> Johnstown Pride 2026 runs noon–8pm at 1st Summit Arena, Cambria County War Memorial , free to attend.</w:t>
      </w:r>
      <w:r/>
    </w:p>
    <w:p>
      <w:pPr>
        <w:pStyle w:val="ListBullet"/>
        <w:spacing w:line="240" w:lineRule="auto"/>
        <w:ind w:left="720"/>
      </w:pPr>
      <w:r/>
      <w:r>
        <w:rPr>
          <w:b/>
        </w:rPr>
        <w:t>What’s on:</w:t>
      </w:r>
      <w:r>
        <w:t xml:space="preserve"> Two stages of entertainment, a family and children’s area, a dance contest, plus many local vendors and community organisations.</w:t>
      </w:r>
      <w:r/>
    </w:p>
    <w:p>
      <w:pPr>
        <w:pStyle w:val="ListBullet"/>
        <w:spacing w:line="240" w:lineRule="auto"/>
        <w:ind w:left="720"/>
      </w:pPr>
      <w:r/>
      <w:r>
        <w:rPr>
          <w:b/>
        </w:rPr>
        <w:t>Community purpose:</w:t>
      </w:r>
      <w:r>
        <w:t xml:space="preserve"> Organisers say the festival is a public show of support and education for the LGBT+ community amid a resurgence of online hate.</w:t>
      </w:r>
      <w:r/>
    </w:p>
    <w:p>
      <w:pPr>
        <w:pStyle w:val="ListBullet"/>
        <w:spacing w:line="240" w:lineRule="auto"/>
        <w:ind w:left="720"/>
      </w:pPr>
      <w:r/>
      <w:r>
        <w:rPr>
          <w:b/>
        </w:rPr>
        <w:t>Local boost:</w:t>
      </w:r>
      <w:r>
        <w:t xml:space="preserve"> The event aims to bring footfall to Johnstown businesses and highlight regional groups and artisans.</w:t>
      </w:r>
      <w:r/>
    </w:p>
    <w:p>
      <w:pPr>
        <w:pStyle w:val="ListBullet"/>
        <w:spacing w:line="240" w:lineRule="auto"/>
        <w:ind w:left="720"/>
      </w:pPr>
      <w:r/>
      <w:r>
        <w:rPr>
          <w:b/>
        </w:rPr>
        <w:t>Vibe:</w:t>
      </w:r>
      <w:r>
        <w:t xml:space="preserve"> Expect a busy, upbeat feel with chances to learn, dance and shop , plus the comfort of family-focused programming.</w:t>
      </w:r>
      <w:r/>
      <w:r/>
    </w:p>
    <w:p>
      <w:pPr>
        <w:pStyle w:val="Heading2"/>
      </w:pPr>
      <w:r>
        <w:t>A long-running hometown tradition with a fresh urgency</w:t>
      </w:r>
      <w:r/>
    </w:p>
    <w:p>
      <w:r/>
      <w:r>
        <w:t>Johnstown Pride returns for its 27th year with the kind of easy energy that comes from a community ritual; the fairground smells, music and chatter are part of the appeal. According to local organisers, the event is free and family-friendly, and that accessibility keeps people of all ages coming back. For many attendees it’s reassuring to see colourful, public support in a small city setting when national headlines can feel so fraught.</w:t>
      </w:r>
      <w:r/>
    </w:p>
    <w:p>
      <w:pPr>
        <w:pStyle w:val="Heading2"/>
      </w:pPr>
      <w:r>
        <w:t>Entertainment for every mood , two stages, a dance contest and more</w:t>
      </w:r>
      <w:r/>
    </w:p>
    <w:p>
      <w:r/>
      <w:r>
        <w:t>Organisers have lined up entertainment on two stages so there’s something flowing throughout the afternoon and evening. You’ll find high-energy sets for dancing, quieter performances for families, and a dance contest that gives local performers a spotlight. If you’re planning to go, bring ear-friendly options for little ones and a comfortable pair of shoes; the day can be long but lively.</w:t>
      </w:r>
      <w:r/>
    </w:p>
    <w:p>
      <w:pPr>
        <w:pStyle w:val="Heading2"/>
      </w:pPr>
      <w:r>
        <w:t>Vendors and non-profits: a local marketplace with purpose</w:t>
      </w:r>
      <w:r/>
    </w:p>
    <w:p>
      <w:r/>
      <w:r>
        <w:t>A key draw is the variety of vendors and community groups on-site. Local artisans, food sellers and non-profits use the festival as a way to reach new people, educate the public, and raise funds. It’s a great chance to pick up handmade goods, talk to support organisations, or find volunteer opportunities. If you want to support local causes, bring cash for smaller stalls and a reusable bag for purchases.</w:t>
      </w:r>
      <w:r/>
    </w:p>
    <w:p>
      <w:pPr>
        <w:pStyle w:val="Heading2"/>
      </w:pPr>
      <w:r>
        <w:t>Why organisers say Pride still matters here</w:t>
      </w:r>
      <w:r/>
    </w:p>
    <w:p>
      <w:r/>
      <w:r>
        <w:t>John Debartola, Keystone Alliance President, pointed to a rise in online hostility in recent months, saying that visible, peaceful gatherings are vital. Events like this serve both to celebrate and to educate, offering face-to-face encounters that break down fear and misconceptions. For residents, it’s also practical: festivals draw visitors, help nearby businesses, and remind the city that inclusion is an economic as well as moral good.</w:t>
      </w:r>
      <w:r/>
    </w:p>
    <w:p>
      <w:pPr>
        <w:pStyle w:val="Heading2"/>
      </w:pPr>
      <w:r>
        <w:t>Tips to make the most of the day</w:t>
      </w:r>
      <w:r/>
    </w:p>
    <w:p>
      <w:r/>
      <w:r>
        <w:t>Arrive early to find parking and to catch the family area before peak crowds arrive. If you’re bringing children, take advantage of the children’s zone and pack snacks and sun protection; even indoor arenas can have outdoor queueing. Plan which stage acts you want to see and leave time for vendors , some of the best finds come mid-afternoon. Finally, be ready to listen and learn; the event is as much about community education as entertainment.</w:t>
      </w:r>
      <w:r/>
    </w:p>
    <w:p>
      <w:r/>
      <w:r>
        <w:t>It's a small change that can make every attendee feel a little more welcome.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https://wjactv.com/news/local/johnstown-to-hold-pride-event-for-27th-year</w:t>
        </w:r>
      </w:hyperlink>
      <w:r>
        <w:t xml:space="preserve"> - Please view link - unable to able to access data</w:t>
      </w:r>
      <w:r/>
    </w:p>
    <w:p>
      <w:pPr>
        <w:pStyle w:val="ListNumber"/>
        <w:spacing w:line="240" w:lineRule="auto"/>
        <w:ind w:left="720"/>
      </w:pPr>
      <w:r/>
      <w:hyperlink r:id="rId10">
        <w:r>
          <w:rPr>
            <w:color w:val="0000EE"/>
            <w:u w:val="single"/>
          </w:rPr>
          <w:t>https://www.visitjohnstownpa.com/event/johnstown-pride-2026</w:t>
        </w:r>
      </w:hyperlink>
      <w:r>
        <w:t xml:space="preserve"> - Johnstown PRIDE 2026 is scheduled for August 22, 2026, from 12:00 pm to 8:00 pm at the Frank J. Pasquerilla Conference Center in Johnstown, Pennsylvania. The event is free to attend and will feature live performances, local vendors, food trucks, drag shows, and family-friendly activities. Organised by the Keystone Alliance, the celebration aims to show solidarity with the LGBTQ+ community in the region. For more information, contact the Keystone Alliance at 814-421-8000 or visit their website.</w:t>
      </w:r>
      <w:r/>
    </w:p>
    <w:p>
      <w:pPr>
        <w:pStyle w:val="ListNumber"/>
        <w:spacing w:line="240" w:lineRule="auto"/>
        <w:ind w:left="720"/>
      </w:pPr>
      <w:r/>
      <w:hyperlink r:id="rId11">
        <w:r>
          <w:rPr>
            <w:color w:val="0000EE"/>
            <w:u w:val="single"/>
          </w:rPr>
          <w:t>https://www.visitjohnstownpa.com/events/category/festivals</w:t>
        </w:r>
      </w:hyperlink>
      <w:r>
        <w:t xml:space="preserve"> - The Visit Johnstown website provides a comprehensive list of upcoming festivals in the area, including the Johnstown PRIDE 2026 event. The site offers details on various events, including dates, times, and descriptions, helping residents and visitors stay informed about local happenings. For the most current information, it's advisable to check the website regularly, as event details may change.</w:t>
      </w:r>
      <w:r/>
    </w:p>
    <w:p>
      <w:pPr>
        <w:pStyle w:val="ListNumber"/>
        <w:spacing w:line="240" w:lineRule="auto"/>
        <w:ind w:left="720"/>
      </w:pPr>
      <w:r/>
      <w:hyperlink r:id="rId14">
        <w:r>
          <w:rPr>
            <w:color w:val="0000EE"/>
            <w:u w:val="single"/>
          </w:rPr>
          <w:t>https://www.festivalsinpa.com/festival/55/johnstown-polkafest-2026</w:t>
        </w:r>
      </w:hyperlink>
      <w:r>
        <w:t xml:space="preserve"> - Johnstown PolkaFest 2026 is scheduled for May 29, 2026, at 4:30 pm at Peoples Natural Gas Park in Johnstown, Pennsylvania. Established in 1998, the festival celebrates the city's rich ethnic heritage with performances by Grammy-nominated and award-winning bands. The event blends Polish and Slovenian polka styles, sometimes incorporating German, Country, and Rock music. For more information, contact 814-536-7993 or email lindsaya@visitjohnstownpa.com.</w:t>
      </w:r>
      <w:r/>
    </w:p>
    <w:p>
      <w:pPr>
        <w:pStyle w:val="ListNumber"/>
        <w:spacing w:line="240" w:lineRule="auto"/>
        <w:ind w:left="720"/>
      </w:pPr>
      <w:r/>
      <w:hyperlink r:id="rId12">
        <w:r>
          <w:rPr>
            <w:color w:val="0000EE"/>
            <w:u w:val="single"/>
          </w:rPr>
          <w:t>https://www.visitpittsburgh.com/blog/celebrate-pride-in-pittsburgh/</w:t>
        </w:r>
      </w:hyperlink>
      <w:r>
        <w:t xml:space="preserve"> - Pittsburgh Pride 2026 is set for June 6-7, 2026, across multiple Pittsburgh neighborhoods. The event will feature vendors, a community march, and free concerts with performances by local, national, and international artists. Additional events include the Pride Prom on June 5 and Pride Night at the Pirates on June 11. For the latest updates and detailed schedules, visit the official Pittsburgh Pride website.</w:t>
      </w:r>
      <w:r/>
    </w:p>
    <w:p>
      <w:pPr>
        <w:pStyle w:val="ListNumber"/>
        <w:spacing w:line="240" w:lineRule="auto"/>
        <w:ind w:left="720"/>
      </w:pPr>
      <w:r/>
      <w:hyperlink r:id="rId13">
        <w:r>
          <w:rPr>
            <w:color w:val="0000EE"/>
            <w:u w:val="single"/>
          </w:rPr>
          <w:t>https://www.cincinnatipride.org/festival</w:t>
        </w:r>
      </w:hyperlink>
      <w:r>
        <w:t xml:space="preserve"> - Cincinnati Pride 2026 is scheduled for June 27, 2026, at Sawyer Point Park. The family-friendly festival will offer food, drinks, vendors, and entertainment. The parade will start at 11 am, beginning at 7th Street &amp; Plum and ending at Sawyer Point &amp; Yeatman's Cove. For more information, including vendor registration and volunteer opportunities, visit the Cincinnati Pride website.</w:t>
      </w:r>
      <w:r/>
    </w:p>
    <w:p>
      <w:pPr>
        <w:pStyle w:val="ListNumber"/>
        <w:spacing w:line="240" w:lineRule="auto"/>
        <w:ind w:left="720"/>
      </w:pPr>
      <w:r/>
      <w:hyperlink r:id="rId15">
        <w:r>
          <w:rPr>
            <w:color w:val="0000EE"/>
            <w:u w:val="single"/>
          </w:rPr>
          <w:t>https://lebopride.org/event/annual-celebration-2026/</w:t>
        </w:r>
      </w:hyperlink>
      <w:r>
        <w:t xml:space="preserve"> - The Fifth Annual Lebo Pride Celebration is set for June 13, 2026, from 10:00 am to 3:00 pm at Mt. Lebanon Main Park in Pittsburgh, Pennsylvania. The event is free to attend and will feature various activities, with more details to be announced as planning progresses. For updates and more information, visit the Lebo Pride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jactv.com/news/local/johnstown-to-hold-pride-event-for-27th-year" TargetMode="External"/><Relationship Id="rId10" Type="http://schemas.openxmlformats.org/officeDocument/2006/relationships/hyperlink" Target="https://www.visitjohnstownpa.com/event/johnstown-pride-2026" TargetMode="External"/><Relationship Id="rId11" Type="http://schemas.openxmlformats.org/officeDocument/2006/relationships/hyperlink" Target="https://www.visitjohnstownpa.com/events/category/festivals" TargetMode="External"/><Relationship Id="rId12" Type="http://schemas.openxmlformats.org/officeDocument/2006/relationships/hyperlink" Target="https://www.visitpittsburgh.com/blog/celebrate-pride-in-pittsburgh/" TargetMode="External"/><Relationship Id="rId13" Type="http://schemas.openxmlformats.org/officeDocument/2006/relationships/hyperlink" Target="https://www.cincinnatipride.org/festival" TargetMode="External"/><Relationship Id="rId14" Type="http://schemas.openxmlformats.org/officeDocument/2006/relationships/hyperlink" Target="https://www.festivalsinpa.com/festival/55/johnstown-polkafest-2026" TargetMode="External"/><Relationship Id="rId15" Type="http://schemas.openxmlformats.org/officeDocument/2006/relationships/hyperlink" Target="https://lebopride.org/event/annual-celebration-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