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Houston LGBTQ+ Weekend Picks: What to Do Aug 20–23 (Houston event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a lively weekend of queer-centred options in Montrose and beyond , from charity dining and Gatsby glamour to intimate support groups and sapphic nights out. Here’s what’s worth pencilling in and why each event matters to Houston’s LGBTQ+ scene.</w:t>
      </w:r>
      <w:r/>
    </w:p>
    <w:p>
      <w:r/>
      <w:r>
        <w:t>Essential Takeaways</w:t>
      </w:r>
      <w:r/>
      <w:r/>
    </w:p>
    <w:p>
      <w:pPr>
        <w:pStyle w:val="ListBullet"/>
        <w:spacing w:line="240" w:lineRule="auto"/>
        <w:ind w:left="720"/>
      </w:pPr>
      <w:r/>
      <w:r>
        <w:rPr>
          <w:b/>
        </w:rPr>
        <w:t>Houston Restaurant Weeks:</w:t>
      </w:r>
      <w:r>
        <w:t xml:space="preserve"> Dozens of restaurants offer prix fixe menus through Sept. 7 to raise money for the Houston Food Bank; great for food lovers and fundraising. </w:t>
      </w:r>
      <w:r/>
    </w:p>
    <w:p>
      <w:pPr>
        <w:pStyle w:val="ListBullet"/>
        <w:spacing w:line="240" w:lineRule="auto"/>
        <w:ind w:left="720"/>
      </w:pPr>
      <w:r/>
      <w:r>
        <w:rPr>
          <w:b/>
        </w:rPr>
        <w:t>Community-first options:</w:t>
      </w:r>
      <w:r>
        <w:t xml:space="preserve"> The Men’s Gathering and Montrose Friends Club provide quieter, connection-focused spaces for conversation and companionship. </w:t>
      </w:r>
      <w:r/>
    </w:p>
    <w:p>
      <w:pPr>
        <w:pStyle w:val="ListBullet"/>
        <w:spacing w:line="240" w:lineRule="auto"/>
        <w:ind w:left="720"/>
      </w:pPr>
      <w:r/>
      <w:r>
        <w:rPr>
          <w:b/>
        </w:rPr>
        <w:t>High-glam highlights:</w:t>
      </w:r>
      <w:r>
        <w:t xml:space="preserve"> Miss Gay Texas USofA and the 7th Annual Red Dinner promise spectacle , think big gowns, Roaring Twenties dresses, and fundraising flair. </w:t>
      </w:r>
      <w:r/>
    </w:p>
    <w:p>
      <w:pPr>
        <w:pStyle w:val="ListBullet"/>
        <w:spacing w:line="240" w:lineRule="auto"/>
        <w:ind w:left="720"/>
      </w:pPr>
      <w:r/>
      <w:r>
        <w:rPr>
          <w:b/>
        </w:rPr>
        <w:t>Sapphic and theatrical:</w:t>
      </w:r>
      <w:r>
        <w:t xml:space="preserve"> Bailey Bunnie’s Sapphic Cirque and EyeCons at Michael’s Outpost offer performance-led nights with a queer-centred twist. </w:t>
      </w:r>
      <w:r/>
    </w:p>
    <w:p>
      <w:pPr>
        <w:pStyle w:val="ListBullet"/>
        <w:spacing w:line="240" w:lineRule="auto"/>
        <w:ind w:left="720"/>
      </w:pPr>
      <w:r/>
      <w:r>
        <w:rPr>
          <w:b/>
        </w:rPr>
        <w:t>Sunday with purpose:</w:t>
      </w:r>
      <w:r>
        <w:t xml:space="preserve"> Voyage Under the Sea supports LGBTQ+ youth services, pairing imaginative themes with direct community impact.</w:t>
      </w:r>
      <w:r/>
      <w:r/>
    </w:p>
    <w:p>
      <w:pPr>
        <w:pStyle w:val="Heading2"/>
      </w:pPr>
      <w:r>
        <w:t>A feast that gives back: Houston Restaurant Weeks continues through Sept. 7</w:t>
      </w:r>
      <w:r/>
    </w:p>
    <w:p>
      <w:r/>
      <w:r>
        <w:t>There’s a pleasant, buzzy smell to the city when hundreds of restaurants put charity menus on the table. Houston Restaurant Weeks runs through early September, pairing specially priced multi-course meals with donations to the Houston Food Bank , so your dinner tastes good and does good. Organisers and participating restaurants across the city have planned prix fixe offerings that showcase their best dishes, making it an easy way to try somewhere new without breaking the bank. According to local coverage, many spots tweak their finest plates for the menu, so expect crowd-pleasers and chef favorites. If you’re dining for impact, pick a night that fits your mood: intimate neighbourhood bistros for a low-key date, or larger dining rooms for celebratory groups. Pro tip: book ahead on weekends; the popular restaurants fill up fast.</w:t>
      </w:r>
      <w:r/>
    </w:p>
    <w:p>
      <w:pPr>
        <w:pStyle w:val="Heading2"/>
      </w:pPr>
      <w:r>
        <w:t>Quiet connection: The Men’s Gathering and Montrose Friends Club</w:t>
      </w:r>
      <w:r/>
    </w:p>
    <w:p>
      <w:r/>
      <w:r>
        <w:t>Not every LGBTQ+ event is neon and loud, and that’s part of the charm here. The Men’s Gathering at the Montrose Center is specifically for gay Black men, offering a calm, fellowship-first evening rather than a packed social scene. It’s a place to listen, share, and build relationships away from the party circuit. Similarly, the Montrose Friends Club runs a relaxed book-club-style meet-up where queer folks and allies gather to talk books and make friends. Both events are low-pressure ways to expand your circle if the typical night out feels forced. Bring curiosity, and maybe a note about a book you love , conversation tends to flow from there.</w:t>
      </w:r>
      <w:r/>
    </w:p>
    <w:p>
      <w:pPr>
        <w:pStyle w:val="Heading2"/>
      </w:pPr>
      <w:r>
        <w:t>Glamour and spectacle: Miss Gay Texas USofA and the Red Dinner</w:t>
      </w:r>
      <w:r/>
    </w:p>
    <w:p>
      <w:r/>
      <w:r>
        <w:t>If you want full-on pageant pomp, Miss Gay Texas USofA at The Ballroom at Bayou Place delivers. Think dramatic performances, elaborate gowns, and the kind of theatrical competition that’s as thrilling for the audience as it is for the contestants. Fans of drag culture will find this a can’t-miss night. On a different sort of red carpet, the University of Houston’s 7th Annual Red Dinner invites attendees to don Roaring Twenties attire for an evening that raises funds for an LGBTQ scholarship fund. It’s an elegant way to party with purpose; dress up, mingle with alumni and allies, and help support students. Both nights are crowd-pleasing reminders that queer culture in Houston balances spectacle with solidarity.</w:t>
      </w:r>
      <w:r/>
    </w:p>
    <w:p>
      <w:pPr>
        <w:pStyle w:val="Heading2"/>
      </w:pPr>
      <w:r>
        <w:t>Sapphic Cirque, EyeCons and the weekend’s playful nights out</w:t>
      </w:r>
      <w:r/>
    </w:p>
    <w:p>
      <w:r/>
      <w:r>
        <w:t>Bailey Bunnie’s Sapphic Cirque promises a theatrical Saturday on Washington Avenue with a sapphic slant , an alternative to the usual club line-ups and a great spot if you’re looking for queer-woman-centred entertainment. Expect playful staging and a night designed around community identity. Michael’s Outpost keeps its reputation for intimate cabaret with EyeCons, a celebrity-impersonation showcase that’s campy, nostalgic, and fun to watch. These performance nights are perfect when you want to sit back and enjoy performers who bring costumes, character, and a wink to every number.</w:t>
      </w:r>
      <w:r/>
    </w:p>
    <w:p>
      <w:pPr>
        <w:pStyle w:val="Heading2"/>
      </w:pPr>
      <w:r>
        <w:t>Sundays that matter: Voyage Under the Sea and Sunday Fundays</w:t>
      </w:r>
      <w:r/>
    </w:p>
    <w:p>
      <w:r/>
      <w:r>
        <w:t>Sunday’s calendar mixes cause-driven celebration with classic neighbourhood bar life. Voyage Under the Sea at ARTECHOUSE Houston supports Tony’s Place and its youth services, folding fundraising into a themed, immersive experience. It’s an imaginative way to support LGBTQ+ young people, including those facing housing instability. If you’d rather keep it casual, Sunday Funday traditions at JR’s and Crocker Bar deliver DJs, friendly crowds, and the kind of easygoing social scene that stretches a weekend into one last hurrah. Both options let you choose how to close out the weekend , with purpose or with pals.</w:t>
      </w:r>
      <w:r/>
    </w:p>
    <w:p>
      <w:r/>
      <w:r>
        <w:t>Closing line Pick a few events that match your mood , glam, giving, or gentle , and enjoy a weekend that showcases the diversity of Houston’s LGBTQ+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9">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https://www.outsmartmagazine.com/2026/08/queer-thing-to-do-aug-20-23/</w:t>
        </w:r>
      </w:hyperlink>
      <w:r>
        <w:t xml:space="preserve"> - Please view link - unable to able to access data</w:t>
      </w:r>
      <w:r/>
    </w:p>
    <w:p>
      <w:pPr>
        <w:pStyle w:val="ListNumber"/>
        <w:spacing w:line="240" w:lineRule="auto"/>
        <w:ind w:left="720"/>
      </w:pPr>
      <w:r/>
      <w:hyperlink r:id="rId10">
        <w:r>
          <w:rPr>
            <w:color w:val="0000EE"/>
            <w:u w:val="single"/>
          </w:rPr>
          <w:t>https://houston.com/food-dining/houston-restaurant-weeks-guide</w:t>
        </w:r>
      </w:hyperlink>
      <w:r>
        <w:t xml:space="preserve"> - Houston Restaurant Weeks 2026 runs from August 1 to September 7, featuring 38 days of prix fixe menus at hundreds of restaurants across the city. A portion of each meal supports the Houston Food Bank, the longest-running fundraiser of its kind in the country. The event offers brunch and lunch at $25 per person, and dinner at $39 or $55, depending on the restaurant tier. Menus are available on the official Houston Restaurant Weeks site, with reservations recommended due to high demand. The program has raised over $18.8 million for the Houston Food Bank since its inception in 2003.</w:t>
      </w:r>
      <w:r/>
    </w:p>
    <w:p>
      <w:pPr>
        <w:pStyle w:val="ListNumber"/>
        <w:spacing w:line="240" w:lineRule="auto"/>
        <w:ind w:left="720"/>
      </w:pPr>
      <w:r/>
      <w:hyperlink r:id="rId13">
        <w:r>
          <w:rPr>
            <w:color w:val="0000EE"/>
            <w:u w:val="single"/>
          </w:rPr>
          <w:t>https://www.bistromistralhouston.com/events/houston-restaurant-weeks-2026/</w:t>
        </w:r>
      </w:hyperlink>
      <w:r>
        <w:t xml:space="preserve"> - Bistro Mistral participates in Houston Restaurant Weeks 2026, offering two prix fixe menus at both their Bellaire and Memorial locations. The $25 two-course lunch is served Tuesday to Friday, 11 AM to 2 PM, while the $55 three-course dinner is available at lunch and dinner, Tuesday to Saturday. Both menus are offered alongside the full à la carte menu. Reservations are recommended to secure a table during this popular event.</w:t>
      </w:r>
      <w:r/>
    </w:p>
    <w:p>
      <w:pPr>
        <w:pStyle w:val="ListNumber"/>
        <w:spacing w:line="240" w:lineRule="auto"/>
        <w:ind w:left="720"/>
      </w:pPr>
      <w:r/>
      <w:hyperlink r:id="rId12">
        <w:r>
          <w:rPr>
            <w:color w:val="0000EE"/>
            <w:u w:val="single"/>
          </w:rPr>
          <w:t>https://houston-stories.com/houston-restaurant-weeks-2026/</w:t>
        </w:r>
      </w:hyperlink>
      <w:r>
        <w:t xml:space="preserve"> - Houston Restaurant Weeks 2026, running from August 1 to September 7, features nearly 400 restaurants across Greater Houston, Galveston, and The Woodlands. Participating establishments offer prix fixe menus at $25, $39, and $55 price points, with a portion of each meal supporting the Houston Food Bank. The event has raised over $22 million and provided more than 65 million meals to those in need since its inception in 2003. Reservations are encouraged due to high demand, especially during the Labor Day weekend.</w:t>
      </w:r>
      <w:r/>
    </w:p>
    <w:p>
      <w:pPr>
        <w:pStyle w:val="ListNumber"/>
        <w:spacing w:line="240" w:lineRule="auto"/>
        <w:ind w:left="720"/>
      </w:pPr>
      <w:r/>
      <w:hyperlink r:id="rId14">
        <w:r>
          <w:rPr>
            <w:color w:val="0000EE"/>
            <w:u w:val="single"/>
          </w:rPr>
          <w:t>https://www.fox26houston.com/news/houston-restaurant-weeks-2026-menus-dates-prices</w:t>
        </w:r>
      </w:hyperlink>
      <w:r>
        <w:t xml:space="preserve"> - Houston Restaurant Weeks 2026 runs from August 1 to September 7, with over 350 restaurants participating. The event offers fixed-price menus: $25 for a two-course brunch or lunch, and $39 or $55 for a three-course dinner. A portion of each meal supports the Houston Food Bank, with donations ranging from $1 to $5 per meal, depending on the menu. The initiative has raised over $22 million and provided more than 65 million meals to those in need since 2003.</w:t>
      </w:r>
      <w:r/>
    </w:p>
    <w:p>
      <w:pPr>
        <w:pStyle w:val="ListNumber"/>
        <w:spacing w:line="240" w:lineRule="auto"/>
        <w:ind w:left="720"/>
      </w:pPr>
      <w:r/>
      <w:hyperlink r:id="rId11">
        <w:r>
          <w:rPr>
            <w:color w:val="0000EE"/>
            <w:u w:val="single"/>
          </w:rPr>
          <w:t>https://www.axios.com/local/houston/2026/08/05/houston-restaurant-weeks-2026-food-bank-participating-restaurants</w:t>
        </w:r>
      </w:hyperlink>
      <w:r>
        <w:t xml:space="preserve"> - Houston Restaurant Weeks 2026 has begun and will run through September 7. This annual event features hundreds of participating restaurants offering special fixed-price menus—$25 for two-course brunch or lunch, and $39 or $55 for three-course dinners. Since its inception in 2003, the initiative has raised over $22 million and provided more than 65 million meals to those in need across Houston. Some restaurants have opted out of the official event due to a newly implemented $1,000 upfront participation fee, choosing instead to support other local causes through independent promotions.</w:t>
      </w:r>
      <w:r/>
    </w:p>
    <w:p>
      <w:pPr>
        <w:pStyle w:val="ListNumber"/>
        <w:spacing w:line="240" w:lineRule="auto"/>
        <w:ind w:left="720"/>
      </w:pPr>
      <w:r/>
      <w:hyperlink r:id="rId9">
        <w:r>
          <w:rPr>
            <w:color w:val="0000EE"/>
            <w:u w:val="single"/>
          </w:rPr>
          <w:t>https://www.outsmartmagazine.com/2026/08/queer-thing-to-do-aug-20-23/</w:t>
        </w:r>
      </w:hyperlink>
      <w:r>
        <w:t xml:space="preserve"> - OutSmart Magazine's 'Queer Thing to Do in Houston, Aug 20-23' highlights LGBTQ+ events in Houston for the weekend of August 20-23, 2026. The events include Houston Restaurant Weeks, a fundraiser for the Houston Food Bank; Meet the Primes with WBEA, a networking event for small-business owners; The Men’s Gathering, a support group for gay Black men; Miss Gay Texas USofA Pageant 2026–2027, a drag competition; and various nightlife events at South Beach Houston, Michael’s Outpost, and JR’s Bar &amp; Grill. The article provides details on each event's time, location, and description.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8/queer-thing-to-do-aug-20-23/" TargetMode="External"/><Relationship Id="rId10" Type="http://schemas.openxmlformats.org/officeDocument/2006/relationships/hyperlink" Target="https://houston.com/food-dining/houston-restaurant-weeks-guide" TargetMode="External"/><Relationship Id="rId11" Type="http://schemas.openxmlformats.org/officeDocument/2006/relationships/hyperlink" Target="https://www.axios.com/local/houston/2026/08/05/houston-restaurant-weeks-2026-food-bank-participating-restaurants" TargetMode="External"/><Relationship Id="rId12" Type="http://schemas.openxmlformats.org/officeDocument/2006/relationships/hyperlink" Target="https://houston-stories.com/houston-restaurant-weeks-2026/" TargetMode="External"/><Relationship Id="rId13" Type="http://schemas.openxmlformats.org/officeDocument/2006/relationships/hyperlink" Target="https://www.bistromistralhouston.com/events/houston-restaurant-weeks-2026/" TargetMode="External"/><Relationship Id="rId14" Type="http://schemas.openxmlformats.org/officeDocument/2006/relationships/hyperlink" Target="https://www.fox26houston.com/news/houston-restaurant-weeks-2026-menus-dates-pr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