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Hormone Therapy Guide Before You Start: What Patients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patients are asking more questions about hormone therapy, especially in community clinics and local wellness centres; this guide explains who it helps, what to expect at your first visit, and how to weigh risks, costs and convenience so you can make a grounded decision that fits your life.</w:t>
      </w:r>
      <w:r/>
    </w:p>
    <w:p>
      <w:r/>
      <w:r>
        <w:t>Essential Takeaways</w:t>
      </w:r>
      <w:r/>
      <w:r/>
    </w:p>
    <w:p>
      <w:pPr>
        <w:pStyle w:val="ListBullet"/>
        <w:spacing w:line="240" w:lineRule="auto"/>
        <w:ind w:left="720"/>
      </w:pPr>
      <w:r/>
      <w:r>
        <w:rPr>
          <w:b/>
        </w:rPr>
        <w:t>Personal assessment matters:</w:t>
      </w:r>
      <w:r>
        <w:t xml:space="preserve"> Hormone therapy is tailored by symptoms, labs and health history, not a one-size-fits-all fix.</w:t>
      </w:r>
      <w:r/>
    </w:p>
    <w:p>
      <w:pPr>
        <w:pStyle w:val="ListBullet"/>
        <w:spacing w:line="240" w:lineRule="auto"/>
        <w:ind w:left="720"/>
      </w:pPr>
      <w:r/>
      <w:r>
        <w:rPr>
          <w:b/>
        </w:rPr>
        <w:t>Forms vary:</w:t>
      </w:r>
      <w:r>
        <w:t xml:space="preserve"> Creams, patches, pills, injections and pellets each have different routines, feels and monitoring needs.</w:t>
      </w:r>
      <w:r/>
    </w:p>
    <w:p>
      <w:pPr>
        <w:pStyle w:val="ListBullet"/>
        <w:spacing w:line="240" w:lineRule="auto"/>
        <w:ind w:left="720"/>
      </w:pPr>
      <w:r/>
      <w:r>
        <w:rPr>
          <w:b/>
        </w:rPr>
        <w:t>Watch for side effects:</w:t>
      </w:r>
      <w:r>
        <w:t xml:space="preserve"> Expect possible acne, bloating or mood changes and screen for clotting, heart or cancer risks first.</w:t>
      </w:r>
      <w:r/>
    </w:p>
    <w:p>
      <w:pPr>
        <w:pStyle w:val="ListBullet"/>
        <w:spacing w:line="240" w:lineRule="auto"/>
        <w:ind w:left="720"/>
      </w:pPr>
      <w:r/>
      <w:r>
        <w:rPr>
          <w:b/>
        </w:rPr>
        <w:t>Ask practical questions:</w:t>
      </w:r>
      <w:r>
        <w:t xml:space="preserve"> Get clarity on tests, timelines, follow-up frequency and total cost before you commit.</w:t>
      </w:r>
      <w:r/>
    </w:p>
    <w:p>
      <w:pPr>
        <w:pStyle w:val="ListBullet"/>
        <w:spacing w:line="240" w:lineRule="auto"/>
        <w:ind w:left="720"/>
      </w:pPr>
      <w:r/>
      <w:r>
        <w:rPr>
          <w:b/>
        </w:rPr>
        <w:t>Think long term:</w:t>
      </w:r>
      <w:r>
        <w:t xml:space="preserve"> Hormone needs change with age, stress and weight, so choose a provider who offers ongoing monitoring.</w:t>
      </w:r>
      <w:r/>
      <w:r/>
    </w:p>
    <w:p>
      <w:pPr>
        <w:pStyle w:val="Heading2"/>
      </w:pPr>
      <w:r>
        <w:t>Why hormone therapy is suddenly part of local wellness conversations</w:t>
      </w:r>
      <w:r/>
    </w:p>
    <w:p>
      <w:r/>
      <w:r>
        <w:t>If you’ve seen more clinics and adverts offering hormone balance checks, you’re not imagining it; demand has grown as adults chase better sleep, steadier moods and easier energy. Clinics now treat everything from menopause and low testosterone to symptoms like brain fog and weight that won’t budge. According to information from national cancer and health authorities, hormone treatments are legitimate medical therapies with real benefits for specific conditions, but they also carry potential risks that need careful assessment. That’s why a measured approach, one that starts with clear testing and a full chat about your health, matters more than ever.</w:t>
      </w:r>
      <w:r/>
    </w:p>
    <w:p>
      <w:pPr>
        <w:pStyle w:val="Heading2"/>
      </w:pPr>
      <w:r>
        <w:t>What your first appointment will actually look like</w:t>
      </w:r>
      <w:r/>
    </w:p>
    <w:p>
      <w:r/>
      <w:r>
        <w:t>Expect listening first and prescriptions later. A good clinician will take a full history, sleep, periods or menopause, weight, medications and mental health, then order targeted blood tests for hormones and other markers. Lab work helps distinguish hormone imbalance from conditions such as thyroid disease or nutrient shortfalls that can mimic similar symptoms. Don’t be put off if the process feels slow; careful diagnosis reduces guesswork and the chance you’ll be on the wrong treatment.</w:t>
      </w:r>
      <w:r/>
    </w:p>
    <w:p>
      <w:pPr>
        <w:pStyle w:val="Heading2"/>
      </w:pPr>
      <w:r>
        <w:t>Comparing the delivery methods: creams, patches, pills, injections and pellets</w:t>
      </w:r>
      <w:r/>
    </w:p>
    <w:p>
      <w:r/>
      <w:r>
        <w:t>Each option has a different convenience and monitoring profile. Topical creams and gels are easy at home but need consistent application. Patches offer steady dosing for some people. Oral tablets are familiar but may be absorbed differently and bring side effects. Injections require scheduling and clinic time for some, while pellets provide longer-term release for those who dislike frequent dosing. Your choice should match lab results, lifestyle, budget and tolerance for follow-up rather than what worked for a friend.</w:t>
      </w:r>
      <w:r/>
    </w:p>
    <w:p>
      <w:pPr>
        <w:pStyle w:val="Heading2"/>
      </w:pPr>
      <w:r>
        <w:t>Balancing benefits with real risks and realistic timelines</w:t>
      </w:r>
      <w:r/>
    </w:p>
    <w:p>
      <w:r/>
      <w:r>
        <w:t>Hormone therapy can improve energy, libido, sleep and cognition for many, but it isn’t an instant miracle. Improvements usually unfold over weeks or months and sometimes need dose tweaking. Side effects such as breast tenderness, acne or headaches are common; more serious issues can occur in people with histories of clotting, heart disease or hormone-sensitive cancers. National cancer organisations stress screening and personalised evaluation prior to treatment, so those conversations aren’t optional, they’re essential.</w:t>
      </w:r>
      <w:r/>
    </w:p>
    <w:p>
      <w:pPr>
        <w:pStyle w:val="Heading2"/>
      </w:pPr>
      <w:r>
        <w:t>What to ask before you sign up (and why those questions matter)</w:t>
      </w:r>
      <w:r/>
    </w:p>
    <w:p>
      <w:r/>
      <w:r>
        <w:t>Treat the first consultation like an interview. Ask which specific imbalance they’re treating, what tests support that diagnosis, the expected benefits and typical timelines, possible side effects, monitoring frequency, and total expected cost. Also ask what happens if the first plan doesn’t work. A provider who welcomes these questions and explains follow-up clearly is usually one you can trust; one who rushes you toward a product isn’t.</w:t>
      </w:r>
      <w:r/>
    </w:p>
    <w:p>
      <w:pPr>
        <w:pStyle w:val="Heading2"/>
      </w:pPr>
      <w:r>
        <w:t>Practical tips for fitting therapy into your life and budget</w:t>
      </w:r>
      <w:r/>
    </w:p>
    <w:p>
      <w:r/>
      <w:r>
        <w:t>Think beyond the prescription. Confirm whether consultations, labs and medication are billed separately and how often follow-up testing is needed. If travel or appointment availability is an issue where you live, consider telehealth options for interim check-ins and choose delivery forms that suit your routine. Keep notes on symptoms so you and your clinician can see trends, and expect plan changes over time, hormones shift with ageing, stress and weight changes.</w:t>
      </w:r>
      <w:r/>
    </w:p>
    <w:p>
      <w:r/>
      <w:r>
        <w:t>It's a small change that can make daily life steadier when handled thoughtfully.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4">
        <w:r>
          <w:rPr>
            <w:color w:val="0000EE"/>
            <w:u w:val="single"/>
          </w:rPr>
          <w:t>[7]</w:t>
        </w:r>
      </w:hyperlink>
      <w:r>
        <w:t xml:space="preserve">- Paragraph 5: </w:t>
      </w:r>
      <w:hyperlink r:id="rId11">
        <w:r>
          <w:rPr>
            <w:color w:val="0000EE"/>
            <w:u w:val="single"/>
          </w:rPr>
          <w:t>[3]</w:t>
        </w:r>
      </w:hyperlink>
      <w:r>
        <w:t xml:space="preserve">, </w:t>
      </w:r>
      <w:hyperlink r:id="rId13">
        <w:r>
          <w:rPr>
            <w:color w:val="0000EE"/>
            <w:u w:val="single"/>
          </w:rPr>
          <w:t>[5]</w:t>
        </w:r>
      </w:hyperlink>
      <w:r>
        <w:t xml:space="preserve">- Paragraph 6: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https://www.grandmagazine.com/2026/08/what-you-should-know-about-hormone-therapy-before-you-start/?utm_source=rss&amp;utm_medium=rss&amp;utm_campaign=what-you-should-know-about-hormone-therapy-before-you-start</w:t>
        </w:r>
      </w:hyperlink>
      <w:r>
        <w:t xml:space="preserve"> - Please view link - unable to able to access data</w:t>
      </w:r>
      <w:r/>
    </w:p>
    <w:p>
      <w:pPr>
        <w:pStyle w:val="ListNumber"/>
        <w:spacing w:line="240" w:lineRule="auto"/>
        <w:ind w:left="720"/>
      </w:pPr>
      <w:r/>
      <w:hyperlink r:id="rId10">
        <w:r>
          <w:rPr>
            <w:color w:val="0000EE"/>
            <w:u w:val="single"/>
          </w:rPr>
          <w:t>https://www.cancer.gov/about-cancer/treatment/types/hormone-therapy</w:t>
        </w:r>
      </w:hyperlink>
      <w:r>
        <w:t xml:space="preserve"> - Hormone therapy is a cancer treatment that slows or stops the growth of cancers that use hormones to grow, such as some prostate and breast cancers. It can be used to treat cancer, ease cancer symptoms, or lower the risk of cancer recurrence. Hormone therapy can block the body's ability to produce hormones or interfere with how hormones behave in the body. It can be administered through oral medications, injections, or surgery to remove hormone-producing organs. Side effects depend on the type of hormone therapy and individual health factors.</w:t>
      </w:r>
      <w:r/>
    </w:p>
    <w:p>
      <w:pPr>
        <w:pStyle w:val="ListNumber"/>
        <w:spacing w:line="240" w:lineRule="auto"/>
        <w:ind w:left="720"/>
      </w:pPr>
      <w:r/>
      <w:hyperlink r:id="rId11">
        <w:r>
          <w:rPr>
            <w:color w:val="0000EE"/>
            <w:u w:val="single"/>
          </w:rPr>
          <w:t>https://www.cancer.org/cancer/treatment-types/hormone-therapy.html</w:t>
        </w:r>
      </w:hyperlink>
      <w:r>
        <w:t xml:space="preserve"> - Hormone therapy is a type of cancer treatment that works by preventing cancer from getting the hormones it needs to grow. It is most often used to treat breast and prostate cancer but may be used for other cancers as well. Hormone therapy can stop the body from making the hormone or block the hormone from stimulating the cancer cells. It can be given as oral medicine, injections, or through surgery to remove hormone-producing organs. Side effects vary depending on the type of hormone therapy and individual health factors.</w:t>
      </w:r>
      <w:r/>
    </w:p>
    <w:p>
      <w:pPr>
        <w:pStyle w:val="ListNumber"/>
        <w:spacing w:line="240" w:lineRule="auto"/>
        <w:ind w:left="720"/>
      </w:pPr>
      <w:r/>
      <w:hyperlink r:id="rId12">
        <w:r>
          <w:rPr>
            <w:color w:val="0000EE"/>
            <w:u w:val="single"/>
          </w:rPr>
          <w:t>https://www.cancer.gov/types/breast/treatment/hormone-therapy?rf=49333</w:t>
        </w:r>
      </w:hyperlink>
      <w:r>
        <w:t xml:space="preserve"> - Hormone therapy, also known as hormonal therapy, hormone treatment, or endocrine therapy, is used to slow or stop the growth of some breast tumors by blocking the body's ability to produce hormones or by interfering with the effects of hormones on breast cancer cells. It is recommended for people with hormone receptor-positive breast cancer, where the cancer cells have receptors that attach to estrogen and/or progesterone, helping the cancer cells grow. Hormone therapy can be given as oral medicine, injections, or through surgery to remove hormone-producing organs.</w:t>
      </w:r>
      <w:r/>
    </w:p>
    <w:p>
      <w:pPr>
        <w:pStyle w:val="ListNumber"/>
        <w:spacing w:line="240" w:lineRule="auto"/>
        <w:ind w:left="720"/>
      </w:pPr>
      <w:r/>
      <w:hyperlink r:id="rId13">
        <w:r>
          <w:rPr>
            <w:color w:val="0000EE"/>
            <w:u w:val="single"/>
          </w:rPr>
          <w:t>https://www.cancer.org/cancer/types/breast-cancer/treatment/hormone-therapy-for-breast-cancer.html</w:t>
        </w:r>
      </w:hyperlink>
      <w:r>
        <w:t xml:space="preserve"> - Hormone therapy is recommended for people with hormone receptor-positive breast cancer. It works by stopping estrogen and progesterone from attaching to receptors on cancer cells, thereby inhibiting their growth. This type of treatment can reach cancer cells almost anywhere in the body, not just in the breast. Hormone therapy can be given as oral medicine, injections, or through surgery to remove hormone-producing organs. Side effects depend on the type of hormone therapy and individual health factors.</w:t>
      </w:r>
      <w:r/>
    </w:p>
    <w:p>
      <w:pPr>
        <w:pStyle w:val="ListNumber"/>
        <w:spacing w:line="240" w:lineRule="auto"/>
        <w:ind w:left="720"/>
      </w:pPr>
      <w:r/>
      <w:hyperlink r:id="rId14">
        <w:r>
          <w:rPr>
            <w:color w:val="0000EE"/>
            <w:u w:val="single"/>
          </w:rPr>
          <w:t>https://www.cancer.gov/types/breast/treatment/hormone-therapy-for-breast-cancer.html</w:t>
        </w:r>
      </w:hyperlink>
      <w:r>
        <w:t xml:space="preserve"> - Hormone therapy is a type of cancer treatment that works by preventing cancer from getting the hormones it needs to grow. It is most often used to treat breast and prostate cancer but may be used for other cancers as well. Hormone therapy can stop the body from making the hormone or block the hormone from stimulating the cancer cells. It can be given as oral medicine, injections, or through surgery to remove hormone-producing organs. Side effects vary depending on the type of hormone therapy and individual health factors.</w:t>
      </w:r>
      <w:r/>
    </w:p>
    <w:p>
      <w:pPr>
        <w:pStyle w:val="ListNumber"/>
        <w:spacing w:line="240" w:lineRule="auto"/>
        <w:ind w:left="720"/>
      </w:pPr>
      <w:r/>
      <w:hyperlink r:id="rId14">
        <w:r>
          <w:rPr>
            <w:color w:val="0000EE"/>
            <w:u w:val="single"/>
          </w:rPr>
          <w:t>https://www.cancer.gov/types/breast/treatment/hormone-therapy-for-breast-cancer.html</w:t>
        </w:r>
      </w:hyperlink>
      <w:r>
        <w:t xml:space="preserve"> - Hormone therapy is a type of cancer treatment that works by preventing cancer from getting the hormones it needs to grow. It is most often used to treat breast and prostate cancer but may be used for other cancers as well. Hormone therapy can stop the body from making the hormone or block the hormone from stimulating the cancer cells. It can be given as oral medicine, injections, or through surgery to remove hormone-producing organs. Side effects vary depending on the type of hormone therapy and individual health factors.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randmagazine.com/2026/08/what-you-should-know-about-hormone-therapy-before-you-start/?utm_source=rss&amp;utm_medium=rss&amp;utm_campaign=what-you-should-know-about-hormone-therapy-before-you-start" TargetMode="External"/><Relationship Id="rId10" Type="http://schemas.openxmlformats.org/officeDocument/2006/relationships/hyperlink" Target="https://www.cancer.gov/about-cancer/treatment/types/hormone-therapy" TargetMode="External"/><Relationship Id="rId11" Type="http://schemas.openxmlformats.org/officeDocument/2006/relationships/hyperlink" Target="https://www.cancer.org/cancer/treatment-types/hormone-therapy.html" TargetMode="External"/><Relationship Id="rId12" Type="http://schemas.openxmlformats.org/officeDocument/2006/relationships/hyperlink" Target="https://www.cancer.gov/types/breast/treatment/hormone-therapy?rf=49333" TargetMode="External"/><Relationship Id="rId13" Type="http://schemas.openxmlformats.org/officeDocument/2006/relationships/hyperlink" Target="https://www.cancer.org/cancer/types/breast-cancer/treatment/hormone-therapy-for-breast-cancer.html" TargetMode="External"/><Relationship Id="rId14" Type="http://schemas.openxmlformats.org/officeDocument/2006/relationships/hyperlink" Target="https://www.cancer.gov/types/breast/treatment/hormone-therapy-for-breast-cance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