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Dallas Pride Events and Fundraisers This Week — UN•TUX Drag for a Cause and More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party, a fundraiser or a good cause? Dallas is serving all three this week. Shoppers and locals are flocking to Cedar Springs and downtown venues for UN•TUX: Drag for a Cause, the Clover Classic, charity drag brunches and museum talks , here's what to expect and why you might want to go.</w:t>
      </w:r>
      <w:r/>
    </w:p>
    <w:p>
      <w:r/>
      <w:r>
        <w:t>Essential Takeaways</w:t>
      </w:r>
      <w:r/>
      <w:r/>
    </w:p>
    <w:p>
      <w:pPr>
        <w:pStyle w:val="ListBullet"/>
        <w:spacing w:line="240" w:lineRule="auto"/>
        <w:ind w:left="720"/>
      </w:pPr>
      <w:r/>
      <w:r>
        <w:rPr>
          <w:b/>
        </w:rPr>
        <w:t>UN•TUX highlights:</w:t>
      </w:r>
      <w:r>
        <w:t xml:space="preserve"> Drag for a Cause is Saturday evening at The Rose Room, tickets start at $30 with VIP options and an early reception. </w:t>
      </w:r>
      <w:r/>
    </w:p>
    <w:p>
      <w:pPr>
        <w:pStyle w:val="ListBullet"/>
        <w:spacing w:line="240" w:lineRule="auto"/>
        <w:ind w:left="720"/>
      </w:pPr>
      <w:r/>
      <w:r>
        <w:rPr>
          <w:b/>
        </w:rPr>
        <w:t>Clover Classic charity play:</w:t>
      </w:r>
      <w:r>
        <w:t xml:space="preserve"> Teams of four can enter the putt‑putt tournament to benefit Prism Health North Texas; $120 per team, $1,000 top prize. </w:t>
      </w:r>
      <w:r/>
    </w:p>
    <w:p>
      <w:pPr>
        <w:pStyle w:val="ListBullet"/>
        <w:spacing w:line="240" w:lineRule="auto"/>
        <w:ind w:left="720"/>
      </w:pPr>
      <w:r/>
      <w:r>
        <w:rPr>
          <w:b/>
        </w:rPr>
        <w:t>Drag brunch vibes:</w:t>
      </w:r>
      <w:r>
        <w:t xml:space="preserve"> Sisters in Action brings big personalities and a buffeted brunch on Sunday; affordable $15 tickets. </w:t>
      </w:r>
      <w:r/>
    </w:p>
    <w:p>
      <w:pPr>
        <w:pStyle w:val="ListBullet"/>
        <w:spacing w:line="240" w:lineRule="auto"/>
        <w:ind w:left="720"/>
      </w:pPr>
      <w:r/>
      <w:r>
        <w:rPr>
          <w:b/>
        </w:rPr>
        <w:t>Museum programming:</w:t>
      </w:r>
      <w:r>
        <w:t xml:space="preserve"> The Dallas Holocaust and Human Rights Museum is offering a docent‑led tour and a Civil Discourse panel on healthcare , thoughtful, quieter events amid the festivities. </w:t>
      </w:r>
      <w:r/>
    </w:p>
    <w:p>
      <w:pPr>
        <w:pStyle w:val="ListBullet"/>
        <w:spacing w:line="240" w:lineRule="auto"/>
        <w:ind w:left="720"/>
      </w:pPr>
      <w:r/>
      <w:r>
        <w:rPr>
          <w:b/>
        </w:rPr>
        <w:t>Practical note:</w:t>
      </w:r>
      <w:r>
        <w:t xml:space="preserve"> Events mix indoor nightlife at S4 and outdoor/park formats; check ticket links, arrival times and VIP perks before you head out.</w:t>
      </w:r>
      <w:r/>
      <w:r/>
    </w:p>
    <w:p>
      <w:pPr>
        <w:pStyle w:val="Heading2"/>
      </w:pPr>
      <w:r>
        <w:t>UN•TUX: Drag for a Cause , a sparkle‑filled Saturday night</w:t>
      </w:r>
      <w:r/>
    </w:p>
    <w:p>
      <w:r/>
      <w:r>
        <w:t>If you want all the razzle and a strong charitable note, UN•TUX is the show to see. Marsha Dimes and Nippy Peakes return to emcee a Black Tie Dinner fundraiser in The Rose Room at S4, with a VIP reception from 4.30pm and doors opening for general admission at 5.30pm. Tickets start at $30, so it’s an accessible night out that still feels special.</w:t>
      </w:r>
      <w:r/>
    </w:p>
    <w:p>
      <w:r/>
      <w:r>
        <w:t>Black Tie Dinner events tend to balance glamour with purpose, and this one is no different. Expect polished performances, playful costumes and the sort of crowd that enjoys glamming up for a cause. If you like a quieter lead‑in, spring for the VIP slot to catch pre‑show mingling and maybe a better view of the stage.</w:t>
      </w:r>
      <w:r/>
    </w:p>
    <w:p>
      <w:r/>
      <w:r>
        <w:t>Bring a card for donations and comfortable, yet chic, footwear if you’ll be standing. And if you’ve never been to The Rose Room, note it’s intimate; plan for early arrival if you want a good spot.</w:t>
      </w:r>
      <w:r/>
    </w:p>
    <w:p>
      <w:pPr>
        <w:pStyle w:val="Heading2"/>
      </w:pPr>
      <w:r>
        <w:t>Clover Classic: putt‑putt for Prism Health North Texas</w:t>
      </w:r>
      <w:r/>
    </w:p>
    <w:p>
      <w:r/>
      <w:r>
        <w:t>The Clover Classic is back as a fundraising putt‑putt tournament on Cedar Springs, organised by the Cedar Springs Merchants Association to support Prism Health North Texas. Teams of four register for $120 and play for a cash top prize of $1,000, which gives the event a light competitive edge.</w:t>
      </w:r>
      <w:r/>
    </w:p>
    <w:p>
      <w:r/>
      <w:r>
        <w:t>This is community fundraising with a playful twist , think streetwise mini‑golf, local sponsors and a friendly crowd. It’s ideal if you want to support healthcare access while doing something social and relaxed. Register early at the Prism Health site to lock in your team slot and check whether there are themed holes or after‑party plans.</w:t>
      </w:r>
      <w:r/>
    </w:p>
    <w:p>
      <w:r/>
      <w:r>
        <w:t>For groups, bring a mix of players so you’re not relying on one putter, and consider fundraising beyond the entry fee to boost the benefit.</w:t>
      </w:r>
      <w:r/>
    </w:p>
    <w:p>
      <w:pPr>
        <w:pStyle w:val="Heading2"/>
      </w:pPr>
      <w:r>
        <w:t>Sisters in Action Charity Drag Brunch , fun, food and fundraising on Sunday</w:t>
      </w:r>
      <w:r/>
    </w:p>
    <w:p>
      <w:r/>
      <w:r>
        <w:t>If brunch is your preferred weekend way to enjoy drag, Thai Mai Shu’s Sisters in Action returns to The Rose Room with performers including Shantaé Morgan and Gennifer With A G. Doors open at 12.30pm for a 1.30pm show, buffet catered by Otterly Gingertastic, and tickets cost around $15 , a very reasonable price for drag plus food.</w:t>
      </w:r>
      <w:r/>
    </w:p>
    <w:p>
      <w:r/>
      <w:r>
        <w:t>Brunch shows are sociable and lighter in tone than evening fundraisers: expect comedy, audience interaction and a relaxed weekend vibe. If you have dietary needs, check the buffet menu in advance or eat beforehand , these events can sell out fast, especially when they support local causes.</w:t>
      </w:r>
      <w:r/>
    </w:p>
    <w:p>
      <w:r/>
      <w:r>
        <w:t>Book on Eventbrite and arrive early for good seating and to soak in the pre‑show atmosphere.</w:t>
      </w:r>
      <w:r/>
    </w:p>
    <w:p>
      <w:pPr>
        <w:pStyle w:val="Heading2"/>
      </w:pPr>
      <w:r>
        <w:t>Dallas Holocaust and Human Rights Museum , thoughtful programming amid the parties</w:t>
      </w:r>
      <w:r/>
    </w:p>
    <w:p>
      <w:r/>
      <w:r>
        <w:t>Not every event this week is sequinned and loud; the Dallas Holocaust and Human Rights Museum is offering a docent‑led themed tour of its permanent exhibition, plus a Civil Discourse Series panel on the future of healthcare. Tours begin at 1.30pm with ticket prices in the $12–$19 range, while the healthcare panel runs 7–9pm and tackles access, costs and policy.</w:t>
      </w:r>
      <w:r/>
    </w:p>
    <w:p>
      <w:r/>
      <w:r>
        <w:t>These programmes are a quieter, reflective complement to the Pride weekend energy, and they attract people who want substance alongside celebration. If you’re attending the panel, come ready for nuanced discussion and questions; for the tour, allow time to absorb exhibits and the museum shop.</w:t>
      </w:r>
      <w:r/>
    </w:p>
    <w:p>
      <w:pPr>
        <w:pStyle w:val="Heading2"/>
      </w:pPr>
      <w:r>
        <w:t>How to plan your weekend , a few practical tips</w:t>
      </w:r>
      <w:r/>
    </w:p>
    <w:p>
      <w:r/>
      <w:r>
        <w:t>Look up exact start times and buy tickets in advance , the S4 shows and the putt‑putt event are likely to move quickly. If you’re bouncing between events, factor in parking and transit: Cedar Springs fills up for Pride‑adjacent events, so consider public transport or ride‑sharing. Pack a small cash amount for tips and merch, and wear layers if you’ll be hopping between air‑conditioned venues and the street.</w:t>
      </w:r>
      <w:r/>
    </w:p>
    <w:p>
      <w:r/>
      <w:r>
        <w:t>Finally, mix and match: a Saturday night UN•TUX show, Sunday morning putt‑putt with friends, then a museum visit for a calmer afternoon makes for a satisfying weekend that supports community causes and offers a range of vibes.</w:t>
      </w:r>
      <w:r/>
    </w:p>
    <w:p>
      <w:r/>
      <w:r>
        <w:t>It's a small change to your calendar that can make this weekend feel both festive and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w:t>
      </w:r>
      <w:hyperlink r:id="rId13">
        <w:r>
          <w:rPr>
            <w:color w:val="0000EE"/>
            <w:u w:val="single"/>
          </w:rPr>
          <w:t>[5]</w:t>
        </w:r>
      </w:hyperlink>
      <w:r>
        <w:t xml:space="preserve">- Paragraph 4: </w:t>
      </w:r>
      <w:hyperlink r:id="rId12">
        <w:r>
          <w:rPr>
            <w:color w:val="0000EE"/>
            <w:u w:val="single"/>
          </w:rPr>
          <w:t>[3]</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https://meaws.com/news/best-bets-08-21-26/104890</w:t>
        </w:r>
      </w:hyperlink>
      <w:r>
        <w:t xml:space="preserve"> - Please view link - unable to able to access data</w:t>
      </w:r>
      <w:r/>
    </w:p>
    <w:p>
      <w:pPr>
        <w:pStyle w:val="ListNumber"/>
        <w:spacing w:line="240" w:lineRule="auto"/>
        <w:ind w:left="720"/>
      </w:pPr>
      <w:r/>
      <w:hyperlink r:id="rId10">
        <w:r>
          <w:rPr>
            <w:color w:val="0000EE"/>
            <w:u w:val="single"/>
          </w:rPr>
          <w:t>https://happeningnext.com/event/untux-drag-for-a-cause-eid3a0dwcg283</w:t>
        </w:r>
      </w:hyperlink>
      <w:r>
        <w:t xml:space="preserve"> - UNTUX: Drag for a Cause is an event returning to The Rose Room in Dallas on August 22, 2026, at 6:00 pm. Hosted by Black Tie Dinner, the evening features high fashion, glamour, and entertainment to raise funds for beneficiaries. The event is emceed by Marsha Dimes, Shantaé Morgan, and Nippy Peakes. Tickets are available in Platinum, VIP, and General Admission categories. The venue is The Rose Room, located at 3911 Cedar Springs Rd, Dallas, Texas, United States. Note: This event is for ages 18 and over.</w:t>
      </w:r>
      <w:r/>
    </w:p>
    <w:p>
      <w:pPr>
        <w:pStyle w:val="ListNumber"/>
        <w:spacing w:line="240" w:lineRule="auto"/>
        <w:ind w:left="720"/>
      </w:pPr>
      <w:r/>
      <w:hyperlink r:id="rId12">
        <w:r>
          <w:rPr>
            <w:color w:val="0000EE"/>
            <w:u w:val="single"/>
          </w:rPr>
          <w:t>https://www.phntx.org/clover-classic-returns-as-prism-health-north-texas-celebrates-40-years/</w:t>
        </w:r>
      </w:hyperlink>
      <w:r>
        <w:t xml:space="preserve"> - The Clover Classic, a miniature golf bar crawl and tournament, is set for August 22, 2026, benefiting Prism Health North Texas (PHNTX). Hosted by the Cedar Springs Merchant Association, the event begins at 11 a.m. at Round-Up Saloon, 3912 Cedar Springs Road, Dallas. Teams of four will compete for a $1,000 cash prize, with awards for Best Dressed and Most Creative Hole. The after-party and awards ceremony will be held at Sue Ellen’s starting at 6 p.m. Registration is available at phntx.org/cloverclassic.</w:t>
      </w:r>
      <w:r/>
    </w:p>
    <w:p>
      <w:pPr>
        <w:pStyle w:val="ListNumber"/>
        <w:spacing w:line="240" w:lineRule="auto"/>
        <w:ind w:left="720"/>
      </w:pPr>
      <w:r/>
      <w:hyperlink r:id="rId11">
        <w:r>
          <w:rPr>
            <w:color w:val="0000EE"/>
            <w:u w:val="single"/>
          </w:rPr>
          <w:t>https://patch.com/texas/dallas-ftworth/calendar/event/20260822/6ea744f0-7b18-4b47-b107-86aacab719b1/clover-classic-returns-as-prism-health-north-texas-celebrates-40-years</w:t>
        </w:r>
      </w:hyperlink>
      <w:r>
        <w:t xml:space="preserve"> - Prism Health North Texas invites the community to participate in the Clover Classic, a lively miniature golf bar crawl benefiting the organization's 40-year legacy of providing accessible healthcare across North Texas. The event takes place on August 22, 2026, at 11:00 AM at Round-Up Saloon, 3912 Cedar Springs Rd, Dallas, TX, 75219. Teams of four will compete along the Cedar Springs Strip, with a $1,000 cash prize for the top team and awards for Best Dressed, Most Creative Hole, and more. All proceeds benefit Prism Health North Texas.</w:t>
      </w:r>
      <w:r/>
    </w:p>
    <w:p>
      <w:pPr>
        <w:pStyle w:val="ListNumber"/>
        <w:spacing w:line="240" w:lineRule="auto"/>
        <w:ind w:left="720"/>
      </w:pPr>
      <w:r/>
      <w:hyperlink r:id="rId13">
        <w:r>
          <w:rPr>
            <w:color w:val="0000EE"/>
            <w:u w:val="single"/>
          </w:rPr>
          <w:t>https://ma.to/event/clover-classic-22-aug-2026</w:t>
        </w:r>
      </w:hyperlink>
      <w:r>
        <w:t xml:space="preserve"> - The Clover Classic Tournament is scheduled for Saturday, August 22, 2026, from 11:00 AM to late evening. Hosted by the Cedar Springs Merchant Association, this miniature golf pub crawl benefits Prism Health North Texas. Teams of four will navigate custom putt-putt holes set up at various bars and businesses along the Cedar Springs Strip. Participants can compete for a $1,000 cash prize, with additional awards for Best Dressed, Most Creative Hole, and Best of Show. The event kicks off at 11:00 AM at Round-Up Saloon, 3912 Cedar Springs Rd, Dallas, TX 75219, and concludes with an after-party, awards, and raffle at Sue Ellen's at 6:00 PM. Participants must be 21 or older. Registration is available via the provided link.</w:t>
      </w:r>
      <w:r/>
    </w:p>
    <w:p>
      <w:pPr>
        <w:pStyle w:val="ListNumber"/>
        <w:spacing w:line="240" w:lineRule="auto"/>
        <w:ind w:left="720"/>
      </w:pPr>
      <w:r/>
      <w:hyperlink r:id="rId14">
        <w:r>
          <w:rPr>
            <w:color w:val="0000EE"/>
            <w:u w:val="single"/>
          </w:rPr>
          <w:t>https://www.phntx.org/clover-classic-2025-putt-putt-bar-crawl-fundraiser/</w:t>
        </w:r>
      </w:hyperlink>
      <w:r>
        <w:t xml:space="preserve"> - The Clover Classic 2025 was a putt-putt bar crawl fundraiser held on August 16, 2025, from 11:00 AM to 6:00 PM. Hosted by the Cedar Springs Merchant Association, the event benefited Prism Health North Texas. Teams of four competed in a miniature golf tournament across 12+ bars on Cedar Springs. Registration was $120 per team, with awards including Best Golfers, Best Dressed, and Top Team ($1,000 cash prize). The event began at 11:00 AM at Round-Up Saloon, 3912 Cedar Springs Rd, Dallas, TX 75219, and concluded with an awards ceremony at Sue Ellen's at 6:00 PM. All proceeds benefited Prism Health North Texas.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best-bets-08-21-26/104890" TargetMode="External"/><Relationship Id="rId10" Type="http://schemas.openxmlformats.org/officeDocument/2006/relationships/hyperlink" Target="https://happeningnext.com/event/untux-drag-for-a-cause-eid3a0dwcg283" TargetMode="External"/><Relationship Id="rId11" Type="http://schemas.openxmlformats.org/officeDocument/2006/relationships/hyperlink" Target="https://patch.com/texas/dallas-ftworth/calendar/event/20260822/6ea744f0-7b18-4b47-b107-86aacab719b1/clover-classic-returns-as-prism-health-north-texas-celebrates-40-years" TargetMode="External"/><Relationship Id="rId12" Type="http://schemas.openxmlformats.org/officeDocument/2006/relationships/hyperlink" Target="https://www.phntx.org/clover-classic-returns-as-prism-health-north-texas-celebrates-40-years/" TargetMode="External"/><Relationship Id="rId13" Type="http://schemas.openxmlformats.org/officeDocument/2006/relationships/hyperlink" Target="https://ma.to/event/clover-classic-22-aug-2026" TargetMode="External"/><Relationship Id="rId14" Type="http://schemas.openxmlformats.org/officeDocument/2006/relationships/hyperlink" Target="https://www.phntx.org/clover-classic-2025-putt-putt-bar-crawl-fundrais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