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Dallas LGBTQ+ Theatre and Music Picks: Turtle Creek Chorale, Uptown Players, and More This Fall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Spotlight local talent: Turtle Creek Chorale teams with Bruce Wood Dance for a Sept. 16 performance honouring the 25th anniversary of Sept. 11, while a lively slate of queer-forward theatre and concerts , from Uptown Players to Theatre Three , gives North Texas audiences plenty to see before the holidays.</w:t>
      </w:r>
      <w:r/>
    </w:p>
    <w:p>
      <w:r/>
      <w:r>
        <w:t>Essential Takeaways</w:t>
      </w:r>
      <w:r/>
      <w:r/>
    </w:p>
    <w:p>
      <w:pPr>
        <w:pStyle w:val="ListBullet"/>
        <w:spacing w:line="240" w:lineRule="auto"/>
        <w:ind w:left="720"/>
      </w:pPr>
      <w:r/>
      <w:r>
        <w:rPr>
          <w:b/>
        </w:rPr>
        <w:t>Turtle Creek Chorale event:</w:t>
      </w:r>
      <w:r>
        <w:t xml:space="preserve"> A joint concert with Bruce Wood Dance on Sept. 16 marks the 25th anniversary of Sept. 11, plus the Chorale presents Rhapsody: Turtle Manor on Sept. 26. </w:t>
      </w:r>
      <w:r/>
    </w:p>
    <w:p>
      <w:pPr>
        <w:pStyle w:val="ListBullet"/>
        <w:spacing w:line="240" w:lineRule="auto"/>
        <w:ind w:left="720"/>
      </w:pPr>
      <w:r/>
      <w:r>
        <w:rPr>
          <w:b/>
        </w:rPr>
        <w:t>Must-see musical:</w:t>
      </w:r>
      <w:r>
        <w:t xml:space="preserve"> Theatre Three stages Spring Awakening Sept. 10–27, a Tony-winning rock musical with strong queer themes and raw teen energy. </w:t>
      </w:r>
      <w:r/>
    </w:p>
    <w:p>
      <w:pPr>
        <w:pStyle w:val="ListBullet"/>
        <w:spacing w:line="240" w:lineRule="auto"/>
        <w:ind w:left="720"/>
      </w:pPr>
      <w:r/>
      <w:r>
        <w:rPr>
          <w:b/>
        </w:rPr>
        <w:t>Uptown Players highlights:</w:t>
      </w:r>
      <w:r>
        <w:t xml:space="preserve"> Application Pending and Mother Play: A Play in Five Evictions run through late August, offering sharp comedy and Paula Vogel’s intimate family drama, respectively. </w:t>
      </w:r>
      <w:r/>
    </w:p>
    <w:p>
      <w:pPr>
        <w:pStyle w:val="ListBullet"/>
        <w:spacing w:line="240" w:lineRule="auto"/>
        <w:ind w:left="720"/>
      </w:pPr>
      <w:r/>
      <w:r>
        <w:rPr>
          <w:b/>
        </w:rPr>
        <w:t>Dance and remembrance:</w:t>
      </w:r>
      <w:r>
        <w:t xml:space="preserve"> Local dance companies and choirs are using movement and song to mark national remembrance and community resilience, creating emotionally resonant evenings. </w:t>
      </w:r>
      <w:r/>
    </w:p>
    <w:p>
      <w:pPr>
        <w:pStyle w:val="ListBullet"/>
        <w:spacing w:line="240" w:lineRule="auto"/>
        <w:ind w:left="720"/>
      </w:pPr>
      <w:r/>
      <w:r>
        <w:rPr>
          <w:b/>
        </w:rPr>
        <w:t>Atmosphere notes:</w:t>
      </w:r>
      <w:r>
        <w:t xml:space="preserve"> Expect a mix of theatrical glamour, honest storytelling, and performances that feel both personal and communal.</w:t>
      </w:r>
      <w:r/>
      <w:r/>
    </w:p>
    <w:p>
      <w:pPr>
        <w:pStyle w:val="Heading2"/>
      </w:pPr>
      <w:r>
        <w:t>Turtle Creek Chorale honours 9/11 with choreography and choir</w:t>
      </w:r>
      <w:r/>
    </w:p>
    <w:p>
      <w:r/>
      <w:r>
        <w:t>Turtle Creek Chorale’s collaboration with Bruce Wood Dance on 16 September pairs vocal power with movement for a quiet but stirring remembrance. The event marks the 25th anniversary of the 2001 attacks, and you can expect a programme that balances solemn reflection with artistic uplift.</w:t>
      </w:r>
      <w:r/>
    </w:p>
    <w:p>
      <w:r/>
      <w:r>
        <w:t>This isn’t a rote memorial; it’s a creative reading of grief and resilience. According to the Chorale’s season listings, they’re also staging Rhapsody: Turtle Manor on 26 September, a separate concert night that promises a lighter, celebratory counterpoint to the remembrance performance.</w:t>
      </w:r>
      <w:r/>
    </w:p>
    <w:p>
      <w:r/>
      <w:r>
        <w:t>If you’re picking which to attend, think about what you need: a reflective, multidisciplinary evening on 16 September, or a more social, music-forward night on the 26th. Tickets often sell quickly for community choirs with a strong local following, so book early.</w:t>
      </w:r>
      <w:r/>
    </w:p>
    <w:p>
      <w:pPr>
        <w:pStyle w:val="Heading2"/>
      </w:pPr>
      <w:r>
        <w:t>Uptown Players keeps queer stories front and centre</w:t>
      </w:r>
      <w:r/>
    </w:p>
    <w:p>
      <w:r/>
      <w:r>
        <w:t>Uptown Players has two distinct offerings this season that demonstrate the company’s range. Application Pending is a one-actor comedy that has BJ Cleveland playing more than 40 characters, diving into the absurdities of an elite Manhattan school’s application process. It’s brisk, funny and theatrical , perfect if you want something playful and sharply performed.</w:t>
      </w:r>
      <w:r/>
    </w:p>
    <w:p>
      <w:r/>
      <w:r>
        <w:t>Meanwhile, Mother Play: A Play in Five Evictions brings Paula Vogel’s Pulitzer-winning, semi-autobiographical work to a local stage. Directed by Cheryl Denson, the production follows family life across decades and touches on queerness, memory and the complications of parent–child relationships. It’s quieter, heavier and likely to linger after the curtain falls.</w:t>
      </w:r>
      <w:r/>
    </w:p>
    <w:p>
      <w:r/>
      <w:r>
        <w:t>Both shows run through late August, showing that Uptown Players remains a go-to for queer-centred narratives in Dallas. If you’re choosing between the two, go for Application Pending for laughs and virtuosity, and Mother Play for emotional depth.</w:t>
      </w:r>
      <w:r/>
    </w:p>
    <w:p>
      <w:pPr>
        <w:pStyle w:val="Heading2"/>
      </w:pPr>
      <w:r>
        <w:t>Theatre Three’s Spring Awakening channels teenage chaos and queer discovery</w:t>
      </w:r>
      <w:r/>
    </w:p>
    <w:p>
      <w:r/>
      <w:r>
        <w:t>Theatre Three’s production of Spring Awakening runs from 10–27 September and brings again the raw energy that won the musical eight Tony Awards. It’s loud, urgent and visually arresting, with storylines that map directly onto themes of sexuality, repression and coming-of-age , queer and straight characters included.</w:t>
      </w:r>
      <w:r/>
    </w:p>
    <w:p>
      <w:r/>
      <w:r>
        <w:t>For queer audiences, the show can feel like a bittersweet reconnection to the tumult of adolescence. The score and staging make it a sensory experience: expect a rock-driven sound, kinetic choreography and an often intimate staging that draws you in.</w:t>
      </w:r>
      <w:r/>
    </w:p>
    <w:p>
      <w:r/>
      <w:r>
        <w:t>Practical tip: if you prefer a quieter night, pick a weekday performance; weekend shows attract younger crowds and a high-energy vibe.</w:t>
      </w:r>
      <w:r/>
    </w:p>
    <w:p>
      <w:pPr>
        <w:pStyle w:val="Heading2"/>
      </w:pPr>
      <w:r>
        <w:t>Dance, remembrance and community events are on the local radar</w:t>
      </w:r>
      <w:r/>
    </w:p>
    <w:p>
      <w:r/>
      <w:r>
        <w:t>Beyond these headline productions, local dance works and concert series are using movement and music to explore identity, remembrance and community ties. Events around the 9/11 anniversary mix ceremonial tones with artistic experimentation, and organisations are intentionally programming nights that invite reflection alongside celebration.</w:t>
      </w:r>
      <w:r/>
    </w:p>
    <w:p>
      <w:r/>
      <w:r>
        <w:t>These performances are also a reminder that theatre and dance scenes in North Texas are tightly networked: choruses, companies and venues often cross-promote and collaborate, giving audiences curated evenings that feel thoughtful and cohesive.</w:t>
      </w:r>
      <w:r/>
    </w:p>
    <w:p>
      <w:r/>
      <w:r>
        <w:t>If you like to pair shows, look for combined programmes or festival-style line-ups that let you sample dance, choral work and theatre across a single weekend.</w:t>
      </w:r>
      <w:r/>
    </w:p>
    <w:p>
      <w:pPr>
        <w:pStyle w:val="Heading2"/>
      </w:pPr>
      <w:r>
        <w:t>How to pick the right performance for you</w:t>
      </w:r>
      <w:r/>
    </w:p>
    <w:p>
      <w:r/>
      <w:r>
        <w:t>Start by asking what you want from the evening: catharsis, laughter, memory, or just a glamorous night out. Check run dates and times , some productions are short runs and sell out , and pick seats that suit your mood: near the front for intimacy, higher up for a full-stage view.</w:t>
      </w:r>
      <w:r/>
    </w:p>
    <w:p>
      <w:r/>
      <w:r>
        <w:t>Also consider accessibility and atmosphere. Community theatres often have smaller venues with an up-close warmth, while larger houses offer slicker technical production. Buy tickets in advance and follow companies’ social feeds for late additions or talkbacks with cast and creatives.</w:t>
      </w:r>
      <w:r/>
    </w:p>
    <w:p>
      <w:r/>
      <w:r>
        <w:t>Whether you go for the Chorale’s reflective collaboration, Uptown Players’ theatrical range, or Theatre Three’s youthful roar, there’s a local night to match the feeling you want.</w:t>
      </w:r>
      <w:r/>
    </w:p>
    <w:p>
      <w:r/>
      <w:r>
        <w:t>It’s a small change to your plans that could make the season feel fuller and more connected.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1">
        <w:r>
          <w:rPr>
            <w:color w:val="0000EE"/>
            <w:u w:val="single"/>
          </w:rPr>
          <w:t>[7]</w:t>
        </w:r>
      </w:hyperlink>
      <w:r>
        <w:t xml:space="preserve">- Paragraph 3: </w:t>
      </w:r>
      <w:hyperlink r:id="rId12">
        <w:r>
          <w:rPr>
            <w:color w:val="0000EE"/>
            <w:u w:val="single"/>
          </w:rPr>
          <w:t>[3]</w:t>
        </w:r>
      </w:hyperlink>
      <w:r>
        <w:t xml:space="preserve">, </w:t>
      </w:r>
      <w:hyperlink r:id="rId13">
        <w:r>
          <w:rPr>
            <w:color w:val="0000EE"/>
            <w:u w:val="single"/>
          </w:rPr>
          <w:t>[4]</w:t>
        </w:r>
      </w:hyperlink>
      <w:r>
        <w:t xml:space="preserve">- Paragraph 4: </w:t>
      </w:r>
      <w:hyperlink r:id="rId12">
        <w:r>
          <w:rPr>
            <w:color w:val="0000EE"/>
            <w:u w:val="single"/>
          </w:rPr>
          <w:t>[3]</w:t>
        </w:r>
      </w:hyperlink>
      <w:r>
        <w:t xml:space="preserve">, </w:t>
      </w:r>
      <w:hyperlink r:id="rId14">
        <w:r>
          <w:rPr>
            <w:color w:val="0000EE"/>
            <w:u w:val="single"/>
          </w:rPr>
          <w:t>[5]</w:t>
        </w:r>
      </w:hyperlink>
      <w:r>
        <w:t xml:space="preserve">- Paragraph 5: </w:t>
      </w:r>
      <w:hyperlink r:id="rId13">
        <w:r>
          <w:rPr>
            <w:color w:val="0000EE"/>
            <w:u w:val="single"/>
          </w:rPr>
          <w:t>[4]</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https://meaws.com/news/coming-up-gay/104902</w:t>
        </w:r>
      </w:hyperlink>
      <w:r>
        <w:t xml:space="preserve"> - Please view link - unable to able to access data</w:t>
      </w:r>
      <w:r/>
    </w:p>
    <w:p>
      <w:pPr>
        <w:pStyle w:val="ListNumber"/>
        <w:spacing w:line="240" w:lineRule="auto"/>
        <w:ind w:left="720"/>
      </w:pPr>
      <w:r/>
      <w:hyperlink r:id="rId10">
        <w:r>
          <w:rPr>
            <w:color w:val="0000EE"/>
            <w:u w:val="single"/>
          </w:rPr>
          <w:t>https://www.turtlecreekchorale.com/concerts</w:t>
        </w:r>
      </w:hyperlink>
      <w:r>
        <w:t xml:space="preserve"> - The Turtle Creek Chorale is set to perform 'Better Is Peace: 9/11 Remembered Through Song and Dance' on September 16, 2026, at the Meyerson Symphony Center in Dallas. This one-night-only concert will feature the world premiere of the men's chorus arrangement of Karl Jenkins' 'The Armed Man: A Mass for Peace.' The event aims to commemorate the 25th anniversary of the September 11 attacks, bringing together over 300 artists, including the Turtle Creek Chorale, Bruce Wood Dance, and the Dallas Chamber Symphony, to honour and remember through music and movement.</w:t>
      </w:r>
      <w:r/>
    </w:p>
    <w:p>
      <w:pPr>
        <w:pStyle w:val="ListNumber"/>
        <w:spacing w:line="240" w:lineRule="auto"/>
        <w:ind w:left="720"/>
      </w:pPr>
      <w:r/>
      <w:hyperlink r:id="rId12">
        <w:r>
          <w:rPr>
            <w:color w:val="0000EE"/>
            <w:u w:val="single"/>
          </w:rPr>
          <w:t>https://uptownplayers.org/show-details/application-pending2</w:t>
        </w:r>
      </w:hyperlink>
      <w:r>
        <w:t xml:space="preserve"> - Uptown Players is presenting 'Application Pending,' a one-person comedy by Greg Edwards and Andy Sandberg, directed by Linda Leonard. The show stars BJ Cleveland and runs from August 20 to August 30, 2026, at Theatre Too inside Theatre Three in Dallas. The play satirises the competitive world of kindergarten admissions at a prestigious Manhattan prep school, with Cleveland portraying over 40 eccentric characters in a single day of chaos and comedy.</w:t>
      </w:r>
      <w:r/>
    </w:p>
    <w:p>
      <w:pPr>
        <w:pStyle w:val="ListNumber"/>
        <w:spacing w:line="240" w:lineRule="auto"/>
        <w:ind w:left="720"/>
      </w:pPr>
      <w:r/>
      <w:hyperlink r:id="rId13">
        <w:r>
          <w:rPr>
            <w:color w:val="0000EE"/>
            <w:u w:val="single"/>
          </w:rPr>
          <w:t>https://www.broadwayworld.com/dallas/regional/Application-Pending-4351618</w:t>
        </w:r>
      </w:hyperlink>
      <w:r>
        <w:t xml:space="preserve"> - BroadwayWorld Dallas reports on Uptown Players' revival of 'Application Pending,' a one-person comedy by Greg Edwards and Andy Sandberg, directed by Linda Leonard. The production stars BJ Cleveland and runs from August 20 to August 30, 2026, at Theatre Too inside Theatre Three in Dallas. The play delves into the high-stakes world of kindergarten admissions at an elite Manhattan prep school, with Cleveland portraying over 40 eccentric characters in a single day of chaos and comedy.</w:t>
      </w:r>
      <w:r/>
    </w:p>
    <w:p>
      <w:pPr>
        <w:pStyle w:val="ListNumber"/>
        <w:spacing w:line="240" w:lineRule="auto"/>
        <w:ind w:left="720"/>
      </w:pPr>
      <w:r/>
      <w:hyperlink r:id="rId14">
        <w:r>
          <w:rPr>
            <w:color w:val="0000EE"/>
            <w:u w:val="single"/>
          </w:rPr>
          <w:t>https://www.broadwayworld.com/dallas/article/APPLICATION-PENDING-to-Open-at-Uptown-Players-20260729</w:t>
        </w:r>
      </w:hyperlink>
      <w:r>
        <w:t xml:space="preserve"> - BroadwayWorld Dallas announces the opening of 'Application Pending' at Uptown Players. The one-person comedy by Greg Edwards and Andy Sandberg, directed by Linda Leonard, stars BJ Cleveland and runs from August 20 to August 30, 2026, at Theatre Too inside Theatre Three in Dallas. The play satirises the competitive world of kindergarten admissions at a prestigious Manhattan prep school, with Cleveland portraying over 40 eccentric characters in a single day of chaos and comedy.</w:t>
      </w:r>
      <w:r/>
    </w:p>
    <w:p>
      <w:pPr>
        <w:pStyle w:val="ListNumber"/>
        <w:spacing w:line="240" w:lineRule="auto"/>
        <w:ind w:left="720"/>
      </w:pPr>
      <w:r/>
      <w:hyperlink r:id="rId15">
        <w:r>
          <w:rPr>
            <w:color w:val="0000EE"/>
            <w:u w:val="single"/>
          </w:rPr>
          <w:t>https://www.visitdallas.com/events/application-pending/</w:t>
        </w:r>
      </w:hyperlink>
      <w:r>
        <w:t xml:space="preserve"> - Visit Dallas provides details on 'Application Pending,' a one-person comedy by Greg Edwards and Andy Sandberg, directed by Linda Leonard. The production stars BJ Cleveland and runs from August 20 to August 30, 2026, at Theatre Too inside Theatre Three in Dallas. The play satirises the competitive world of kindergarten admissions at a prestigious Manhattan prep school, with Cleveland portraying over 40 eccentric characters in a single day of chaos and comedy.</w:t>
      </w:r>
      <w:r/>
    </w:p>
    <w:p>
      <w:pPr>
        <w:pStyle w:val="ListNumber"/>
        <w:spacing w:line="240" w:lineRule="auto"/>
        <w:ind w:left="720"/>
      </w:pPr>
      <w:r/>
      <w:hyperlink r:id="rId11">
        <w:r>
          <w:rPr>
            <w:color w:val="0000EE"/>
            <w:u w:val="single"/>
          </w:rPr>
          <w:t>https://happeningnext.com/event/better-is-peace-9/11-remembered-through-song-and-dance-eid1ar9ulh5kd</w:t>
        </w:r>
      </w:hyperlink>
      <w:r>
        <w:t xml:space="preserve"> - HappeningNext lists 'Better Is Peace: 9/11 Remembered Through Song and Dance,' a one-night-only concert by the Turtle Creek Chorale on September 16, 2026, at the Meyerson Symphony Center in Dallas. The event features the world premiere of the men's chorus arrangement of Karl Jenkins' 'The Armed Man: A Mass for Peace,' bringing together over 300 artists, including the Turtle Creek Chorale, Bruce Wood Dance, and the Dallas Chamber Symphony, to honour and remember through music and movement.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coming-up-gay/104902" TargetMode="External"/><Relationship Id="rId10" Type="http://schemas.openxmlformats.org/officeDocument/2006/relationships/hyperlink" Target="https://www.turtlecreekchorale.com/concerts" TargetMode="External"/><Relationship Id="rId11" Type="http://schemas.openxmlformats.org/officeDocument/2006/relationships/hyperlink" Target="https://happeningnext.com/event/better-is-peace-9/11-remembered-through-song-and-dance-eid1ar9ulh5kd" TargetMode="External"/><Relationship Id="rId12" Type="http://schemas.openxmlformats.org/officeDocument/2006/relationships/hyperlink" Target="https://uptownplayers.org/show-details/application-pending2" TargetMode="External"/><Relationship Id="rId13" Type="http://schemas.openxmlformats.org/officeDocument/2006/relationships/hyperlink" Target="https://www.broadwayworld.com/dallas/regional/Application-Pending-4351618" TargetMode="External"/><Relationship Id="rId14" Type="http://schemas.openxmlformats.org/officeDocument/2006/relationships/hyperlink" Target="https://www.broadwayworld.com/dallas/article/APPLICATION-PENDING-to-Open-at-Uptown-Players-20260729" TargetMode="External"/><Relationship Id="rId15" Type="http://schemas.openxmlformats.org/officeDocument/2006/relationships/hyperlink" Target="https://www.visitdallas.com/events/application-pen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