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Madison Bailey on Queer Representation in Outer Banks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candid takes as Outer Banks’ final season lands , Madison Bailey, the show’s pansexual star, speaks up about missing queer storylines, why chosen-family themes still resonate, and what she wants next for LGBTQ+ characters on screen.</w:t>
      </w:r>
      <w:r/>
    </w:p>
    <w:p>
      <w:r/>
      <w:r>
        <w:t>Essential takeaways</w:t>
      </w:r>
      <w:r/>
      <w:r/>
    </w:p>
    <w:p>
      <w:pPr>
        <w:pStyle w:val="ListBullet"/>
        <w:spacing w:line="240" w:lineRule="auto"/>
        <w:ind w:left="720"/>
      </w:pPr>
      <w:r/>
      <w:r>
        <w:rPr>
          <w:b/>
        </w:rPr>
        <w:t>Star speaks out:</w:t>
      </w:r>
      <w:r>
        <w:t xml:space="preserve"> Madison Bailey says she wished her character Kiara had come out on the show and believes "it's never too late" for representation.</w:t>
      </w:r>
      <w:r/>
    </w:p>
    <w:p>
      <w:pPr>
        <w:pStyle w:val="ListBullet"/>
        <w:spacing w:line="240" w:lineRule="auto"/>
        <w:ind w:left="720"/>
      </w:pPr>
      <w:r/>
      <w:r>
        <w:rPr>
          <w:b/>
        </w:rPr>
        <w:t>Off-screen visibility matters:</w:t>
      </w:r>
      <w:r>
        <w:t xml:space="preserve"> Bailey hopes her own identity helps queer fans connect when the series didn’t explicitly show those storylines.</w:t>
      </w:r>
      <w:r/>
    </w:p>
    <w:p>
      <w:pPr>
        <w:pStyle w:val="ListBullet"/>
        <w:spacing w:line="240" w:lineRule="auto"/>
        <w:ind w:left="720"/>
      </w:pPr>
      <w:r/>
      <w:r>
        <w:rPr>
          <w:b/>
        </w:rPr>
        <w:t>Joy over trauma:</w:t>
      </w:r>
      <w:r>
        <w:t xml:space="preserve"> She’s actively pursuing queer roles and wants happy, celebratory LGBTQ+ stories rather than dark narratives.</w:t>
      </w:r>
      <w:r/>
    </w:p>
    <w:p>
      <w:pPr>
        <w:pStyle w:val="ListBullet"/>
        <w:spacing w:line="240" w:lineRule="auto"/>
        <w:ind w:left="720"/>
      </w:pPr>
      <w:r/>
      <w:r>
        <w:rPr>
          <w:b/>
        </w:rPr>
        <w:t>Community theme resonates:</w:t>
      </w:r>
      <w:r>
        <w:t xml:space="preserve"> The show’s focus on chosen family and loyalty still offers meaningful connection for LGBTQ+ viewers.</w:t>
      </w:r>
      <w:r/>
    </w:p>
    <w:p>
      <w:pPr>
        <w:pStyle w:val="ListBullet"/>
        <w:spacing w:line="240" w:lineRule="auto"/>
        <w:ind w:left="720"/>
      </w:pPr>
      <w:r/>
      <w:r>
        <w:rPr>
          <w:b/>
        </w:rPr>
        <w:t>Pushback addressed:</w:t>
      </w:r>
      <w:r>
        <w:t xml:space="preserve"> Bailey responds bluntly to critics of queer visibility, urging detractors to "find something that makes you happy."</w:t>
      </w:r>
      <w:r/>
      <w:r/>
    </w:p>
    <w:p>
      <w:pPr>
        <w:pStyle w:val="Heading2"/>
      </w:pPr>
      <w:r>
        <w:t>Why Bailey’s comments landed now</w:t>
      </w:r>
      <w:r/>
    </w:p>
    <w:p>
      <w:r/>
      <w:r>
        <w:t>Madison Bailey chose a high-profile moment to speak up as Outer Banks’ final season hit Netflix, and that timing matters because viewers often reassess shows as they conclude. Her remark that Kiara could still come out , "it’s never too late" , is equal parts hope and critique, a reminder that character arcs can evolve even late in a series. Fans who smell what’s missing will appreciate the candour; for Bailey it’s personal, tangible and a little bittersweet.</w:t>
      </w:r>
      <w:r/>
    </w:p>
    <w:p>
      <w:r/>
      <w:r>
        <w:t>Context helps: TV viewers increasingly expect ensemble casts to reflect real-world diversity, and when a prominent queer actor plays a character whose sexuality is unexplored, the silence becomes noticeable. Bailey’s take reframes the omission as an opportunity rather than a finished failure.</w:t>
      </w:r>
      <w:r/>
    </w:p>
    <w:p>
      <w:pPr>
        <w:pStyle w:val="Heading2"/>
      </w:pPr>
      <w:r>
        <w:t>Representation off screen can still be powerful</w:t>
      </w:r>
      <w:r/>
    </w:p>
    <w:p>
      <w:r/>
      <w:r>
        <w:t>Bailey leans into the visibility she can provide off screen, not as a consolation prize but as a practical bridge for queer audiences who want to see themselves. When actors speak openly about their identities, it can create real-world solidarity in ways storylines sometimes don’t. It’s an imperfect fix , a character’s coming-out on-screen is different from knowing an actor is pansexual , but both matter.</w:t>
      </w:r>
      <w:r/>
    </w:p>
    <w:p>
      <w:r/>
      <w:r>
        <w:t>If you care about representation, support goes beyond watching: look for projects that hire queer writers and directors, and celebrate actors who advocate for change. Those tiny choices shape the next wave of stories.</w:t>
      </w:r>
      <w:r/>
    </w:p>
    <w:p>
      <w:pPr>
        <w:pStyle w:val="Heading2"/>
      </w:pPr>
      <w:r>
        <w:t>She wants joyful queer stories , a deliberate creative plea</w:t>
      </w:r>
      <w:r/>
    </w:p>
    <w:p>
      <w:r/>
      <w:r>
        <w:t>What makes Bailey’s message striking is her insistence on joy. She’s not asking for trauma as shorthand for authenticity; she wants to see LGBTQ+ lives depicted with the full emotional range, including happiness. That’s a growing demand across entertainment criticism: audiences are tired of queer sorrow as default.</w:t>
      </w:r>
      <w:r/>
    </w:p>
    <w:p>
      <w:r/>
      <w:r>
        <w:t>For creators and casting directors this is practical advice. Lesbian, gay, bisexual and pansexual characters don’t need to exist only to suffer or teach straight characters lessons. They can be sources of comedy, romance, triumph and everyday life , and Bailey says she’s manifesting a role like that right now.</w:t>
      </w:r>
      <w:r/>
    </w:p>
    <w:p>
      <w:pPr>
        <w:pStyle w:val="Heading2"/>
      </w:pPr>
      <w:r>
        <w:t>She pushes back at critics , and it feels refreshingly blunt</w:t>
      </w:r>
      <w:r/>
    </w:p>
    <w:p>
      <w:r/>
      <w:r>
        <w:t>When critics argue against more queer representation, Bailey doesn’t mince words. Her message , essentially, "leave us alone, find something that makes you happy" , is an emotional reply that foregrounds fatigue with cultural gatekeeping. It’s a reminder that conversations about inclusion are not abstract: they’re tied to people’s dignity and joy.</w:t>
      </w:r>
      <w:r/>
    </w:p>
    <w:p>
      <w:r/>
      <w:r>
        <w:t>Her bluntness also reflects the broader cultural moment, where entertainers increasingly speak directly to audiences and detractors alike. Expect more stars to answer pushback with clarity rather than hedging.</w:t>
      </w:r>
      <w:r/>
    </w:p>
    <w:p>
      <w:pPr>
        <w:pStyle w:val="Heading2"/>
      </w:pPr>
      <w:r>
        <w:t>What this means for fans and future shows</w:t>
      </w:r>
      <w:r/>
    </w:p>
    <w:p>
      <w:r/>
      <w:r>
        <w:t>For fans, Bailey’s stance is a nudge to be vocal about what you want to see: petition for storylines, back creators who commit to queer narratives, and stream diverse content. For industry watchers, it signals an appetite among talent for roles that reflect their identities honestly and happily.</w:t>
      </w:r>
      <w:r/>
    </w:p>
    <w:p>
      <w:r/>
      <w:r>
        <w:t>If you’re casting your vote with your viewing habits, seek out series that hire queer writers and directors, and share the ones that get it right. Little by little, that demand alters what makes it to the screen.</w:t>
      </w:r>
      <w:r/>
    </w:p>
    <w:p>
      <w:r/>
      <w:r>
        <w:t>It's a small change that can make every story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https://www.comingsoon.net/guides/news/2179951-outer-banks-season-5-madison-bailey-lack-of-queer-representation-lgbtq</w:t>
        </w:r>
      </w:hyperlink>
      <w:r>
        <w:t xml:space="preserve"> - Please view link - unable to able to access data</w:t>
      </w:r>
      <w:r/>
    </w:p>
    <w:p>
      <w:pPr>
        <w:pStyle w:val="ListNumber"/>
        <w:spacing w:line="240" w:lineRule="auto"/>
        <w:ind w:left="720"/>
      </w:pPr>
      <w:r/>
      <w:hyperlink r:id="rId10">
        <w:r>
          <w:rPr>
            <w:color w:val="0000EE"/>
            <w:u w:val="single"/>
          </w:rPr>
          <w:t>https://www.mandatory.com/news/1835164-outer-banks-season-5-madison-bailey-lack-of-queer-representation-lgbtq</w:t>
        </w:r>
      </w:hyperlink>
      <w:r>
        <w:t xml:space="preserve"> - Madison Bailey, known for her role in 'Outer Banks', has openly criticised the series for its lack of queer representation. In an interview with Out, she expressed her desire for more LGBTQ+ visibility both on and off screen. Bailey highlighted her wish that her character, Kiara, had come out during the series, stating, 'It's never too late! It's literally never too late.' She also addressed critics opposing increased queer representation in Hollywood, urging them to 'Find some joy in your life!' Additionally, Bailey teased an upcoming queer role in her career, expressing her desire for joyful queer stories rather than dark narratives.</w:t>
      </w:r>
      <w:r/>
    </w:p>
    <w:p>
      <w:pPr>
        <w:pStyle w:val="ListNumber"/>
        <w:spacing w:line="240" w:lineRule="auto"/>
        <w:ind w:left="720"/>
      </w:pPr>
      <w:r/>
      <w:hyperlink r:id="rId11">
        <w:r>
          <w:rPr>
            <w:color w:val="0000EE"/>
            <w:u w:val="single"/>
          </w:rPr>
          <w:t>https://www.teenvogue.com/story/outer-banks-madison-bailey-comes-out-as-pansexual</w:t>
        </w:r>
      </w:hyperlink>
      <w:r>
        <w:t xml:space="preserve"> - In June 2020, Madison Bailey, who portrays Kiara in 'Outer Banks', came out as pansexual on TikTok. She shared her feelings of liberation and happiness after being open about her sexuality, stating, 'I feel lighter, I feel happier that I can just be so open and honest.' Bailey also discussed her relationship with University of North Carolina at Charlotte basketball player Mariah Linney, confirming their connection through a TikTok video. She encouraged others to embrace their true selves, saying, 'If you're gay, tell everybody that you're gay. It's worth it.'</w:t>
      </w:r>
      <w:r/>
    </w:p>
    <w:p>
      <w:pPr>
        <w:pStyle w:val="ListNumber"/>
        <w:spacing w:line="240" w:lineRule="auto"/>
        <w:ind w:left="720"/>
      </w:pPr>
      <w:r/>
      <w:hyperlink r:id="rId13">
        <w:r>
          <w:rPr>
            <w:color w:val="0000EE"/>
            <w:u w:val="single"/>
          </w:rPr>
          <w:t>https://outer-banks-netflix.fandom.com/wiki/Madison_Bailey</w:t>
        </w:r>
      </w:hyperlink>
      <w:r>
        <w:t xml:space="preserve"> - Madison Bailey, born on January 29, 1999, in Kernersville, North Carolina, is an American actress and model best known for portraying Kiara 'Kie' Carrera in the Netflix series 'Outer Banks'. Raised by adoptive parents, she has six older siblings, five of whom were also adopted through foster care. Bailey is of Mauritian and Italian descent and has openly discussed growing up in a predominantly white household and community. She tragically lost her mother in 2018 and has a tattoo in her memory.</w:t>
      </w:r>
      <w:r/>
    </w:p>
    <w:p>
      <w:pPr>
        <w:pStyle w:val="ListNumber"/>
        <w:spacing w:line="240" w:lineRule="auto"/>
        <w:ind w:left="720"/>
      </w:pPr>
      <w:r/>
      <w:hyperlink r:id="rId12">
        <w:r>
          <w:rPr>
            <w:color w:val="0000EE"/>
            <w:u w:val="single"/>
          </w:rPr>
          <w:t>https://www.glamour.com/story/outer-banks-star-madison-bailey-opens-up-about-sexuality</w:t>
        </w:r>
      </w:hyperlink>
      <w:r>
        <w:t xml:space="preserve"> - In June 2020, Madison Bailey, known for her role as Kiara in 'Outer Banks', came out as pansexual. During an Instagram Live session, she expressed gratitude for the support from her friends, family, and the industry, stating, 'I have very accepting friends, a very accepting family, an industry that's very welcoming and very accepting.' Bailey also discussed her relationship with Mariah Linney, a basketball player at the University of North Carolina at Chapel Hill, and encouraged others to embrace their true selves.</w:t>
      </w:r>
      <w:r/>
    </w:p>
    <w:p>
      <w:pPr>
        <w:pStyle w:val="ListNumber"/>
        <w:spacing w:line="240" w:lineRule="auto"/>
        <w:ind w:left="720"/>
      </w:pPr>
      <w:r/>
      <w:hyperlink r:id="rId14">
        <w:r>
          <w:rPr>
            <w:color w:val="0000EE"/>
            <w:u w:val="single"/>
          </w:rPr>
          <w:t>https://www.seventeen.com/celebrity/celebrity-couples/a32880419/outer-banks-madison-bailey-relationships/</w:t>
        </w:r>
      </w:hyperlink>
      <w:r>
        <w:t xml:space="preserve"> - Madison Bailey, star of 'Outer Banks', has opened up about her personal life, revealing her pansexuality and relationship with Mariah Linney, a basketball player at the University of North Carolina at Charlotte. In a TikTok video, she explained that pansexuality means being attracted to others regardless of gender identity, stating, 'Girls. Boys. Trans boys. Trans girls. Nonbinary babies. It's what's on the inside boo.' Bailey had previously hinted at her sexuality through a pride flag in her Instagram bio and has been candid about her experiences.</w:t>
      </w:r>
      <w:r/>
    </w:p>
    <w:p>
      <w:pPr>
        <w:pStyle w:val="ListNumber"/>
        <w:spacing w:line="240" w:lineRule="auto"/>
        <w:ind w:left="720"/>
      </w:pPr>
      <w:r/>
      <w:hyperlink r:id="rId15">
        <w:r>
          <w:rPr>
            <w:color w:val="0000EE"/>
            <w:u w:val="single"/>
          </w:rPr>
          <w:t>https://www.uol.com.br/universa/noticias/redacao/2020/06/20/atriz-de-outer-banks-declara-ser-pansexual-entenda-o-termo.htm</w:t>
        </w:r>
      </w:hyperlink>
      <w:r>
        <w:t xml:space="preserve"> - In June 2020, Madison Bailey, actress from 'Outer Banks', declared herself as pansexual. During a live broadcast, she discussed the liberating feeling of being transparent with those close to her. She also revealed her relationship with basketball player Mariah Linney, expressing that she feels no shame about her sexuality and feels happier being open and honest. The article provides an explanation of pansexuality, describing it as a person who feels attraction to individuals of all genders.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mingsoon.net/guides/news/2179951-outer-banks-season-5-madison-bailey-lack-of-queer-representation-lgbtq" TargetMode="External"/><Relationship Id="rId10" Type="http://schemas.openxmlformats.org/officeDocument/2006/relationships/hyperlink" Target="https://www.mandatory.com/news/1835164-outer-banks-season-5-madison-bailey-lack-of-queer-representation-lgbtq" TargetMode="External"/><Relationship Id="rId11" Type="http://schemas.openxmlformats.org/officeDocument/2006/relationships/hyperlink" Target="https://www.teenvogue.com/story/outer-banks-madison-bailey-comes-out-as-pansexual" TargetMode="External"/><Relationship Id="rId12" Type="http://schemas.openxmlformats.org/officeDocument/2006/relationships/hyperlink" Target="https://www.glamour.com/story/outer-banks-star-madison-bailey-opens-up-about-sexuality" TargetMode="External"/><Relationship Id="rId13" Type="http://schemas.openxmlformats.org/officeDocument/2006/relationships/hyperlink" Target="https://outer-banks-netflix.fandom.com/wiki/Madison_Bailey" TargetMode="External"/><Relationship Id="rId14" Type="http://schemas.openxmlformats.org/officeDocument/2006/relationships/hyperlink" Target="https://www.seventeen.com/celebrity/celebrity-couples/a32880419/outer-banks-madison-bailey-relationships/" TargetMode="External"/><Relationship Id="rId15" Type="http://schemas.openxmlformats.org/officeDocument/2006/relationships/hyperlink" Target="https://www.uol.com.br/universa/noticias/redacao/2020/06/20/atriz-de-outer-banks-declara-ser-pansexual-entenda-o-termo.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