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Basingstoke Pride 2026 Guide: What to See, Where to Go, and Who’s Performing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the summer calendar, Basingstoke Pride returns on Saturday 22 August with a colourful parade, live music and family-friendly stalls at Festival Place Amphitheatre , everything locals need to know about timings, performers, food and how the event is building community in the town.</w:t>
      </w:r>
      <w:r/>
    </w:p>
    <w:p>
      <w:r/>
      <w:r>
        <w:t>Essential Takeaways</w:t>
      </w:r>
      <w:r/>
      <w:r/>
    </w:p>
    <w:p>
      <w:pPr>
        <w:pStyle w:val="ListBullet"/>
        <w:spacing w:line="240" w:lineRule="auto"/>
        <w:ind w:left="720"/>
      </w:pPr>
      <w:r/>
      <w:r>
        <w:rPr>
          <w:b/>
        </w:rPr>
        <w:t>When and where:</w:t>
      </w:r>
      <w:r>
        <w:t xml:space="preserve"> Parade starts in Church Street, festival runs at Festival Place Amphitheatre from 11am–4pm on 22 August. </w:t>
      </w:r>
      <w:r/>
    </w:p>
    <w:p>
      <w:pPr>
        <w:pStyle w:val="ListBullet"/>
        <w:spacing w:line="240" w:lineRule="auto"/>
        <w:ind w:left="720"/>
      </w:pPr>
      <w:r/>
      <w:r>
        <w:rPr>
          <w:b/>
        </w:rPr>
        <w:t>Live line-up:</w:t>
      </w:r>
      <w:r>
        <w:t xml:space="preserve"> Acts include Paige Three, Jack Trinder, Just Bailey, BATS, Chappell Rae Tribute Act, Zarla and Adam &amp; Apple , upbeat and diverse. </w:t>
      </w:r>
      <w:r/>
    </w:p>
    <w:p>
      <w:pPr>
        <w:pStyle w:val="ListBullet"/>
        <w:spacing w:line="240" w:lineRule="auto"/>
        <w:ind w:left="720"/>
      </w:pPr>
      <w:r/>
      <w:r>
        <w:rPr>
          <w:b/>
        </w:rPr>
        <w:t>Family friendly:</w:t>
      </w:r>
      <w:r>
        <w:t xml:space="preserve"> The site promises activities for all ages plus a mix of food and drink traders. </w:t>
      </w:r>
      <w:r/>
    </w:p>
    <w:p>
      <w:pPr>
        <w:pStyle w:val="ListBullet"/>
        <w:spacing w:line="240" w:lineRule="auto"/>
        <w:ind w:left="720"/>
      </w:pPr>
      <w:r/>
      <w:r>
        <w:rPr>
          <w:b/>
        </w:rPr>
        <w:t>Community focus:</w:t>
      </w:r>
      <w:r>
        <w:t xml:space="preserve"> A range of charities, groups and local businesses will have stalls offering info, support and shopping. </w:t>
      </w:r>
      <w:r/>
    </w:p>
    <w:p>
      <w:pPr>
        <w:pStyle w:val="ListBullet"/>
        <w:spacing w:line="240" w:lineRule="auto"/>
        <w:ind w:left="720"/>
      </w:pPr>
      <w:r/>
      <w:r>
        <w:rPr>
          <w:b/>
        </w:rPr>
        <w:t>Sponsors &amp; after-party:</w:t>
      </w:r>
      <w:r>
        <w:t xml:space="preserve"> TD SYNNEX and South Western Railway headline support; official Pride After Party at The Tea Bar closes the evening.</w:t>
      </w:r>
      <w:r/>
      <w:r/>
    </w:p>
    <w:p>
      <w:pPr>
        <w:pStyle w:val="Heading2"/>
      </w:pPr>
      <w:r>
        <w:t>Parade, pageant and palpable colour , what the day looks like</w:t>
      </w:r>
      <w:r/>
    </w:p>
    <w:p>
      <w:r/>
      <w:r>
        <w:t>Expect a vivid procession weaving through the town centre, beginning in Church Street and finishing at the Amphitheatre, with music and banners setting a joyful tone. The parade’s route is compact and easy to follow, which makes it great for families and anyone wanting a bit of spectacle without trekking far. Organisers say the format keeps things lively while funneling crowds into Festival Place for the main stage shows and stalls.</w:t>
      </w:r>
      <w:r/>
    </w:p>
    <w:p>
      <w:pPr>
        <w:pStyle w:val="Heading2"/>
      </w:pPr>
      <w:r>
        <w:t>The music and acts , something for every mood</w:t>
      </w:r>
      <w:r/>
    </w:p>
    <w:p>
      <w:r/>
      <w:r>
        <w:t>The live roster mixes pop, tribute acts and drag performance, from Paige Three’s energy to the Chappell Rae Tribute Act and more intimate sets by Zarla and Adam &amp; Apple. It’s a line-up that’s quietly clever , enough big moments to draw a crowd, plus smaller performances that let you wander, chat and browse without missing out. If you’re planning which sets to catch, arrive early for headline slots and linger for the variety between.</w:t>
      </w:r>
      <w:r/>
    </w:p>
    <w:p>
      <w:pPr>
        <w:pStyle w:val="Heading2"/>
      </w:pPr>
      <w:r>
        <w:t>Stalls, support and community , why this matters beyond the party</w:t>
      </w:r>
      <w:r/>
    </w:p>
    <w:p>
      <w:r/>
      <w:r>
        <w:t>Alongside traders serving food and drinks, a diverse selection of charities, community groups and businesses will host stalls offering information and support. That mix is intentional: Pride has quickly become as much about visibility and access to services as it is about celebration. Sponsors TD SYNNEX framed their involvement as supporting connection and allyship, while South Western Railway highlighted safety and inclusion for staff and travellers.</w:t>
      </w:r>
      <w:r/>
    </w:p>
    <w:p>
      <w:pPr>
        <w:pStyle w:val="Heading2"/>
      </w:pPr>
      <w:r>
        <w:t>Practical tips , timings, travel and family planning</w:t>
      </w:r>
      <w:r/>
    </w:p>
    <w:p>
      <w:r/>
      <w:r>
        <w:t>Festival Place Amphitheatre hosts the main activities from 11am until 4pm, so aim to be in town mid-morning if you want a good spot for the parade. With South Western Railway backing the event, trains are a reliable option; check services in advance if you’re coming from further afield. Pack for the weather, bring layers and a small foldable chair or blanket if you prefer sitting , the Amphitheatre is open and lively but not huge, so comfort matters.</w:t>
      </w:r>
      <w:r/>
    </w:p>
    <w:p>
      <w:pPr>
        <w:pStyle w:val="Heading2"/>
      </w:pPr>
      <w:r>
        <w:t>After-party and evening options , keep celebrating</w:t>
      </w:r>
      <w:r/>
    </w:p>
    <w:p>
      <w:r/>
      <w:r>
        <w:t>When the daytime events wind down there’s an official Pride After Party at The Tea Bar hosted by Grace Anatomy, giving people a chance to linger, swap stories and celebrate into the evening. It’s a friendly, low-fuss way to close the day and meet people you might have seen on the parade route or at stalls.</w:t>
      </w:r>
      <w:r/>
    </w:p>
    <w:p>
      <w:r/>
      <w:r>
        <w:t>It's a bright, growing fixture in Basingstoke’s social calendar , show up, enjoy the music and maybe find a new local group or friend along the way.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https://www.basingstokegazette.co.uk/news/26485915.basingstoke-pride-2026-need-know-event/</w:t>
        </w:r>
      </w:hyperlink>
      <w:r>
        <w:t xml:space="preserve"> - Please view link - unable to able to access data</w:t>
      </w:r>
      <w:r/>
    </w:p>
    <w:p>
      <w:pPr>
        <w:pStyle w:val="ListNumber"/>
        <w:spacing w:line="240" w:lineRule="auto"/>
        <w:ind w:left="720"/>
      </w:pPr>
      <w:r/>
      <w:hyperlink r:id="rId10">
        <w:r>
          <w:rPr>
            <w:color w:val="0000EE"/>
            <w:u w:val="single"/>
          </w:rPr>
          <w:t>https://www.inbasingstoke.co.uk/pride</w:t>
        </w:r>
      </w:hyperlink>
      <w:r>
        <w:t xml:space="preserve"> - Basingstoke Pride 2026 is scheduled for Saturday, 22 August 2026, from 11:00 AM to 4:00 PM at the Festival Place Amphitheatre. The event will feature a vibrant parade, live entertainment, creative stalls, and family-friendly activities throughout the day. Organised by local volunteers, Basingstoke Pride aims to create an inclusive and empowering environment for the LGBTQ+ community in Basingstoke and Deane. The event is free to attend, with ticket registration required. For more information and to get involved, visit the official website.</w:t>
      </w:r>
      <w:r/>
    </w:p>
    <w:p>
      <w:pPr>
        <w:pStyle w:val="ListNumber"/>
        <w:spacing w:line="240" w:lineRule="auto"/>
        <w:ind w:left="720"/>
      </w:pPr>
      <w:r/>
      <w:hyperlink r:id="rId12">
        <w:r>
          <w:rPr>
            <w:color w:val="0000EE"/>
            <w:u w:val="single"/>
          </w:rPr>
          <w:t>https://basingstokepride.co.uk/</w:t>
        </w:r>
      </w:hyperlink>
      <w:r>
        <w:t xml:space="preserve"> - The official website of Basingstoke Pride provides comprehensive details about the event, including the schedule, performers, and how to get involved. The event is set to take place on Saturday, 22 August 2026, from 11:00 AM to 4:00 PM at the Festival Place Amphitheatre. The organisers, a group of volunteers from Basingstoke and Deane, aim to create an inclusive and empowering environment where LGBTQ+ people can thrive and be celebrated for their identities. The website also offers information on how to participate as a performer, volunteer, or sponsor.</w:t>
      </w:r>
      <w:r/>
    </w:p>
    <w:p>
      <w:pPr>
        <w:pStyle w:val="ListNumber"/>
        <w:spacing w:line="240" w:lineRule="auto"/>
        <w:ind w:left="720"/>
      </w:pPr>
      <w:r/>
      <w:hyperlink r:id="rId15">
        <w:r>
          <w:rPr>
            <w:color w:val="0000EE"/>
            <w:u w:val="single"/>
          </w:rPr>
          <w:t>https://worldwideprideguide.com/en/events/basingstoke-pride</w:t>
        </w:r>
      </w:hyperlink>
      <w:r>
        <w:t xml:space="preserve"> - Basingstoke Pride 2026 is scheduled for 22 August 2026, from 11:00 AM to 4:00 PM at the Festival Place Amphitheatre in Basingstoke, United Kingdom. The event is free to attend, with ticket registration required. Attendees can expect vibrant performances, stalls, music, and arts and crafts. The event is family-friendly and open to everyone, including allies. It is an alcohol-free event with accessibility points, BSL-interpreted performances, and safety measures, including DBS-checked staff and first aid teams. For more details and to register for tickets, visit the official website.</w:t>
      </w:r>
      <w:r/>
    </w:p>
    <w:p>
      <w:pPr>
        <w:pStyle w:val="ListNumber"/>
        <w:spacing w:line="240" w:lineRule="auto"/>
        <w:ind w:left="720"/>
      </w:pPr>
      <w:r/>
      <w:hyperlink r:id="rId14">
        <w:r>
          <w:rPr>
            <w:color w:val="0000EE"/>
            <w:u w:val="single"/>
          </w:rPr>
          <w:t>https://happeningnext.com/event/basingstoke-pride-2026-eid1ef0kwipd1ua</w:t>
        </w:r>
      </w:hyperlink>
      <w:r>
        <w:t xml:space="preserve"> - Basingstoke Pride 2026 is set to take place on Saturday, 22 August 2026, from 11:00 AM to 4:00 PM at the Festival Place Amphitheatre in Basingstoke, England. The event promises a vibrant celebration of love, diversity, and inclusivity, featuring a parade, live performances, delicious food, and a range of activities that embrace diversity. The organisers invite community groups and organisations to participate in the parade and offer information on how to get involved. For more details and to register, visit the event page.</w:t>
      </w:r>
      <w:r/>
    </w:p>
    <w:p>
      <w:pPr>
        <w:pStyle w:val="ListNumber"/>
        <w:spacing w:line="240" w:lineRule="auto"/>
        <w:ind w:left="720"/>
      </w:pPr>
      <w:r/>
      <w:hyperlink r:id="rId11">
        <w:r>
          <w:rPr>
            <w:color w:val="0000EE"/>
            <w:u w:val="single"/>
          </w:rPr>
          <w:t>https://www.enjoy.ly/uk/activity/36151559/basingstoke-pride-festival-place-basingstoke</w:t>
        </w:r>
      </w:hyperlink>
      <w:r>
        <w:t xml:space="preserve"> - Basingstoke Pride 2026 is scheduled for Saturday, 22 August 2026, at 11:00 AM at the Festival Place Amphitheatre in Basingstoke. The event is free to attend and aims to create an inclusive and empowering environment for the LGBTQ+ community in Basingstoke and Deane. The organisers, a group of volunteers, are committed to spreading love and acceptance through the Pride event. The event will feature a parade, live performances, community stalls, and an after-party. For more information and to get involved, visit the event page.</w:t>
      </w:r>
      <w:r/>
    </w:p>
    <w:p>
      <w:pPr>
        <w:pStyle w:val="ListNumber"/>
        <w:spacing w:line="240" w:lineRule="auto"/>
        <w:ind w:left="720"/>
      </w:pPr>
      <w:r/>
      <w:hyperlink r:id="rId13">
        <w:r>
          <w:rPr>
            <w:color w:val="0000EE"/>
            <w:u w:val="single"/>
          </w:rPr>
          <w:t>https://www.journey.lgbt/event-details/basingstoke-pride-2026</w:t>
        </w:r>
      </w:hyperlink>
      <w:r>
        <w:t xml:space="preserve"> - Basingstoke Pride 2026 is scheduled for Saturday, 22 August 2026, from 11:00 AM to 4:00 PM at the Festival Place Amphitheatre in Basingstoke, United Kingdom. The event is organised by Basingstoke Pride, a group of volunteers from Basingstoke and Deane, and is supported by South Western Railway. The organisers invite attendees from the transport sector to join the event and provide contact details for more information. For more details and to RSVP, visit the event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asingstokegazette.co.uk/news/26485915.basingstoke-pride-2026-need-know-event/" TargetMode="External"/><Relationship Id="rId10" Type="http://schemas.openxmlformats.org/officeDocument/2006/relationships/hyperlink" Target="https://www.inbasingstoke.co.uk/pride" TargetMode="External"/><Relationship Id="rId11" Type="http://schemas.openxmlformats.org/officeDocument/2006/relationships/hyperlink" Target="https://www.enjoy.ly/uk/activity/36151559/basingstoke-pride-festival-place-basingstoke" TargetMode="External"/><Relationship Id="rId12" Type="http://schemas.openxmlformats.org/officeDocument/2006/relationships/hyperlink" Target="https://basingstokepride.co.uk/" TargetMode="External"/><Relationship Id="rId13" Type="http://schemas.openxmlformats.org/officeDocument/2006/relationships/hyperlink" Target="https://www.journey.lgbt/event-details/basingstoke-pride-2026" TargetMode="External"/><Relationship Id="rId14" Type="http://schemas.openxmlformats.org/officeDocument/2006/relationships/hyperlink" Target="https://happeningnext.com/event/basingstoke-pride-2026-eid1ef0kwipd1ua" TargetMode="External"/><Relationship Id="rId15" Type="http://schemas.openxmlformats.org/officeDocument/2006/relationships/hyperlink" Target="https://worldwideprideguide.com/en/events/basingstoke-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