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Visit to Erie for LGBTQ+ Seniors: AWP’s Friendly Day 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Take a joyful trip: Aging With Pride Erie hosted a warm, welcoming Visit to Erie for OWLS from Pittsburgh and Rainbow Pioneers from Cleveland, bringing 23 guests to Presque Isle, local shops, and a Taste of Erie reception , a small celebration that shows why local senior groups matter.</w:t>
      </w:r>
      <w:r/>
    </w:p>
    <w:p>
      <w:r/>
      <w:r>
        <w:t>Essential Takeaways</w:t>
      </w:r>
      <w:r/>
      <w:r/>
    </w:p>
    <w:p>
      <w:pPr>
        <w:pStyle w:val="ListBullet"/>
        <w:spacing w:line="240" w:lineRule="auto"/>
        <w:ind w:left="720"/>
      </w:pPr>
      <w:r/>
      <w:r>
        <w:rPr>
          <w:b/>
        </w:rPr>
        <w:t>Big turnout:</w:t>
      </w:r>
      <w:r>
        <w:t xml:space="preserve"> 23 visiting seniors joined Aging With Pride Erie for a full-day programme that mixed nature, food and friendly faces. </w:t>
      </w:r>
      <w:r/>
    </w:p>
    <w:p>
      <w:pPr>
        <w:pStyle w:val="ListBullet"/>
        <w:spacing w:line="240" w:lineRule="auto"/>
        <w:ind w:left="720"/>
      </w:pPr>
      <w:r/>
      <w:r>
        <w:rPr>
          <w:b/>
        </w:rPr>
        <w:t>Scenic start:</w:t>
      </w:r>
      <w:r>
        <w:t xml:space="preserve"> The Tom Ridge Environmental Center and Presque Isle gave the group wide lake views and a breezy, easygoing introduction to Erie. </w:t>
      </w:r>
      <w:r/>
    </w:p>
    <w:p>
      <w:pPr>
        <w:pStyle w:val="ListBullet"/>
        <w:spacing w:line="240" w:lineRule="auto"/>
        <w:ind w:left="720"/>
      </w:pPr>
      <w:r/>
      <w:r>
        <w:rPr>
          <w:b/>
        </w:rPr>
        <w:t>Local flavours:</w:t>
      </w:r>
      <w:r>
        <w:t xml:space="preserve"> The "Taste of Erie" reception featured wine, sponge candy, capicola, pepperoni balls and spirit-free cocktails , all local and bite-sized. </w:t>
      </w:r>
      <w:r/>
    </w:p>
    <w:p>
      <w:pPr>
        <w:pStyle w:val="ListBullet"/>
        <w:spacing w:line="240" w:lineRule="auto"/>
        <w:ind w:left="720"/>
      </w:pPr>
      <w:r/>
      <w:r>
        <w:rPr>
          <w:b/>
        </w:rPr>
        <w:t>Community welcome:</w:t>
      </w:r>
      <w:r>
        <w:t xml:space="preserve"> Erie’s mayor attended the reception and the group enjoyed a private dinner at Wooden Ladle , cosy, communal, celebratory. </w:t>
      </w:r>
      <w:r/>
    </w:p>
    <w:p>
      <w:pPr>
        <w:pStyle w:val="ListBullet"/>
        <w:spacing w:line="240" w:lineRule="auto"/>
        <w:ind w:left="720"/>
      </w:pPr>
      <w:r/>
      <w:r>
        <w:rPr>
          <w:b/>
        </w:rPr>
        <w:t>Neighbourhood commerce:</w:t>
      </w:r>
      <w:r>
        <w:t xml:space="preserve"> The day included stops at Romolo’s, Larry’s Central Market and Werner Books, spotlighting small-business hospitality.</w:t>
      </w:r>
      <w:r/>
      <w:r/>
    </w:p>
    <w:p>
      <w:pPr>
        <w:pStyle w:val="Heading2"/>
      </w:pPr>
      <w:r>
        <w:t>A bright, breezy start at the Tom Ridge Environmental Center</w:t>
      </w:r>
      <w:r/>
    </w:p>
    <w:p>
      <w:r/>
      <w:r>
        <w:t>The outing kicked off with fresh air and glassy lake views that practically demanded a photo. The Tom Ridge Environmental Center sits at the tip of Presque Isle and gives visitors a sense of space and calm, which is great for a mixed-age group that wants accessible walking and a peaceful spot to gather. According to the centre’s project descriptions, its exhibitions and viewing tower make the bay and beaches easy to appreciate. For other groups planning a day trip, the centre is a low-fuss place to begin , plenty of benches, clear signage and that satisfying “we’re on holiday” feel.</w:t>
      </w:r>
      <w:r/>
    </w:p>
    <w:p>
      <w:pPr>
        <w:pStyle w:val="Heading2"/>
      </w:pPr>
      <w:r>
        <w:t>Lunch and a leisurely drive around Presque Isle</w:t>
      </w:r>
      <w:r/>
    </w:p>
    <w:p>
      <w:r/>
      <w:r>
        <w:t>After the centre the group ate at a 1950s-style diner by the park entrance, a nostalgic stop that kept things lighthearted and social. Later, the programme allowed two hours for a drive around the State Park, window shopping and sweet stops , Romolo’s for chocolate, for instance. Presque Isle State Park itself is designed for recreation, with lots of car-friendly viewpoints and gentle trails, so organisers could plan a relaxed schedule without tiring anyone out. If you’re organising a senior trip, factor in gentle transitions like this: sit-down food, short drives, and optional stops so people can join or sit out as they wish.</w:t>
      </w:r>
      <w:r/>
    </w:p>
    <w:p>
      <w:pPr>
        <w:pStyle w:val="Heading2"/>
      </w:pPr>
      <w:r>
        <w:t>A Taste of Erie: small bites, big welcome</w:t>
      </w:r>
      <w:r/>
    </w:p>
    <w:p>
      <w:r/>
      <w:r>
        <w:t>Back in town, Werner Books hosted a reception billed as a Taste of Erie, with local producers on show. The menu mixed flavours and textures , wine from a local winery, sponge candy, capicola, pepperoni balls and spirit-free cocktails , which turned the reception into a mini local-food tasting. Having the mayor there added an official, friendly note; when civic leaders show up, it signals that these visits are noticed and valued. For groups seeking to highlight community partnerships, pairing a bookstore or cultural venue with local food vendors is an elegant, walkable format.</w:t>
      </w:r>
      <w:r/>
    </w:p>
    <w:p>
      <w:pPr>
        <w:pStyle w:val="Heading2"/>
      </w:pPr>
      <w:r>
        <w:t>Dinner, conversation and a private dining room</w:t>
      </w:r>
      <w:r/>
    </w:p>
    <w:p>
      <w:r/>
      <w:r>
        <w:t>The day closed at Wooden Ladle, where the guests had the restaurant to themselves , always a treat, because private spaces make conversation easier and the pace calmer. The choice of a single restaurant for a larger group simplified logistics and ensured everyone could be seated together. For planners, booking a whole venue can be worth the price when it keeps the mood relaxed and everyone included. Some visitors returned home that evening, others stayed overnight, which shows the trip was both satisfying and, for some, the start of a longer stay.</w:t>
      </w:r>
      <w:r/>
    </w:p>
    <w:p>
      <w:pPr>
        <w:pStyle w:val="Heading2"/>
      </w:pPr>
      <w:r>
        <w:t>Why days like this matter , community, connection, and practical planning</w:t>
      </w:r>
      <w:r/>
    </w:p>
    <w:p>
      <w:r/>
      <w:r>
        <w:t>Aging With Pride Erie and visiting groups like OWLS and Rainbow Pioneers are doing more than sightseeing; they’re keeping social networks alive and visible. Small gestures , a welcoming mayor, locally sourced treats, a private dinner , add up to a sense of being seen and celebrated. If you’re organising a similar event, choose accessible venues, offer a mix of indoor and outdoor activities, and build in downtime. Those decisions make the day enjoyable for people with different energy levels and mobility needs.</w:t>
      </w:r>
      <w:r/>
    </w:p>
    <w:p>
      <w:r/>
      <w:r>
        <w:t>It's a small change that can make every visit feel like coming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0">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https://www.eriegaynews.com/news/article.php?recordid=202609awpvisittoerie&amp;sourceid=4&amp;sourcereason=RSSFeed</w:t>
        </w:r>
      </w:hyperlink>
      <w:r>
        <w:t xml:space="preserve"> - Please view link - unable to able to access data</w:t>
      </w:r>
      <w:r/>
    </w:p>
    <w:p>
      <w:pPr>
        <w:pStyle w:val="ListNumber"/>
        <w:spacing w:line="240" w:lineRule="auto"/>
        <w:ind w:left="720"/>
      </w:pPr>
      <w:r/>
      <w:hyperlink r:id="rId9">
        <w:r>
          <w:rPr>
            <w:color w:val="0000EE"/>
            <w:u w:val="single"/>
          </w:rPr>
          <w:t>https://www.eriegaynews.com/news/article.php?recordid=202609awpvisittoerie&amp;sourceid=4&amp;sourcereason=RSSFeed</w:t>
        </w:r>
      </w:hyperlink>
      <w:r>
        <w:t xml:space="preserve"> - Aging with Pride (AWP) Erie, a local group for LGBTQ+ community seniors, hosted a full-day visit for 23 guests from Pittsburgh's OWLS and Cleveland's Rainbow Pioneers on August 7th. The day's activities included a tour of the Tom Ridge Environmental Center, a 1950s-style lunch at Sara's diner, shopping at Presque Isle State Park, a reception featuring local delicacies, and dinner at Wooden Ladle. Erie's Mayor Devlin welcomed the guests, and the event concluded with some visitors spending the night in Erie. Pittsburgh plans to host a similar event for seniors in October 2026. (</w:t>
      </w:r>
      <w:hyperlink r:id="rId14">
        <w:r>
          <w:rPr>
            <w:color w:val="0000EE"/>
            <w:u w:val="single"/>
          </w:rPr>
          <w:t>pa.gov</w:t>
        </w:r>
      </w:hyperlink>
      <w:r>
        <w:t>)</w:t>
      </w:r>
      <w:r/>
    </w:p>
    <w:p>
      <w:pPr>
        <w:pStyle w:val="ListNumber"/>
        <w:spacing w:line="240" w:lineRule="auto"/>
        <w:ind w:left="720"/>
      </w:pPr>
      <w:r/>
      <w:hyperlink r:id="rId11">
        <w:r>
          <w:rPr>
            <w:color w:val="0000EE"/>
            <w:u w:val="single"/>
          </w:rPr>
          <w:t>https://www.pa.gov/agencies/dcnr/recreation/where-to-go/state-parks/find-a-park/presque-isle-state-park/trec</w:t>
        </w:r>
      </w:hyperlink>
      <w:r>
        <w:t xml:space="preserve"> - The Tom Ridge Environmental Center (TREC) is an educational facility dedicated to teaching visitors about the unique 3,200 acres of Presque Isle State Park in Erie, Pennsylvania. TREC offers free admission to its interactive exhibits, a 75-foot observation tower, and an orientation movie. The center also serves as a hub for research, contributing to conservation efforts and promoting environmental awareness to preserve the beauty of Presque Isle. (</w:t>
      </w:r>
      <w:hyperlink r:id="rId14">
        <w:r>
          <w:rPr>
            <w:color w:val="0000EE"/>
            <w:u w:val="single"/>
          </w:rPr>
          <w:t>pa.gov</w:t>
        </w:r>
      </w:hyperlink>
      <w:r>
        <w:t>)</w:t>
      </w:r>
      <w:r/>
    </w:p>
    <w:p>
      <w:pPr>
        <w:pStyle w:val="ListNumber"/>
        <w:spacing w:line="240" w:lineRule="auto"/>
        <w:ind w:left="720"/>
      </w:pPr>
      <w:r/>
      <w:hyperlink r:id="rId13">
        <w:r>
          <w:rPr>
            <w:color w:val="0000EE"/>
            <w:u w:val="single"/>
          </w:rPr>
          <w:t>https://www.pa.gov/agencies/dcnr/recreation/where-to-go/state-parks/find-a-park/presque-isle-state-park</w:t>
        </w:r>
      </w:hyperlink>
      <w:r>
        <w:t xml:space="preserve"> - Presque Isle State Park, located in Erie, Pennsylvania, is a day-use park offering year-round recreational activities such as swimming, boating, fishing, hiking, and bicycling. The park is home to the Tom Ridge Environmental Center, which provides educational exhibits and research opportunities. Presque Isle is also a National Natural Landmark, attracting many migrating birds and supporting a diverse range of endangered, threatened, and rare species. (</w:t>
      </w:r>
      <w:hyperlink r:id="rId15">
        <w:r>
          <w:rPr>
            <w:color w:val="0000EE"/>
            <w:u w:val="single"/>
          </w:rPr>
          <w:t>pa.gov</w:t>
        </w:r>
      </w:hyperlink>
      <w:r>
        <w:t>)</w:t>
      </w:r>
      <w:r/>
    </w:p>
    <w:p>
      <w:pPr>
        <w:pStyle w:val="ListNumber"/>
        <w:spacing w:line="240" w:lineRule="auto"/>
        <w:ind w:left="720"/>
      </w:pPr>
      <w:r/>
      <w:hyperlink r:id="rId10">
        <w:r>
          <w:rPr>
            <w:color w:val="0000EE"/>
            <w:u w:val="single"/>
          </w:rPr>
          <w:t>https://www.wrtdesign.com/projects/tom-ridge-environmental-center</w:t>
        </w:r>
      </w:hyperlink>
      <w:r>
        <w:t xml:space="preserve"> - The Tom Ridge Environmental Center (TREC) is a 63,000-square-foot visitor's centre located at Presque Isle State Park in Erie, Pennsylvania. The centre includes educational exhibits, space for government and educational administration, and laboratories. Dedicated to teaching visitors about the unique habitat of the park's 3,200 acres, the centre also performs research related to environmental awareness and the Great Lakes. The building has earned a LEED Silver rating from the USGBC. (</w:t>
      </w:r>
      <w:hyperlink r:id="rId16">
        <w:r>
          <w:rPr>
            <w:color w:val="0000EE"/>
            <w:u w:val="single"/>
          </w:rPr>
          <w:t>wrtdesign.com</w:t>
        </w:r>
      </w:hyperlink>
      <w:r>
        <w:t>)</w:t>
      </w:r>
      <w:r/>
    </w:p>
    <w:p>
      <w:pPr>
        <w:pStyle w:val="ListNumber"/>
        <w:spacing w:line="240" w:lineRule="auto"/>
        <w:ind w:left="720"/>
      </w:pPr>
      <w:r/>
      <w:hyperlink r:id="rId12">
        <w:r>
          <w:rPr>
            <w:color w:val="0000EE"/>
            <w:u w:val="single"/>
          </w:rPr>
          <w:t>https://www.loc8nearme.com/pennsylvania/erie/tom-ridge-environmental-center-at-presque-isle/7100517/</w:t>
        </w:r>
      </w:hyperlink>
      <w:r>
        <w:t xml:space="preserve"> - The Tom Ridge Environmental Center at Presque Isle State Park is a free centre offering educational exhibits about the park's environment and wildlife. Visitors can enjoy interactive displays, a short film, and informative presentations about Lake Erie's ecosystem. The centre features a dedicated room for children, complete with hands-on activities and an outdoor natural play space. A gift shop offers a variety of nature-themed items and local art. (</w:t>
      </w:r>
      <w:hyperlink r:id="rId17">
        <w:r>
          <w:rPr>
            <w:color w:val="0000EE"/>
            <w:u w:val="single"/>
          </w:rPr>
          <w:t>loc8nearme.com</w:t>
        </w:r>
      </w:hyperlink>
      <w:r>
        <w:t>)</w:t>
      </w:r>
      <w:r/>
    </w:p>
    <w:p>
      <w:pPr>
        <w:pStyle w:val="ListNumber"/>
        <w:spacing w:line="240" w:lineRule="auto"/>
        <w:ind w:left="720"/>
      </w:pPr>
      <w:r/>
      <w:hyperlink r:id="rId18">
        <w:r>
          <w:rPr>
            <w:color w:val="0000EE"/>
            <w:u w:val="single"/>
          </w:rPr>
          <w:t>https://www.youtube.com/watch?v=J1RVbTeurkc</w:t>
        </w:r>
      </w:hyperlink>
      <w:r>
        <w:t xml:space="preserve"> - A 4K video tour of the Tom Ridge Environmental Center at Presque Isle State Park in Erie, Pennsylvania, showcasing the centre's educational exhibits, interactive displays, and the 75-foot observation tower overlooking Lake Erie. The video provides an overview of the centre's facilities and its role in educating visitors about the unique habitat of Presque Isle. (</w:t>
      </w:r>
      <w:hyperlink r:id="rId19">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9awpvisittoerie&amp;sourceid=4&amp;sourcereason=RSSFeed" TargetMode="External"/><Relationship Id="rId10" Type="http://schemas.openxmlformats.org/officeDocument/2006/relationships/hyperlink" Target="https://www.wrtdesign.com/projects/tom-ridge-environmental-center" TargetMode="External"/><Relationship Id="rId11" Type="http://schemas.openxmlformats.org/officeDocument/2006/relationships/hyperlink" Target="https://www.pa.gov/agencies/dcnr/recreation/where-to-go/state-parks/find-a-park/presque-isle-state-park/trec" TargetMode="External"/><Relationship Id="rId12" Type="http://schemas.openxmlformats.org/officeDocument/2006/relationships/hyperlink" Target="https://www.loc8nearme.com/pennsylvania/erie/tom-ridge-environmental-center-at-presque-isle/7100517/" TargetMode="External"/><Relationship Id="rId13" Type="http://schemas.openxmlformats.org/officeDocument/2006/relationships/hyperlink" Target="https://www.pa.gov/agencies/dcnr/recreation/where-to-go/state-parks/find-a-park/presque-isle-state-park" TargetMode="External"/><Relationship Id="rId14" Type="http://schemas.openxmlformats.org/officeDocument/2006/relationships/hyperlink" Target="https://www.pa.gov/agencies/dcnr/recreation/where-to-go/state-parks/find-a-park/presque-isle-state-park/trec?utm_source=openai" TargetMode="External"/><Relationship Id="rId15" Type="http://schemas.openxmlformats.org/officeDocument/2006/relationships/hyperlink" Target="https://www.pa.gov/agencies/dcnr/recreation/where-to-go/state-parks/find-a-park/presque-isle-state-park?utm_source=openai" TargetMode="External"/><Relationship Id="rId16" Type="http://schemas.openxmlformats.org/officeDocument/2006/relationships/hyperlink" Target="https://www.wrtdesign.com/projects/tom-ridge-environmental-center?utm_source=openai" TargetMode="External"/><Relationship Id="rId17" Type="http://schemas.openxmlformats.org/officeDocument/2006/relationships/hyperlink" Target="https://www.loc8nearme.com/pennsylvania/erie/tom-ridge-environmental-center-at-presque-isle/7100517/?utm_source=openai" TargetMode="External"/><Relationship Id="rId18" Type="http://schemas.openxmlformats.org/officeDocument/2006/relationships/hyperlink" Target="https://www.youtube.com/watch?v=J1RVbTeurkc" TargetMode="External"/><Relationship Id="rId19" Type="http://schemas.openxmlformats.org/officeDocument/2006/relationships/hyperlink" Target="https://www.youtube.com/watch?v=J1RVbTeurkc&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