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Underground Pride Events: How Artin Avaznia Brings Accessible, Joyful Queer Nightlife to Ottawa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clubbers are discovering a different kind of Pride, one that’s affordable, community-led and rooted in queer history. Underground Pride, founded by Artin Avaznia in Toronto, closes its national tour at Club SAW in Ottawa on Aug. 21, spotlighting local DJs, drag and dance while keeping tickets cheap and culture front and centre.</w:t>
      </w:r>
      <w:r/>
    </w:p>
    <w:p>
      <w:r/>
      <w:r>
        <w:t>Essential Takeaways</w:t>
      </w:r>
      <w:r/>
      <w:r/>
    </w:p>
    <w:p>
      <w:pPr>
        <w:pStyle w:val="ListBullet"/>
        <w:spacing w:line="240" w:lineRule="auto"/>
        <w:ind w:left="720"/>
      </w:pPr>
      <w:r/>
      <w:r>
        <w:rPr>
          <w:b/>
        </w:rPr>
        <w:t>Founder-led:</w:t>
      </w:r>
      <w:r>
        <w:t xml:space="preserve"> Artin Avaznia launched Underground Pride in Toronto in 2024 to fill a gap left by expensive, commercial Pride parties. </w:t>
      </w:r>
      <w:r/>
    </w:p>
    <w:p>
      <w:pPr>
        <w:pStyle w:val="ListBullet"/>
        <w:spacing w:line="240" w:lineRule="auto"/>
        <w:ind w:left="720"/>
      </w:pPr>
      <w:r/>
      <w:r>
        <w:rPr>
          <w:b/>
        </w:rPr>
        <w:t>Affordable access:</w:t>
      </w:r>
      <w:r>
        <w:t xml:space="preserve"> Tickets have been kept at $15 since launch, while artists are paid fairly, designed to reduce financial barriers to queer nightlife. </w:t>
      </w:r>
      <w:r/>
    </w:p>
    <w:p>
      <w:pPr>
        <w:pStyle w:val="ListBullet"/>
        <w:spacing w:line="240" w:lineRule="auto"/>
        <w:ind w:left="720"/>
      </w:pPr>
      <w:r/>
      <w:r>
        <w:rPr>
          <w:b/>
        </w:rPr>
        <w:t>Local flavour:</w:t>
      </w:r>
      <w:r>
        <w:t xml:space="preserve"> Each city gets its own lineup, so Ottawa’s edition features unique acts like Mx. Tique, DJ Mona Monet and percussionist Orlando. </w:t>
      </w:r>
      <w:r/>
    </w:p>
    <w:p>
      <w:pPr>
        <w:pStyle w:val="ListBullet"/>
        <w:spacing w:line="240" w:lineRule="auto"/>
        <w:ind w:left="720"/>
      </w:pPr>
      <w:r/>
      <w:r>
        <w:rPr>
          <w:b/>
        </w:rPr>
        <w:t>History and party:</w:t>
      </w:r>
      <w:r>
        <w:t xml:space="preserve"> The event weaves tributes to queer pioneers, such as Michelle Ross, into a high-energy night so reflection and dance coexist. </w:t>
      </w:r>
      <w:r/>
    </w:p>
    <w:p>
      <w:pPr>
        <w:pStyle w:val="ListBullet"/>
        <w:spacing w:line="240" w:lineRule="auto"/>
        <w:ind w:left="720"/>
      </w:pPr>
      <w:r/>
      <w:r>
        <w:rPr>
          <w:b/>
        </w:rPr>
        <w:t>Safe entry point:</w:t>
      </w:r>
      <w:r>
        <w:t xml:space="preserve"> Organisers emphasise community safety and welcome first-timers who may feel nervous about joining queer nightlife.</w:t>
      </w:r>
      <w:r/>
      <w:r/>
    </w:p>
    <w:p>
      <w:pPr>
        <w:pStyle w:val="Heading2"/>
      </w:pPr>
      <w:r>
        <w:t>A hometown homecoming with a lively, affordable pulse</w:t>
      </w:r>
      <w:r/>
    </w:p>
    <w:p>
      <w:r/>
      <w:r>
        <w:t>Underground Pride closing its tour in Ottawa feels like the kind of full-circle moment that’s both tactile and emotional, you can practically hear the bass and smell the smoke machine. According to Avaznia, the tour finale at Club SAW is about returning to roots while spotlighting a scene he says is distinct from anywhere else in Canada. This isn’t a corporate Pride with sky-high door prices, it’s a grassroots celebration built around community access and celebration.</w:t>
      </w:r>
      <w:r/>
    </w:p>
    <w:p>
      <w:r/>
      <w:r>
        <w:t>The event was conceived after Avaznia watched mainstream Pride become expensive and diluted. He wanted to build something that put queer people first, especially those priced out of typical nightlife. That clarity of purpose shows on the ticket page: low entry, decent pay for performers, and programming that reflects the neighbourhood.</w:t>
      </w:r>
      <w:r/>
    </w:p>
    <w:p>
      <w:pPr>
        <w:pStyle w:val="Heading2"/>
      </w:pPr>
      <w:r>
        <w:t>Why keeping tickets at $15 actually matters</w:t>
      </w:r>
      <w:r/>
    </w:p>
    <w:p>
      <w:r/>
      <w:r>
        <w:t>Let’s be blunt: a night out adds up. Avaznia points out that entry, transport and drinks can quickly make an evening unaffordable, particularly for Gen Z and people on tight budgets. Underground Pride’s steady $15 ticket price is a deliberate counter to the “price everything” trend at major Pride events, and it’s meant to keep nightlife open to the many, not the few.</w:t>
      </w:r>
      <w:r/>
    </w:p>
    <w:p>
      <w:r/>
      <w:r>
        <w:t>For anyone choosing where to spend a Pride budget, this model is a reminder: seek events that balance fair artist pay with affordability. If you’re organising or attending, plan for transport and a couple of shared rides to keep costs down, community-minded events often encourage carpooling or public transport.</w:t>
      </w:r>
      <w:r/>
    </w:p>
    <w:p>
      <w:pPr>
        <w:pStyle w:val="Heading2"/>
      </w:pPr>
      <w:r>
        <w:t>Ottawa’s lineup: a mash-up you won’t find elsewhere</w:t>
      </w:r>
      <w:r/>
    </w:p>
    <w:p>
      <w:r/>
      <w:r>
        <w:t>One of Underground Pride’s selling points is local curation. Avaznia says Ottawa’s underground scene surprised him, and the lineup proves it. Mx. Tique brings a drag style Avaznia calls singular, Mona Monet DJs while Orlando adds live African percussion, and Spexialkay represents sapphic Caribbean party culture. It’s an eclectic mix that feels both rooted and adventurous.</w:t>
      </w:r>
      <w:r/>
    </w:p>
    <w:p>
      <w:r/>
      <w:r>
        <w:t>That local focus is smart: each city gets programming that reflects its communities, so attendees see themselves on stage. If you’re curious about discovering new performers, arrive early, watch the whole bill and say hi to the artists after the set, small conversations are how local scenes grow.</w:t>
      </w:r>
      <w:r/>
    </w:p>
    <w:p>
      <w:pPr>
        <w:pStyle w:val="Heading2"/>
      </w:pPr>
      <w:r>
        <w:t>Remembering queer ancestors without killing the vibe</w:t>
      </w:r>
      <w:r/>
    </w:p>
    <w:p>
      <w:r/>
      <w:r>
        <w:t>Underground Pride makes a point of honouring queer history inside a dancefloor setting. Avaznia highlights a tribute to Michelle Ross, a Black trans and drag elder whose decades of performance helped build visible queer spaces in Canada. The approach here is careful: the show keeps its energy high while creating moments of reflection so joy has context.</w:t>
      </w:r>
      <w:r/>
    </w:p>
    <w:p>
      <w:r/>
      <w:r>
        <w:t>That’s an important balance. According to coverage of similar initiatives in Toronto, blending history with nightlife reminds audiences that Pride evolved from protest and community care. Expect a brief but meaningful homage during the night; it’s the kind of detail that makes a party feel like belonging, not just entertainment.</w:t>
      </w:r>
      <w:r/>
    </w:p>
    <w:p>
      <w:pPr>
        <w:pStyle w:val="Heading2"/>
      </w:pPr>
      <w:r>
        <w:t>Making the first visit easier: practical tips for nervous newcomers</w:t>
      </w:r>
      <w:r/>
    </w:p>
    <w:p>
      <w:r/>
      <w:r>
        <w:t>If the thought of your first queer event still makes your stomach flip, you’re not alone. Avaznia remembers that intimidation himself and stresses the role of collectives and organisers in creating welcoming spaces. For first-timers, pick a friend to go with, arrive early when rooms feel less crowded, and scope the layout so you know where exits and chill zones are.</w:t>
      </w:r>
      <w:r/>
    </w:p>
    <w:p>
      <w:r/>
      <w:r>
        <w:t>Organisers often post accessibility details and codes of conduct, read them beforehand. And if you’re worried about safety, reach out to event hosts; many queer nights have volunteers or teams focused on guest wellbeing. You’ll likely leave having made a connection, or at least feeling seen.</w:t>
      </w:r>
      <w:r/>
    </w:p>
    <w:p>
      <w:r/>
      <w:r>
        <w:t>It's a small change that can make every night out feel more like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https://apt613.ca/call-it-a-homecoming-artin-avaznia-brings-underground-pride-to-ottawa/</w:t>
        </w:r>
      </w:hyperlink>
      <w:r>
        <w:t xml:space="preserve"> - Please view link - unable to able to access data</w:t>
      </w:r>
      <w:r/>
    </w:p>
    <w:p>
      <w:pPr>
        <w:pStyle w:val="ListNumber"/>
        <w:spacing w:line="240" w:lineRule="auto"/>
        <w:ind w:left="720"/>
      </w:pPr>
      <w:r/>
      <w:hyperlink r:id="rId10">
        <w:r>
          <w:rPr>
            <w:color w:val="0000EE"/>
            <w:u w:val="single"/>
          </w:rPr>
          <w:t>https://nowtoronto.com/culture/underground-pride-michelle-ross-toronto-queer-history/</w:t>
        </w:r>
      </w:hyperlink>
      <w:r>
        <w:t xml:space="preserve"> - This article discusses Underground Pride's third annual event in Toronto, focusing on its commitment to affordability and honouring queer history. The event pays tribute to Michelle Ross, a pioneering Jamaican-born drag queen whose contributions significantly shaped Toronto's queer community. Founder Artin Avaznia emphasises the importance of celebrating queer culture while ensuring accessibility and remembrance of its roots. The event features performances by emerging and veteran artists, highlighting the resilience and influence of the underground queer scene.</w:t>
      </w:r>
      <w:r/>
    </w:p>
    <w:p>
      <w:pPr>
        <w:pStyle w:val="ListNumber"/>
        <w:spacing w:line="240" w:lineRule="auto"/>
        <w:ind w:left="720"/>
      </w:pPr>
      <w:r/>
      <w:hyperlink r:id="rId14">
        <w:r>
          <w:rPr>
            <w:color w:val="0000EE"/>
            <w:u w:val="single"/>
          </w:rPr>
          <w:t>https://happeningnext.com/event/underground-pride-ottawa-edition-eid1ef0l2vfbhva</w:t>
        </w:r>
      </w:hyperlink>
      <w:r>
        <w:t xml:space="preserve"> - This event announcement details the Ottawa edition of Underground Pride, scheduled for August 21, 2026, at Club SAW. The celebration aims to bring the unique underground queer culture to Ottawa, featuring local queer dancers, DJs, and drag artists. Tickets are priced at $15, maintaining the event's commitment to affordability. The night includes a special tribute to Michelle Ross, the late Jamaican-Canadian drag queen whose legacy transformed Canada's queer scene and paved the way for generations of Black and POC performers.</w:t>
      </w:r>
      <w:r/>
    </w:p>
    <w:p>
      <w:pPr>
        <w:pStyle w:val="ListNumber"/>
        <w:spacing w:line="240" w:lineRule="auto"/>
        <w:ind w:left="720"/>
      </w:pPr>
      <w:r/>
      <w:hyperlink r:id="rId11">
        <w:r>
          <w:rPr>
            <w:color w:val="0000EE"/>
            <w:u w:val="single"/>
          </w:rPr>
          <w:t>https://www.pride.com/pride/toronto</w:t>
        </w:r>
      </w:hyperlink>
      <w:r>
        <w:t xml:space="preserve"> - This article provides an overview of Toronto's Pride festival, highlighting its evolution into one of Canada's largest LGBTQ+ celebrations. It covers various events, including street festivals, parades, and circuit parties, showcasing the city's vibrant queer community. The piece also touches upon the significance of Pride in fostering visibility, representation, and queer joy, reflecting on the experiences of attendees and the cultural impact of the festival.</w:t>
      </w:r>
      <w:r/>
    </w:p>
    <w:p>
      <w:pPr>
        <w:pStyle w:val="ListNumber"/>
        <w:spacing w:line="240" w:lineRule="auto"/>
        <w:ind w:left="720"/>
      </w:pPr>
      <w:r/>
      <w:hyperlink r:id="rId13">
        <w:r>
          <w:rPr>
            <w:color w:val="0000EE"/>
            <w:u w:val="single"/>
          </w:rPr>
          <w:t>https://en.wikipedia.org/wiki/Pride_Toronto</w:t>
        </w:r>
      </w:hyperlink>
      <w:r>
        <w:t xml:space="preserve"> - Pride Toronto is an annual event held in Toronto, Ontario, Canada, each June to celebrate the LGBTQ+ community in the Greater Toronto Area. The festival centres around the Church and Wellesley village, with parades and marches along Yonge Street, Gerrard Street, and Bloor Street. Established in 1981, it has grown to include various programs and stages, such as Drag Ball, Blockorama, and Youth Pride, serving as a significant platform for LGBTQ+ advocacy and celebration.</w:t>
      </w:r>
      <w:r/>
    </w:p>
    <w:p>
      <w:pPr>
        <w:pStyle w:val="ListNumber"/>
        <w:spacing w:line="240" w:lineRule="auto"/>
        <w:ind w:left="720"/>
      </w:pPr>
      <w:r/>
      <w:hyperlink r:id="rId12">
        <w:r>
          <w:rPr>
            <w:color w:val="0000EE"/>
            <w:u w:val="single"/>
          </w:rPr>
          <w:t>https://ra.co/events/1954817</w:t>
        </w:r>
      </w:hyperlink>
      <w:r>
        <w:t xml:space="preserve"> - This event listing details 'Asian Pride: Be A New Ho,' a Pride Toronto 2024 official affiliate event. Scheduled for June 28, 2024, at TBA in Toronto, the event is organised by New Ho Queen, a collective of queer Asian artists. The gathering aims to create safer spaces for queer and trans Asians to connect and celebrate their identities, featuring performances by various artists and fostering a sense of community and pride.</w:t>
      </w:r>
      <w:r/>
    </w:p>
    <w:p>
      <w:pPr>
        <w:pStyle w:val="ListNumber"/>
        <w:spacing w:line="240" w:lineRule="auto"/>
        <w:ind w:left="720"/>
      </w:pPr>
      <w:r/>
      <w:hyperlink r:id="rId15">
        <w:r>
          <w:rPr>
            <w:color w:val="0000EE"/>
            <w:u w:val="single"/>
          </w:rPr>
          <w:t>https://www.houseoftarg.com/concert-listings-events/icon-behaviour-drag-show-dance-party-y2gay-2000s-pride-party</w:t>
        </w:r>
      </w:hyperlink>
      <w:r>
        <w:t xml:space="preserve"> - This event announcement promotes 'ICON BEHAVIOUR: Drag Show &amp; Dance Party - Y2Gay 2000s Pride Party,' taking place on August 24, 2024, at House of TARG in Ottawa. The event is part of Ottawa's queer and weird nightclubbing experience, celebrating Pride weekend with a 2000s DJ set from DJ Geoff Paquette. Performers include Saltina Shaker, Sunshine Glitterchild, Destiny Doll, and Nicki Nastasia. Tickets are priced at $15 in advance and $20 at the door, with doors opening at 8:00 PM.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pt613.ca/call-it-a-homecoming-artin-avaznia-brings-underground-pride-to-ottawa/" TargetMode="External"/><Relationship Id="rId10" Type="http://schemas.openxmlformats.org/officeDocument/2006/relationships/hyperlink" Target="https://nowtoronto.com/culture/underground-pride-michelle-ross-toronto-queer-history/" TargetMode="External"/><Relationship Id="rId11" Type="http://schemas.openxmlformats.org/officeDocument/2006/relationships/hyperlink" Target="https://www.pride.com/pride/toronto" TargetMode="External"/><Relationship Id="rId12" Type="http://schemas.openxmlformats.org/officeDocument/2006/relationships/hyperlink" Target="https://ra.co/events/1954817" TargetMode="External"/><Relationship Id="rId13" Type="http://schemas.openxmlformats.org/officeDocument/2006/relationships/hyperlink" Target="https://en.wikipedia.org/wiki/Pride_Toronto" TargetMode="External"/><Relationship Id="rId14" Type="http://schemas.openxmlformats.org/officeDocument/2006/relationships/hyperlink" Target="https://happeningnext.com/event/underground-pride-ottawa-edition-eid1ef0l2vfbhva" TargetMode="External"/><Relationship Id="rId15" Type="http://schemas.openxmlformats.org/officeDocument/2006/relationships/hyperlink" Target="https://www.houseoftarg.com/concert-listings-events/icon-behaviour-drag-show-dance-party-y2gay-2000s-pride-par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