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Moments That Help Closeted Athletes Feel Seen: Anthony Bowens on Heated Rivalry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viewers are leaning into stories that mirror real lives , Anthony Bowens told PinkNews that the hockey drama Heated Rivalry gives a blunt, emotional look at what it’s like to be a closeted professional athlete, and that kind of portrayal matters for fans, athletes and anyone watching.</w:t>
      </w:r>
      <w:r/>
    </w:p>
    <w:p>
      <w:r/>
      <w:r>
        <w:t>Essential Takeaways</w:t>
      </w:r>
      <w:r/>
      <w:r/>
    </w:p>
    <w:p>
      <w:pPr>
        <w:pStyle w:val="ListBullet"/>
        <w:spacing w:line="240" w:lineRule="auto"/>
        <w:ind w:left="720"/>
      </w:pPr>
      <w:r/>
      <w:r>
        <w:rPr>
          <w:b/>
        </w:rPr>
        <w:t>Authentic portrayal:</w:t>
      </w:r>
      <w:r>
        <w:t xml:space="preserve"> Anthony Bowens says Heated Rivalry captures the fear and secrecy of being closeted in sport, with an emotionally honest tone.</w:t>
      </w:r>
      <w:r/>
    </w:p>
    <w:p>
      <w:pPr>
        <w:pStyle w:val="ListBullet"/>
        <w:spacing w:line="240" w:lineRule="auto"/>
        <w:ind w:left="720"/>
      </w:pPr>
      <w:r/>
      <w:r>
        <w:rPr>
          <w:b/>
        </w:rPr>
        <w:t>Fan support is strong:</w:t>
      </w:r>
      <w:r>
        <w:t xml:space="preserve"> Bowens highlights positive AEW fan reactions, calling the majority “incredible” while acknowledging a small vocal minority of haters.</w:t>
      </w:r>
      <w:r/>
    </w:p>
    <w:p>
      <w:pPr>
        <w:pStyle w:val="ListBullet"/>
        <w:spacing w:line="240" w:lineRule="auto"/>
        <w:ind w:left="720"/>
      </w:pPr>
      <w:r/>
      <w:r>
        <w:rPr>
          <w:b/>
        </w:rPr>
        <w:t>Representation matters:</w:t>
      </w:r>
      <w:r>
        <w:t xml:space="preserve"> The show sparked conversations about whether drama like this helps closeted athletes feel seen or even come out.</w:t>
      </w:r>
      <w:r/>
    </w:p>
    <w:p>
      <w:pPr>
        <w:pStyle w:val="ListBullet"/>
        <w:spacing w:line="240" w:lineRule="auto"/>
        <w:ind w:left="720"/>
      </w:pPr>
      <w:r/>
      <w:r>
        <w:rPr>
          <w:b/>
        </w:rPr>
        <w:t>Practical note:</w:t>
      </w:r>
      <w:r>
        <w:t xml:space="preserve"> Bowens laughed that some scenes are best avoided on flights , expect frank intimacy and emotional beats.</w:t>
      </w:r>
      <w:r/>
    </w:p>
    <w:p>
      <w:pPr>
        <w:pStyle w:val="ListBullet"/>
        <w:spacing w:line="240" w:lineRule="auto"/>
        <w:ind w:left="720"/>
      </w:pPr>
      <w:r/>
      <w:r>
        <w:rPr>
          <w:b/>
        </w:rPr>
        <w:t>Career context:</w:t>
      </w:r>
      <w:r>
        <w:t xml:space="preserve"> Bowens, out since 2019, balances being a visible gay athlete with evolving on-screen characters in AEW.</w:t>
      </w:r>
      <w:r/>
      <w:r/>
    </w:p>
    <w:p>
      <w:pPr>
        <w:pStyle w:val="Heading2"/>
      </w:pPr>
      <w:r>
        <w:t>Why a wrestling star is talking about a hockey romance drama</w:t>
      </w:r>
      <w:r/>
    </w:p>
    <w:p>
      <w:r/>
      <w:r>
        <w:t>Anthony Bowens’ reaction feels refreshingly candid, and there’s a small thrill in hearing a pro wrestler praise a TV drama for its realism. According to PinkNews, Bowens said Heated Rivalry shows “a very authentic side” of closeted athletes, drawing attention to the psychological weight of hiding who you are. It’s notable when a performer from an entirely different sport recognises the same emotional landscape; representation has ripple effects beyond any single locker room.</w:t>
      </w:r>
      <w:r/>
    </w:p>
    <w:p>
      <w:r/>
      <w:r>
        <w:t>This crossover conversation isn’t just publicity , it’s part of a larger cultural moment where athletes, entertainers and audiences are negotiating visibility. Bowens, who came out publicly in 2019, speaks from experience about both the relief and the risk involved in living openly. That lived perspective gives his praise extra weight.</w:t>
      </w:r>
      <w:r/>
    </w:p>
    <w:p>
      <w:pPr>
        <w:pStyle w:val="Heading2"/>
      </w:pPr>
      <w:r>
        <w:t>What Heated Rivalry gets right , and why that matters</w:t>
      </w:r>
      <w:r/>
    </w:p>
    <w:p>
      <w:r/>
      <w:r>
        <w:t>Fans and critics have argued over whether on-screen romances or hard-hitting dramas are the most helpful way to depict queer athletes, but Bowens’ response suggests the show hits a nerve. He praised the depiction of secrecy, fear and the small, everyday compromises closeted people make. That kind of intimate detail , the quiet dread, the relief of being known , is what turns representation into something relatable, not just symbolic.</w:t>
      </w:r>
      <w:r/>
    </w:p>
    <w:p>
      <w:r/>
      <w:r>
        <w:t>Shows that lean into nuance can prompt real conversations in locker rooms, on social feeds and at kitchen tables. If a scripted series helps one person feel less alone, that’s a tangible outcome. At the same time, Bowens was quick to note the show includes explicit moments that might feel awkward in some settings , a reminder that realism often comes with discomfort.</w:t>
      </w:r>
      <w:r/>
    </w:p>
    <w:p>
      <w:pPr>
        <w:pStyle w:val="Heading2"/>
      </w:pPr>
      <w:r>
        <w:t>Fans, backlash and the mental load of visibility</w:t>
      </w:r>
      <w:r/>
    </w:p>
    <w:p>
      <w:r/>
      <w:r>
        <w:t>Bowens praised AEW’s fanbase as “incredible,” while being realistic about the presence of detractors. He told PinkNews that you have to prepare mentally for criticism from a small but persistent group who push back against openness. That echoes wider reporting on queer athletes, where acceptance is often the default but abuse still lurks online and at events.</w:t>
      </w:r>
      <w:r/>
    </w:p>
    <w:p>
      <w:r/>
      <w:r>
        <w:t>The practical takeaway is simple: support matters, but so does resilience. For athletes and performers, a supportive crowd can make a huge difference to wellbeing and career longevity. For fans, offering steady encouragement rather than token applause can help sustain that support over time.</w:t>
      </w:r>
      <w:r/>
    </w:p>
    <w:p>
      <w:pPr>
        <w:pStyle w:val="Heading2"/>
      </w:pPr>
      <w:r>
        <w:t>From ring character work to real-world influence</w:t>
      </w:r>
      <w:r/>
    </w:p>
    <w:p>
      <w:r/>
      <w:r>
        <w:t>Bowens is also navigating character changes in AEW while staying visible off-screen. Industry outlets have tracked his evolving on-screen persona, and his public comments about representation feed into that professional arc. Being outspoken about a show like Heated Rivalry shows how athletes can influence cultural conversations beyond their sport, while also shaping how fans perceive their in-ring character.</w:t>
      </w:r>
      <w:r/>
    </w:p>
    <w:p>
      <w:r/>
      <w:r>
        <w:t>If you follow wrestling storylines, it’s worth noting how off-camera identity and on-camera storytelling can inform each other. Public support for queer-focused narratives can free creative teams to tell bolder stories, which in turn normalise those narratives for mainstream viewers.</w:t>
      </w:r>
      <w:r/>
    </w:p>
    <w:p>
      <w:pPr>
        <w:pStyle w:val="Heading2"/>
      </w:pPr>
      <w:r>
        <w:t>How to watch, talk about and learn from shows like this</w:t>
      </w:r>
      <w:r/>
    </w:p>
    <w:p>
      <w:r/>
      <w:r>
        <w:t>If you’re curious about Heated Rivalry or similar dramas, watch with a little context. Expect emotional honesty and some explicit scenes; pick a setting where you feel comfortable, and be ready for conversations afterwards. For parents, coaches or teammates, use scenes as prompts , ask how a character’s choices felt, or what you’d do differently in that situation.</w:t>
      </w:r>
      <w:r/>
    </w:p>
    <w:p>
      <w:r/>
      <w:r>
        <w:t>Representation won’t solve everything overnight, but it opens doors. If a TV show helps even a few athletes feel seen, it’s worth the watch and the chat that follows.</w:t>
      </w:r>
      <w:r/>
    </w:p>
    <w:p>
      <w:r/>
      <w:r>
        <w:t>It's a small change that can make every spotlight a bit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https://www.thepinknews.com/2026/08/20/gay-aew-wrestler-anthony-bowens-heated-rivalry-interview/</w:t>
        </w:r>
      </w:hyperlink>
      <w:r>
        <w:t xml:space="preserve"> - Please view link - unable to able to access data</w:t>
      </w:r>
      <w:r/>
    </w:p>
    <w:p>
      <w:pPr>
        <w:pStyle w:val="ListNumber"/>
        <w:spacing w:line="240" w:lineRule="auto"/>
        <w:ind w:left="720"/>
      </w:pPr>
      <w:r/>
      <w:hyperlink r:id="rId9">
        <w:r>
          <w:rPr>
            <w:color w:val="0000EE"/>
            <w:u w:val="single"/>
          </w:rPr>
          <w:t>https://www.thepinknews.com/2026/08/20/gay-aew-wrestler-anthony-bowens-heated-rivalry-interview/</w:t>
        </w:r>
      </w:hyperlink>
      <w:r>
        <w:t xml:space="preserve"> - Anthony Bowens, a gay wrestler with All Elite Wrestling (AEW), praised the hockey drama 'Heated Rivalry' for authentically depicting the experiences of closeted athletes. He highlighted the show's realistic portrayal of the fear and self-concealment faced by athletes in such situations. Bowens also discussed the positive reception from fans, noting that while some opposition exists, many fans embrace athletes who are true to themselves. He shared a humorous anecdote about watching the show on an airplane, cautioning against it due to potential misunderstandings. Reflecting on his own journey, Bowens expressed gratitude for the support he receives as an openly gay athlete in AEW.</w:t>
      </w:r>
      <w:r/>
    </w:p>
    <w:p>
      <w:pPr>
        <w:pStyle w:val="ListNumber"/>
        <w:spacing w:line="240" w:lineRule="auto"/>
        <w:ind w:left="720"/>
      </w:pPr>
      <w:r/>
      <w:hyperlink r:id="rId11">
        <w:r>
          <w:rPr>
            <w:color w:val="0000EE"/>
            <w:u w:val="single"/>
          </w:rPr>
          <w:t>https://spokesman-recorder.com/2026/08/12/aew-anthony-bowens-diversity-wrestling-interview/</w:t>
        </w:r>
      </w:hyperlink>
      <w:r>
        <w:t xml:space="preserve"> - In an interview with the Minnesota Spokesman-Recorder, AEW star Anthony Bowens discussed his transition from collegiate baseball to professional wrestling, highlighting the physical demands of the sport. He also addressed AEW's commitment to diversity and representation, emphasizing the importance of inclusivity within the wrestling industry. Bowens reflected on his experiences and the challenges he has faced, offering insights into his journey and the evolving landscape of professional wrestling.</w:t>
      </w:r>
      <w:r/>
    </w:p>
    <w:p>
      <w:pPr>
        <w:pStyle w:val="ListNumber"/>
        <w:spacing w:line="240" w:lineRule="auto"/>
        <w:ind w:left="720"/>
      </w:pPr>
      <w:r/>
      <w:hyperlink r:id="rId10">
        <w:r>
          <w:rPr>
            <w:color w:val="0000EE"/>
            <w:u w:val="single"/>
          </w:rPr>
          <w:t>https://www.phoenixnewtimes.com/arts-culture/aew-anthony-bowens-talks-lgbtq-representation-in-wrestling-40635905/</w:t>
        </w:r>
      </w:hyperlink>
      <w:r>
        <w:t xml:space="preserve"> - Anthony Bowens, a wrestler with All Elite Wrestling (AEW), discussed LGBTQ+ representation in wrestling in an interview with the Phoenix New Times. He expressed gratitude for AEW's support, stating that the company allows performers to be themselves. Bowens highlighted the significance of representation and the positive impact it has on both performers and fans. He also shared his experiences as an openly gay athlete in the wrestling industry, reflecting on the challenges and progress in achieving greater inclusivity.</w:t>
      </w:r>
      <w:r/>
    </w:p>
    <w:p>
      <w:pPr>
        <w:pStyle w:val="ListNumber"/>
        <w:spacing w:line="240" w:lineRule="auto"/>
        <w:ind w:left="720"/>
      </w:pPr>
      <w:r/>
      <w:hyperlink r:id="rId12">
        <w:r>
          <w:rPr>
            <w:color w:val="0000EE"/>
            <w:u w:val="single"/>
          </w:rPr>
          <w:t>https://www.pwtorch.com/site/2026/05/22/vip-podcast-5-17-radican-worldwide-interview-with-anthony-bowens-overcoming-adversity-early-in-aew-run-developing-new-character-post-acclaim-vignettes-with-castor-the-opps-double-or-n/</w:t>
        </w:r>
      </w:hyperlink>
      <w:r>
        <w:t xml:space="preserve"> - In a podcast interview with PWTorch, AEW wrestler Anthony Bowens discussed overcoming early adversity in his AEW career, developing a new character after The Acclaimed's breakup, and his experiences with vignettes featuring Max Caster and The Opps. He also shared insights into his participation in AEW's Double or Nothing pay-per-view event. The conversation provided a deeper understanding of Bowens' journey and the creative processes behind his character development in AEW.</w:t>
      </w:r>
      <w:r/>
    </w:p>
    <w:p>
      <w:pPr>
        <w:pStyle w:val="ListNumber"/>
        <w:spacing w:line="240" w:lineRule="auto"/>
        <w:ind w:left="720"/>
      </w:pPr>
      <w:r/>
      <w:hyperlink r:id="rId13">
        <w:r>
          <w:rPr>
            <w:color w:val="0000EE"/>
            <w:u w:val="single"/>
          </w:rPr>
          <w:t>https://www.pwtorch.com/site/2026/05/23/exclusive-anthony-bowens-reveals-twists-and-turns-of-establishing-his-new-character-post-acclaimed-breakup-why-fourth-vignette-with-castor-was-scrapped/</w:t>
        </w:r>
      </w:hyperlink>
      <w:r>
        <w:t xml:space="preserve"> - In an exclusive interview with PWTorch, AEW wrestler Anthony Bowens revealed the challenges and developments in establishing his new character following The Acclaimed's breakup. He discussed the creative process behind his vignettes with Max Caster and the reasons behind scrapping a planned fourth vignette. Bowens provided insights into the twists and turns of his character evolution and the strategic decisions made during this period.</w:t>
      </w:r>
      <w:r/>
    </w:p>
    <w:p>
      <w:pPr>
        <w:pStyle w:val="ListNumber"/>
        <w:spacing w:line="240" w:lineRule="auto"/>
        <w:ind w:left="720"/>
      </w:pPr>
      <w:r/>
      <w:hyperlink r:id="rId14">
        <w:r>
          <w:rPr>
            <w:color w:val="0000EE"/>
            <w:u w:val="single"/>
          </w:rPr>
          <w:t>https://www.pwtorch.com/site/2026/05/22/exclusive-aew-wrestler-anthony-bowens-says-he-expects-an-adjustment-period-as-he-portrays-a-new-version-of-his-character-in-the-opps/</w:t>
        </w:r>
      </w:hyperlink>
      <w:r>
        <w:t xml:space="preserve"> - In an exclusive interview with PWTorch, AEW wrestler Anthony Bowens discussed his transition to portraying a new version of his character in The Opps. He acknowledged the expected adjustment period and the deprogramming required after his previous persona in The Acclaimed. Bowens expressed confidence that he would settle into his new, more serious role within the next six months. The conversation offered insights into his character development and the challenges of adapting to a new wrestling persona.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0/gay-aew-wrestler-anthony-bowens-heated-rivalry-interview/" TargetMode="External"/><Relationship Id="rId10" Type="http://schemas.openxmlformats.org/officeDocument/2006/relationships/hyperlink" Target="https://www.phoenixnewtimes.com/arts-culture/aew-anthony-bowens-talks-lgbtq-representation-in-wrestling-40635905/" TargetMode="External"/><Relationship Id="rId11" Type="http://schemas.openxmlformats.org/officeDocument/2006/relationships/hyperlink" Target="https://spokesman-recorder.com/2026/08/12/aew-anthony-bowens-diversity-wrestling-interview/" TargetMode="External"/><Relationship Id="rId12" Type="http://schemas.openxmlformats.org/officeDocument/2006/relationships/hyperlink" Target="https://www.pwtorch.com/site/2026/05/22/vip-podcast-5-17-radican-worldwide-interview-with-anthony-bowens-overcoming-adversity-early-in-aew-run-developing-new-character-post-acclaim-vignettes-with-castor-the-opps-double-or-n/" TargetMode="External"/><Relationship Id="rId13" Type="http://schemas.openxmlformats.org/officeDocument/2006/relationships/hyperlink" Target="https://www.pwtorch.com/site/2026/05/23/exclusive-anthony-bowens-reveals-twists-and-turns-of-establishing-his-new-character-post-acclaimed-breakup-why-fourth-vignette-with-castor-was-scrapped/" TargetMode="External"/><Relationship Id="rId14" Type="http://schemas.openxmlformats.org/officeDocument/2006/relationships/hyperlink" Target="https://www.pwtorch.com/site/2026/05/22/exclusive-aew-wrestler-anthony-bowens-says-he-expects-an-adjustment-period-as-he-portrays-a-new-version-of-his-character-in-the-o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