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Tucson LGBTQ+ Fall Events 2026: Where to Be Seen, Play, and Give Back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activists, athletes and small-business owners are gearing up , Tucson’s fall 2026 calendar is full of chances to be visible, build a network and celebrate community. Here’s a compact guide to the best local events from September through November, with tips on planning and what to expect.</w:t>
      </w:r>
      <w:r/>
    </w:p>
    <w:p>
      <w:r/>
      <w:r>
        <w:t>Essential Takeaways</w:t>
      </w:r>
      <w:r/>
      <w:r/>
    </w:p>
    <w:p>
      <w:pPr>
        <w:pStyle w:val="ListBullet"/>
        <w:spacing w:line="240" w:lineRule="auto"/>
        <w:ind w:left="720"/>
      </w:pPr>
      <w:r/>
      <w:r>
        <w:rPr>
          <w:b/>
        </w:rPr>
        <w:t>Key dates:</w:t>
      </w:r>
      <w:r>
        <w:t xml:space="preserve"> Six headline events run Sept. 17 through November; plan around the NOH8 shoot, Gaymber Summit, ASANA Softball World Series, Big Gay 5K, Queer for Good and an AIDS Memorial Quilt exhibit. </w:t>
      </w:r>
      <w:r/>
    </w:p>
    <w:p>
      <w:pPr>
        <w:pStyle w:val="ListBullet"/>
        <w:spacing w:line="240" w:lineRule="auto"/>
        <w:ind w:left="720"/>
      </w:pPr>
      <w:r/>
      <w:r>
        <w:rPr>
          <w:b/>
        </w:rPr>
        <w:t>Visibility &amp; prep:</w:t>
      </w:r>
      <w:r>
        <w:t xml:space="preserve"> NOH8 open shoot asks participants to wear a plain white shirt and arrive camera-ready; solo and group pricing varies. </w:t>
      </w:r>
      <w:r/>
    </w:p>
    <w:p>
      <w:pPr>
        <w:pStyle w:val="ListBullet"/>
        <w:spacing w:line="240" w:lineRule="auto"/>
        <w:ind w:left="720"/>
      </w:pPr>
      <w:r/>
      <w:r>
        <w:rPr>
          <w:b/>
        </w:rPr>
        <w:t>Business boost:</w:t>
      </w:r>
      <w:r>
        <w:t xml:space="preserve"> Gaymber Small Business Summit offers workshops, one-on-one advising and a marketplace for LGBTQ+ entrepreneurs. </w:t>
      </w:r>
      <w:r/>
    </w:p>
    <w:p>
      <w:pPr>
        <w:pStyle w:val="ListBullet"/>
        <w:spacing w:line="240" w:lineRule="auto"/>
        <w:ind w:left="720"/>
      </w:pPr>
      <w:r/>
      <w:r>
        <w:rPr>
          <w:b/>
        </w:rPr>
        <w:t>Active fun:</w:t>
      </w:r>
      <w:r>
        <w:t xml:space="preserve"> ASANA Softball World Series and Big Gay 5K provide chances to spectate or join, with staggered schedules and separate registration where required. </w:t>
      </w:r>
      <w:r/>
    </w:p>
    <w:p>
      <w:pPr>
        <w:pStyle w:val="ListBullet"/>
        <w:spacing w:line="240" w:lineRule="auto"/>
        <w:ind w:left="720"/>
      </w:pPr>
      <w:r/>
      <w:r>
        <w:rPr>
          <w:b/>
        </w:rPr>
        <w:t>Check before you go:</w:t>
      </w:r>
      <w:r>
        <w:t xml:space="preserve"> Times, locations and registration are still fluid for some listings , confirm with organisers before heading out.</w:t>
      </w:r>
      <w:r/>
      <w:r/>
    </w:p>
    <w:p>
      <w:pPr>
        <w:pStyle w:val="Heading2"/>
      </w:pPr>
      <w:r>
        <w:t>A bold start: NOH8 open photo shoot brings visibility to downtown Tucson</w:t>
      </w:r>
      <w:r/>
    </w:p>
    <w:p>
      <w:r/>
      <w:r>
        <w:t>The season opens on Sept. 17 with the NOH8 Campaign’s open photo shoot at the Thornhill Lopez Center on Fourth Avenue, a vivid, camera-ready way to show up. The shoot asks for a plain white shirt, so expect clean portraits and the quiet drama of the signature NOH8 aesthetic. NOH8 runs open shoots around the country to raise awareness and create powerful images; this one is a local invite to be seen. Solo images and group rates are available, and organisers accept cash and cards. If you’re planning to attend, arrive with hair and makeup ready , the shoot runs just two hours , and budget for the session fee. It’s a simple way to make a personal statement and take home a memorable portrait.</w:t>
      </w:r>
      <w:r/>
    </w:p>
    <w:p>
      <w:pPr>
        <w:pStyle w:val="Heading2"/>
      </w:pPr>
      <w:r>
        <w:t>Business and networking: Gaymber Small Business Summit aims to connect entrepreneurs</w:t>
      </w:r>
      <w:r/>
    </w:p>
    <w:p>
      <w:r/>
      <w:r>
        <w:t>On Oct. 2 the Gaymber Small Business Summit lands at the YWCA of Southern Arizona, promising workshops, drop-in advising and a marketplace for LGBTQ+ and allied businesspeople. Expect practical sessions , tax and marketing basics, storefront tips, and community-focused networking. The summit is shaped to help early-stage ventures and established owners looking to deepen local roots. Organisers have posted the event page, but as of mid‑August registration wasn’t fully open; check with the Tucson LGBT Chamber before you make travel plans. If you run a micro-business, come with business cards, a short pitch and a realistic to-do list , you’ll get more from brief advising slots if you ask precise questions.</w:t>
      </w:r>
      <w:r/>
    </w:p>
    <w:p>
      <w:pPr>
        <w:pStyle w:val="Heading2"/>
      </w:pPr>
      <w:r>
        <w:t>Game on: ASANA Softball World Series brings teams and lively crowds</w:t>
      </w:r>
      <w:r/>
    </w:p>
    <w:p>
      <w:r/>
      <w:r>
        <w:t>From Oct. 19–24 Lincoln Regional Park and Sports Park Tucson will host the ASANA Softball World Series, a week of pool play, brackets and championship games. The atmosphere is typically festive , think spirited dugouts, colourful uniforms and supportive sidelines. Schedules and ticket links are still being finalised, so the official ASANA schedule is the final word when it comes out. For those travelling to town, plan accommodation early; tournament weekends swell local demand. Whether you want to compete, volunteer, or cheer, pack sun protection, comfortable seats and a cashless mindset , many vendors now prefer digital payment.</w:t>
      </w:r>
      <w:r/>
    </w:p>
    <w:p>
      <w:pPr>
        <w:pStyle w:val="Heading2"/>
      </w:pPr>
      <w:r>
        <w:t>Run, walk, strut: Big Gay 5K is a downtown celebration</w:t>
      </w:r>
      <w:r/>
    </w:p>
    <w:p>
      <w:r/>
      <w:r>
        <w:t>The Big Gay 5K on Oct. 24 starts at Armory Park and threads through Barrio Viejo, pairing exercise with a parade-like vibe. Registration is currently set at $35 with a scheduled price rise after mid‑September, and High Heel Havoc follows the race for those who want a theatrical finish. This event is as much about community as competition; expect colourful costumes, pace groups and family-friendly energy. Advance registration through RunSignUp saves time on the day and guarantees your number. If you want to race seriously, check start waves and rules for timing chips; if you’re there for fun, bring a small towel and a cheerful playlist.</w:t>
      </w:r>
      <w:r/>
    </w:p>
    <w:p>
      <w:pPr>
        <w:pStyle w:val="Heading2"/>
      </w:pPr>
      <w:r>
        <w:t>Celebration and remembrance: Queer for Good and the AIDS Memorial Quilt exhibit</w:t>
      </w:r>
      <w:r/>
    </w:p>
    <w:p>
      <w:r/>
      <w:r>
        <w:t>Queer for Good returns on Oct. 29 at La Rosa to highlight philanthropy and community impact, with free registration and complimentary valet listed for guests. The evening is a chance to meet donors, organisers and volunteers who sustain local services. Then, from Nov. 1–30, keep an eye out for a Tucson showing connected to the National AIDS Memorial Quilt. Location and visitor details are pending, so treat November as a save‑the‑date for a moving, reflective exhibit. These events bookend the season with generosity and memory; plan to RSVP early for Queer for Good and check local AIDS service organisation pages for the quilt’s final venue and visiting hours.</w:t>
      </w:r>
      <w:r/>
    </w:p>
    <w:p>
      <w:pPr>
        <w:pStyle w:val="Heading2"/>
      </w:pPr>
      <w:r>
        <w:t>Small choices, big impact: tips for getting the most from fall events</w:t>
      </w:r>
      <w:r/>
    </w:p>
    <w:p>
      <w:r/>
      <w:r>
        <w:t>Tucson’s fall calendar mixes visibility, sport, commerce and remembrance, so pick events that fit your energy and schedule. Verify start times and registration links before you travel; organisers change details as plans solidify. Bring essentials , water, sunscreen, a portable charger and any proof of registration , and consider carpooling or transit for downtown events where parking is tight. If you’re a small-business owner, collect contacts and follow up quickly after the summit; relationships matter more than pamphlets. Above all, show up with curiosity and generosity , these events are where networks form and neighbourhoods strengthen.</w:t>
      </w:r>
      <w:r/>
    </w:p>
    <w:p>
      <w:r/>
      <w:r>
        <w:t>It's a small change that can make every outing more meaningful , choose what matters and enjoy the season.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9">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https://gaytucson.com/tucson-lgbtq-events-fall-2026/</w:t>
        </w:r>
      </w:hyperlink>
      <w:r>
        <w:t xml:space="preserve"> - Please view link - unable to able to access data</w:t>
      </w:r>
      <w:r/>
    </w:p>
    <w:p>
      <w:pPr>
        <w:pStyle w:val="ListNumber"/>
        <w:spacing w:line="240" w:lineRule="auto"/>
        <w:ind w:left="720"/>
      </w:pPr>
      <w:r/>
      <w:hyperlink r:id="rId10">
        <w:r>
          <w:rPr>
            <w:color w:val="0000EE"/>
            <w:u w:val="single"/>
          </w:rPr>
          <w:t>https://www.noh8campaign.com/events/category/open-photo-shoots</w:t>
        </w:r>
      </w:hyperlink>
      <w:r>
        <w:t xml:space="preserve"> - The NOH8 Campaign is a global movement promoting marriage, gender, and human equality. They organise open photo shoots across various cities to raise awareness and support for LGBTQ+ rights. Upcoming events include a photo shoot in Tucson, Arizona, on September 17, 2026, at the Thornhill Lopez Center on 4th, 526 N. Fourth Ave., from 6 to 8 p.m. No ticket or reservation is needed. Solo photos cost $40, while couple and group photos cost $25 per person. Participants should arrive camera-ready in a plain white shirt. Cash and credit cards are accepted.</w:t>
      </w:r>
      <w:r/>
    </w:p>
    <w:p>
      <w:pPr>
        <w:pStyle w:val="ListNumber"/>
        <w:spacing w:line="240" w:lineRule="auto"/>
        <w:ind w:left="720"/>
      </w:pPr>
      <w:r/>
      <w:hyperlink r:id="rId12">
        <w:r>
          <w:rPr>
            <w:color w:val="0000EE"/>
            <w:u w:val="single"/>
          </w:rPr>
          <w:t>https://www.noh8campaign.com/events</w:t>
        </w:r>
      </w:hyperlink>
      <w:r>
        <w:t xml:space="preserve"> - The NOH8 Campaign is a global movement promoting marriage, gender, and human equality. They organise open photo shoots across various cities to raise awareness and support for LGBTQ+ rights. Upcoming events include a photo shoot in Tucson, Arizona, on September 17, 2026, at the Thornhill Lopez Center on 4th, 526 N. Fourth Ave., from 6 to 8 p.m. No ticket or reservation is needed. Solo photos cost $40, while couple and group photos cost $25 per person. Participants should arrive camera-ready in a plain white shirt. Cash and credit cards are accepted.</w:t>
      </w:r>
      <w:r/>
    </w:p>
    <w:p>
      <w:pPr>
        <w:pStyle w:val="ListNumber"/>
        <w:spacing w:line="240" w:lineRule="auto"/>
        <w:ind w:left="720"/>
      </w:pPr>
      <w:r/>
      <w:hyperlink r:id="rId11">
        <w:r>
          <w:rPr>
            <w:color w:val="0000EE"/>
            <w:u w:val="single"/>
          </w:rPr>
          <w:t>https://www.noh8campaign.com/events/status/unfinished</w:t>
        </w:r>
      </w:hyperlink>
      <w:r>
        <w:t xml:space="preserve"> - The NOH8 Campaign is a global movement promoting marriage, gender, and human equality. They organise open photo shoots across various cities to raise awareness and support for LGBTQ+ rights. Upcoming events include a photo shoot in Tucson, Arizona, on September 17, 2026, at the Thornhill Lopez Center on 4th, 526 N. Fourth Ave., from 6 to 8 p.m. No ticket or reservation is needed. Solo photos cost $40, while couple and group photos cost $25 per person. Participants should arrive camera-ready in a plain white shirt. Cash and credit cards are accepted.</w:t>
      </w:r>
      <w:r/>
    </w:p>
    <w:p>
      <w:pPr>
        <w:pStyle w:val="ListNumber"/>
        <w:spacing w:line="240" w:lineRule="auto"/>
        <w:ind w:left="720"/>
      </w:pPr>
      <w:r/>
      <w:hyperlink r:id="rId14">
        <w:r>
          <w:rPr>
            <w:color w:val="0000EE"/>
            <w:u w:val="single"/>
          </w:rPr>
          <w:t>https://www.noh8campaign.com/events/status/finished</w:t>
        </w:r>
      </w:hyperlink>
      <w:r>
        <w:t xml:space="preserve"> - The NOH8 Campaign is a global movement promoting marriage, gender, and human equality. They organise open photo shoots across various cities to raise awareness and support for LGBTQ+ rights. Upcoming events include a photo shoot in Tucson, Arizona, on September 17, 2026, at the Thornhill Lopez Center on 4th, 526 N. Fourth Ave., from 6 to 8 p.m. No ticket or reservation is needed. Solo photos cost $40, while couple and group photos cost $25 per person. Participants should arrive camera-ready in a plain white shirt. Cash and credit cards are accepted.</w:t>
      </w:r>
      <w:r/>
    </w:p>
    <w:p>
      <w:pPr>
        <w:pStyle w:val="ListNumber"/>
        <w:spacing w:line="240" w:lineRule="auto"/>
        <w:ind w:left="720"/>
      </w:pPr>
      <w:r/>
      <w:hyperlink r:id="rId13">
        <w:r>
          <w:rPr>
            <w:color w:val="0000EE"/>
            <w:u w:val="single"/>
          </w:rPr>
          <w:t>https://www.noh8campaign.com/?hc_location=ufi</w:t>
        </w:r>
      </w:hyperlink>
      <w:r>
        <w:t xml:space="preserve"> - The NOH8 Campaign is a global movement promoting marriage, gender, and human equality. They organise open photo shoots across various cities to raise awareness and support for LGBTQ+ rights. Upcoming events include a photo shoot in Tucson, Arizona, on September 17, 2026, at the Thornhill Lopez Center on 4th, 526 N. Fourth Ave., from 6 to 8 p.m. No ticket or reservation is needed. Solo photos cost $40, while couple and group photos cost $25 per person. Participants should arrive camera-ready in a plain white shirt. Cash and credit cards are accepted.</w:t>
      </w:r>
      <w:r/>
    </w:p>
    <w:p>
      <w:pPr>
        <w:pStyle w:val="ListNumber"/>
        <w:spacing w:line="240" w:lineRule="auto"/>
        <w:ind w:left="720"/>
      </w:pPr>
      <w:r/>
      <w:hyperlink r:id="rId9">
        <w:r>
          <w:rPr>
            <w:color w:val="0000EE"/>
            <w:u w:val="single"/>
          </w:rPr>
          <w:t>https://gaytucson.com/tucson-lgbtq-events-fall-2026/</w:t>
        </w:r>
      </w:hyperlink>
      <w:r>
        <w:t xml:space="preserve"> - The article from GayTucson outlines several LGBTQ+ events scheduled in Tucson for the fall of 2026. These include the NOH8 Photo Shoot on September 17, the Gaymber Small Business Summit on October 2, the 2026 ASANA Softball World Series from October 19–24, the Big Gay 5K on October 24, Queer for Good on October 29, and the National AIDS Memorial Quilt exhibit throughout November. The article provides details on each event, including dates, locations, and registration information, advising readers to confirm current times, prices, registration availability, and locations with each organiser before attending.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tucson.com/tucson-lgbtq-events-fall-2026/" TargetMode="External"/><Relationship Id="rId10" Type="http://schemas.openxmlformats.org/officeDocument/2006/relationships/hyperlink" Target="https://www.noh8campaign.com/events/category/open-photo-shoots" TargetMode="External"/><Relationship Id="rId11" Type="http://schemas.openxmlformats.org/officeDocument/2006/relationships/hyperlink" Target="https://www.noh8campaign.com/events/status/unfinished" TargetMode="External"/><Relationship Id="rId12" Type="http://schemas.openxmlformats.org/officeDocument/2006/relationships/hyperlink" Target="https://www.noh8campaign.com/events" TargetMode="External"/><Relationship Id="rId13" Type="http://schemas.openxmlformats.org/officeDocument/2006/relationships/hyperlink" Target="https://www.noh8campaign.com/?hc_location=ufi" TargetMode="External"/><Relationship Id="rId14" Type="http://schemas.openxmlformats.org/officeDocument/2006/relationships/hyperlink" Target="https://www.noh8campaign.com/events/status/finish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