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Takeaways from Teenage Sex and Death at Camp Miasma: Queer Horror, Art and Obsession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bold cinema are flocking to Jane Schoenbrun’s Teenage Sex and Death at Camp Miasma, a bracing mash-up of queer longing and slasher nostalgia set in the Pacific Northwest; it matters because the film asks who art is for, how it shapes desire, and whether loving a story can turn toxic.</w:t>
      </w:r>
      <w:r/>
    </w:p>
    <w:p>
      <w:r/>
      <w:r>
        <w:t>Essential Takeaways</w:t>
      </w:r>
      <w:r/>
      <w:r/>
    </w:p>
    <w:p>
      <w:pPr>
        <w:pStyle w:val="ListBullet"/>
        <w:spacing w:line="240" w:lineRule="auto"/>
        <w:ind w:left="720"/>
      </w:pPr>
      <w:r/>
      <w:r>
        <w:rPr>
          <w:b/>
        </w:rPr>
        <w:t>Visceral, uncomfortable imagery:</w:t>
      </w:r>
      <w:r>
        <w:t xml:space="preserve"> Schoenbrun leans into body-horror textures and lurid visuals that linger long after the credits.</w:t>
      </w:r>
      <w:r/>
    </w:p>
    <w:p>
      <w:pPr>
        <w:pStyle w:val="ListBullet"/>
        <w:spacing w:line="240" w:lineRule="auto"/>
        <w:ind w:left="720"/>
      </w:pPr>
      <w:r/>
      <w:r>
        <w:rPr>
          <w:b/>
        </w:rPr>
        <w:t>Queerness as interrogation:</w:t>
      </w:r>
      <w:r>
        <w:t xml:space="preserve"> The film stages a romance that’s also a study of how queer identity is formed through, and sometimes warped by, media.</w:t>
      </w:r>
      <w:r/>
    </w:p>
    <w:p>
      <w:pPr>
        <w:pStyle w:val="ListBullet"/>
        <w:spacing w:line="240" w:lineRule="auto"/>
        <w:ind w:left="720"/>
      </w:pPr>
      <w:r/>
      <w:r>
        <w:rPr>
          <w:b/>
        </w:rPr>
        <w:t>Nostalgia meets critique:</w:t>
      </w:r>
      <w:r>
        <w:t xml:space="preserve"> Recreated Camp Miasma clips evoke early ’80s slashers, but alternating with present-day scenes blunts some of the tension.</w:t>
      </w:r>
      <w:r/>
    </w:p>
    <w:p>
      <w:pPr>
        <w:pStyle w:val="ListBullet"/>
        <w:spacing w:line="240" w:lineRule="auto"/>
        <w:ind w:left="720"/>
      </w:pPr>
      <w:r/>
      <w:r>
        <w:rPr>
          <w:b/>
        </w:rPr>
        <w:t>Standout, flawed performances:</w:t>
      </w:r>
      <w:r>
        <w:t xml:space="preserve"> Hannah Einbinder brings a fragile, therapy-trained intensity; Gillian Anderson’s quieter, reserved turn divides opinion.</w:t>
      </w:r>
      <w:r/>
    </w:p>
    <w:p>
      <w:pPr>
        <w:pStyle w:val="ListBullet"/>
        <w:spacing w:line="240" w:lineRule="auto"/>
        <w:ind w:left="720"/>
      </w:pPr>
      <w:r/>
      <w:r>
        <w:rPr>
          <w:b/>
        </w:rPr>
        <w:t>Sound and mood choices matter:</w:t>
      </w:r>
      <w:r>
        <w:t xml:space="preserve"> The soundtrack choices, unexpected and sometimes jarring, shape emotional beats in surprising ways.</w:t>
      </w:r>
      <w:r/>
      <w:r/>
    </w:p>
    <w:p>
      <w:pPr>
        <w:pStyle w:val="Heading2"/>
      </w:pPr>
      <w:r>
        <w:t>A bold premise: queerness, camp and the mechanics of obsession</w:t>
      </w:r>
      <w:r/>
    </w:p>
    <w:p>
      <w:r/>
      <w:r>
        <w:t>Schoenbrun opens with an idea that’s deliciously meta: send a proudly woke queer director into the heart of a transphobic slasher legacy and watch what happens. The film smells of damp wood and reheated trauma, and it makes you feel that stickiness on your skin. Critics have noted how the movie interrogates the way art teaches us to act, love and desire, and here that idea is front and centre. If you’re intrigued by films that critique their own genre while indulging in it, this one puts that tension on full display.</w:t>
      </w:r>
      <w:r/>
    </w:p>
    <w:p>
      <w:pPr>
        <w:pStyle w:val="Heading2"/>
      </w:pPr>
      <w:r>
        <w:t>How nostalgia is weaponised, and sometimes worn out</w:t>
      </w:r>
      <w:r/>
    </w:p>
    <w:p>
      <w:r/>
      <w:r>
        <w:t>Reboots and pastiche are everywhere, and Teenage Sex mines that trend hard by showing original Camp Miasma footage inside the new film. The problem, as several reviewers point out, is that cutting back to slavish slasher clips can sap momentum; a short clip can be more than enough to stir old fears without replaying every chase. Still, the device is intentional: Schoenbrun wants viewers to feel the magnetic pull of the original films, and to watch how those images have shaped the characters’ identities.</w:t>
      </w:r>
      <w:r/>
    </w:p>
    <w:p>
      <w:pPr>
        <w:pStyle w:val="Heading2"/>
      </w:pPr>
      <w:r>
        <w:t>Characters made from art: learning to be and to perform</w:t>
      </w:r>
      <w:r/>
    </w:p>
    <w:p>
      <w:r/>
      <w:r>
        <w:t>Kris, the ambitious director, has modelled her sexuality on horror tropes; she can enjoy sex if she imagines herself as a final girl, which is equal parts clever and heartbreaking. That idea, art instructing life, echoes earlier work by Schoenbrun and gives the film its emotional backbone. Practically speaking, this means the best scenes are the quiet ones where the characters wrestle with what they’ve absorbed from movies. If you’re choosing a screening companion, pick someone who likes thinking about how culture rewires desire.</w:t>
      </w:r>
      <w:r/>
    </w:p>
    <w:p>
      <w:pPr>
        <w:pStyle w:val="Heading2"/>
      </w:pPr>
      <w:r>
        <w:t>Performances: electric, uneven, and occasionally miscast</w:t>
      </w:r>
      <w:r/>
    </w:p>
    <w:p>
      <w:r/>
      <w:r>
        <w:t>Hannah Einbinder’s performance registers as hushed, therapy-trained intensity, which makes Kris’ contradictions believable and oddly sympathetic. Gillian Anderson’s Billy divides opinion: some find her restraint intriguing, others feel she never quite connects with the erotic fervour the script demands. Accents and cadences aside, the chemistry between the leads matters more than flawless mimicry, when it works, the vulnerability is affecting; when it doesn’t, the monologues feel didactic.</w:t>
      </w:r>
      <w:r/>
    </w:p>
    <w:p>
      <w:pPr>
        <w:pStyle w:val="Heading2"/>
      </w:pPr>
      <w:r>
        <w:t>Tone, soundtrack and those creepy details you won’t forget</w:t>
      </w:r>
      <w:r/>
    </w:p>
    <w:p>
      <w:r/>
      <w:r>
        <w:t>Schoenbrun is never shy about image-making. From a slimy, visceral VHS insertion sequence that nods to Cronenberg, to the jarringly familiar use of melancholic pop songs, the film toys with your nerves. These choices aren’t just stylish; they steer your reading of scenes, sometimes enhancing emotion and sometimes pulling you out of it. If you’re sensitive to tonal whiplash, know this: the film trades subtlety for strong sensations, and that gamble will delight some viewers and frustrate others.</w:t>
      </w:r>
      <w:r/>
    </w:p>
    <w:p>
      <w:pPr>
        <w:pStyle w:val="Heading2"/>
      </w:pPr>
      <w:r>
        <w:t>Why the film matters beyond its scares</w:t>
      </w:r>
      <w:r/>
    </w:p>
    <w:p>
      <w:r/>
      <w:r>
        <w:t>Teenage Sex and Death at Camp Miasma is part of a small but growing lineage of films that explore queerness through horror’s mirror. It asks whether repeated engagement with an aesthetic, good or bad, can change who we become. For film lovers, it’s a conversation piece; for creators, it’s a reminder that interrogation and homage can coexist, though not always cleanly. Schoenbrun has already shown a knack for this terrain; now critics and audiences will be watching to see where they turn next.</w:t>
      </w:r>
      <w:r/>
    </w:p>
    <w:p>
      <w:r/>
      <w:r>
        <w:t>It's a strange, prickly watch, and that’s part of its appeal, look for screenings, bring a friend who likes to argue, and let the images sit with you afterward.</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[5]</w:t>
        </w:r>
      </w:hyperlink>
      <w:r>
        <w:t xml:space="preserve">- Paragraph 3: </w:t>
      </w:r>
      <w:hyperlink r:id="rId10">
        <w:r>
          <w:rPr>
            <w:color w:val="0000EE"/>
            <w:u w:val="single"/>
          </w:rPr>
          <w:t>[2]</w:t>
        </w:r>
      </w:hyperlink>
      <w:r>
        <w:t xml:space="preserve">, </w:t>
      </w:r>
      <w:hyperlink r:id="rId11">
        <w:r>
          <w:rPr>
            <w:color w:val="0000EE"/>
            <w:u w:val="single"/>
          </w:rPr>
          <w:t>[4]</w:t>
        </w:r>
      </w:hyperlink>
      <w:r>
        <w:t xml:space="preserve">- Paragraph 4: </w:t>
      </w:r>
      <w:hyperlink r:id="rId10">
        <w:r>
          <w:rPr>
            <w:color w:val="0000EE"/>
            <w:u w:val="single"/>
          </w:rPr>
          <w:t>[2]</w:t>
        </w:r>
      </w:hyperlink>
      <w:r>
        <w:t xml:space="preserve">, </w:t>
      </w:r>
      <w:hyperlink r:id="rId12">
        <w:r>
          <w:rPr>
            <w:color w:val="0000EE"/>
            <w:u w:val="single"/>
          </w:rPr>
          <w:t>[3]</w:t>
        </w:r>
      </w:hyperlink>
      <w:r>
        <w:t xml:space="preserve">- Paragraph 5: </w:t>
      </w:r>
      <w:hyperlink r:id="rId11">
        <w:r>
          <w:rPr>
            <w:color w:val="0000EE"/>
            <w:u w:val="single"/>
          </w:rPr>
          <w:t>[4]</w:t>
        </w:r>
      </w:hyperlink>
      <w:r>
        <w:t xml:space="preserve">, </w:t>
      </w:r>
      <w:hyperlink r:id="rId13">
        <w:r>
          <w:rPr>
            <w:color w:val="0000EE"/>
            <w:u w:val="single"/>
          </w:rPr>
          <w:t>[5]</w:t>
        </w:r>
      </w:hyperlink>
      <w:r>
        <w:t xml:space="preserve">- Paragraph 6: </w:t>
      </w:r>
      <w:hyperlink r:id="rId10">
        <w:r>
          <w:rPr>
            <w:color w:val="0000EE"/>
            <w:u w:val="single"/>
          </w:rPr>
          <w:t>[2]</w:t>
        </w:r>
      </w:hyperlink>
      <w:r>
        <w:t xml:space="preserve">, </w:t>
      </w:r>
      <w:hyperlink r:id="rId12">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https://humanizingthevacuum.wordpress.com/2026/08/20/art-damage-teenage-sex-and-death-at-camp-miasma/</w:t>
        </w:r>
      </w:hyperlink>
      <w:r>
        <w:t xml:space="preserve"> - Please view link - unable to able to access data</w:t>
      </w:r>
      <w:r/>
    </w:p>
    <w:p>
      <w:pPr>
        <w:pStyle w:val="ListNumber"/>
        <w:spacing w:line="240" w:lineRule="auto"/>
        <w:ind w:left="720"/>
      </w:pPr>
      <w:r/>
      <w:hyperlink r:id="rId10">
        <w:r>
          <w:rPr>
            <w:color w:val="0000EE"/>
            <w:u w:val="single"/>
          </w:rPr>
          <w:t>https://www.marieclaire.com/culture/movies/teenage-sex-and-death-at-camp-miasma-review-essay/</w:t>
        </w:r>
      </w:hyperlink>
      <w:r>
        <w:t xml:space="preserve"> - This essay offers a thoughtful exploration of Jane Schoenbrun’s film </w:t>
      </w:r>
      <w:r>
        <w:rPr>
          <w:i/>
        </w:rPr>
        <w:t>Teenage Sex and Death at Camp Miasma</w:t>
      </w:r>
      <w:r>
        <w:t>, examining its powerful commentary on Gen Z’s complex relationship with sex and intimacy. Through the film’s protagonist Kris Williams, a rising director making a reboot of an '80s slasher film, and Billy Presley, the 'final girl' from the original movie, the story delves into themes of dissociation, repression, queerness, and the psychological residue of early sexual experiences. The film’s meta-narrative and satirical take on genre tropes are used to scrutinize the trauma and anxieties surrounding sexual identity and intimacy, particularly for Gen Z and queer viewers. The essay praises Schoenbrun for creating a biting yet empathetic portrayal of how younger generations navigate sex amidst societal shifts, trauma, media overload, and emotional disconnection. It presents Kris’ growth—from a sexually repressed observer to someone discovering fantasy-fueled empowerment—as a symbolic journey shared by many struggling to reconcile desire, identity, and vulnerability. Ultimately, the film is seen not just as horror satire, but as a deeply resonant piece about authenticity and finding paths toward healing and human connection.</w:t>
      </w:r>
      <w:r/>
    </w:p>
    <w:p>
      <w:pPr>
        <w:pStyle w:val="ListNumber"/>
        <w:spacing w:line="240" w:lineRule="auto"/>
        <w:ind w:left="720"/>
      </w:pPr>
      <w:r/>
      <w:hyperlink r:id="rId12">
        <w:r>
          <w:rPr>
            <w:color w:val="0000EE"/>
            <w:u w:val="single"/>
          </w:rPr>
          <w:t>https://www.theweek.com/culture-life/film/reviews-teenage-sex-death-camp-miasma-samurai-and-prisoner</w:t>
        </w:r>
      </w:hyperlink>
      <w:r>
        <w:t xml:space="preserve"> - This article reviews two distinct films: </w:t>
      </w:r>
      <w:r>
        <w:rPr>
          <w:i/>
        </w:rPr>
        <w:t>Teenage Sex and Death at Camp Miasma</w:t>
      </w:r>
      <w:r>
        <w:t xml:space="preserve"> and </w:t>
      </w:r>
      <w:r>
        <w:rPr>
          <w:i/>
        </w:rPr>
        <w:t>The Samurai and the Prisoner</w:t>
      </w:r>
      <w:r>
        <w:t xml:space="preserve">. Directed by Jane Schoenbrun, </w:t>
      </w:r>
      <w:r>
        <w:rPr>
          <w:i/>
        </w:rPr>
        <w:t>Teenage Sex and Death at Camp Miasma</w:t>
      </w:r>
      <w:r>
        <w:t xml:space="preserve"> receives high praise for its originality and genre-blending creativity. Described as a 'slasher sendup' with cult lesbian classic potential, the film features Hannah Einbinder as Kris, a queer director reimagining a 1980s slasher series. When she seeks the return of the original final girl, played by Gillian Anderson, a compelling and sensual dynamic unfolds. The film is praised for its sharp writing, campy yet introspective tone, and thoughtful examination of gender and pleasure, making it Schoenbrun’s most playful and accomplished work. In contrast, Kiyoshi Kurosawa’s </w:t>
      </w:r>
      <w:r>
        <w:rPr>
          <w:i/>
        </w:rPr>
        <w:t>The Samurai and the Prisoner</w:t>
      </w:r>
      <w:r>
        <w:t xml:space="preserve"> is a more subdued historical mystery. Set in 1578 Japan, it follows a warrior trapped in a castle as a series of murders unfold. Though marketed as a samurai film, it’s more a cerebral murder mystery, drawing comparisons to </w:t>
      </w:r>
      <w:r>
        <w:rPr>
          <w:i/>
        </w:rPr>
        <w:t>Knives Out</w:t>
      </w:r>
      <w:r>
        <w:t xml:space="preserve"> and </w:t>
      </w:r>
      <w:r>
        <w:rPr>
          <w:i/>
        </w:rPr>
        <w:t>Throne of Blood</w:t>
      </w:r>
      <w:r>
        <w:t>. Critics noted repetitive narratives but ultimately praised Kurosawa’s psychological depth and elegant direction.</w:t>
      </w:r>
      <w:r/>
    </w:p>
    <w:p>
      <w:pPr>
        <w:pStyle w:val="ListNumber"/>
        <w:spacing w:line="240" w:lineRule="auto"/>
        <w:ind w:left="720"/>
      </w:pPr>
      <w:r/>
      <w:hyperlink r:id="rId11">
        <w:r>
          <w:rPr>
            <w:color w:val="0000EE"/>
            <w:u w:val="single"/>
          </w:rPr>
          <w:t>https://www.theatlantic.com/culture/2026/08/teenage-sex-and-death-at-camp-miasma-movie-review/688227/?utm_source=apple_news</w:t>
        </w:r>
      </w:hyperlink>
      <w:r>
        <w:t xml:space="preserve"> - Jane Schoenbrun's latest film, </w:t>
      </w:r>
      <w:r>
        <w:rPr>
          <w:i/>
        </w:rPr>
        <w:t>Teenage Sex and Death at Camp Miasma</w:t>
      </w:r>
      <w:r>
        <w:t xml:space="preserve">, continues their exploration of how pop culture shapes identity and emotion, building on themes from their previous works like </w:t>
      </w:r>
      <w:r>
        <w:rPr>
          <w:i/>
        </w:rPr>
        <w:t>We're All Going to the World's Fair</w:t>
      </w:r>
      <w:r>
        <w:t xml:space="preserve"> and </w:t>
      </w:r>
      <w:r>
        <w:rPr>
          <w:i/>
        </w:rPr>
        <w:t>I Saw the TV Glow</w:t>
      </w:r>
      <w:r>
        <w:t>. This new film centers on queer filmmaker Kris (played by Hannah Einbinder), who is rebooting a campy 1980s slasher franchise, 'Camp Miasma.' Balancing childhood nostalgia and adult cynicism, the film blends genre parody and emotional introspection. Kris attempts to intellectualize the reboot while reckoning with its lowbrow origins—symbolized by the franchise’s over-the-top killer, Little Death, and its evolution from cult VHS horror to absurd sequels. Kris’s journey deepens when she meets Billy Presley (played by Gillian Anderson), a reclusive original cast member living at the abandoned filming site for therapeutic reasons. Their relationship shifts the film from satire to a surreal meditation on how media molds self-understanding. Schoenbrun plays with visual styles—fusing lo-fi aesthetics and CGI—to convey this blending of fiction, nostalgia, and reality. Ultimately, the film suggests that rather than overanalyzing the influence of pop culture, we might be better off accepting its emotional hold on us.</w:t>
      </w:r>
      <w:r/>
    </w:p>
    <w:p>
      <w:pPr>
        <w:pStyle w:val="ListNumber"/>
        <w:spacing w:line="240" w:lineRule="auto"/>
        <w:ind w:left="720"/>
      </w:pPr>
      <w:r/>
      <w:hyperlink r:id="rId13">
        <w:r>
          <w:rPr>
            <w:color w:val="0000EE"/>
            <w:u w:val="single"/>
          </w:rPr>
          <w:t>https://www.techradar.com/streaming/entertainment/teenage-sex-and-death-at-camp-miasma-mubi-review</w:t>
        </w:r>
      </w:hyperlink>
      <w:r>
        <w:t xml:space="preserve"> - 'Teenage Sex and Death at Camp Miasma' is a heartfelt and genre-bending queer horror film celebrated in Jasmine Valentine's love letter to its star, Gillian Anderson. Directed by Jane Schoenbrun and co-starring Hannah Einbinder, the film is a deeply personal exploration of sexuality, identity, and self-acceptance cloaked in a horror-reboot premise. Anderson plays Billy Presley, a reclusive former 'final girl' living at the defunct Camp Miasma, while Einbinder’s character Kris seeks her out to reboot the haunted film franchise. The film masterfully uses horror imagery and tropes—including the spear-wielding figure 'Little Death' (a metaphor for fear, loneliness, and unfulfilled desire)—to delve into deeper emotional and psychological terrain. Rich with surreal aesthetics and sensual storytelling, the movie is less about traditional scares and more a transformative, queer cinematic experience on the nature of desire, repression, and freedom. Valentine's letter praises the sensual depth of Anderson’s performance and the film’s triumph in portraying queer longing and liberation without gratuity, calling it life-changing and epiphanic.</w:t>
      </w:r>
      <w:r/>
    </w:p>
    <w:p>
      <w:pPr>
        <w:pStyle w:val="ListNumber"/>
        <w:spacing w:line="240" w:lineRule="auto"/>
        <w:ind w:left="720"/>
      </w:pPr>
      <w:r/>
      <w:hyperlink r:id="rId14">
        <w:r>
          <w:rPr>
            <w:color w:val="0000EE"/>
            <w:u w:val="single"/>
          </w:rPr>
          <w:t>https://www.imdb.com/title/tt35298123/</w:t>
        </w:r>
      </w:hyperlink>
      <w:r>
        <w:t xml:space="preserve"> - This IMDb page provides detailed information about the film </w:t>
      </w:r>
      <w:r>
        <w:rPr>
          <w:i/>
        </w:rPr>
        <w:t>Teenage Sex and Death at Camp Miasma</w:t>
      </w:r>
      <w:r>
        <w:t>. Directed by Jane Schoenbrun, the film stars Gillian Anderson, Patrick Fischler, and Hannah Einbinder. The plot revolves around a director making a slasher sequel who becomes obsessed with casting the original film's 'final girl,' leading both women into psychological and sexual chaos. The film has a runtime of 1 hour and 46 minutes and is rated R. As of the latest update, it holds a rating of 6.9 out of 10 based on 551 user reviews. The page includes cast and crew details, user ratings, and additional information about the film's release and reception.</w:t>
      </w:r>
      <w:r/>
    </w:p>
    <w:p>
      <w:pPr>
        <w:pStyle w:val="ListNumber"/>
        <w:spacing w:line="240" w:lineRule="auto"/>
        <w:ind w:left="720"/>
      </w:pPr>
      <w:r/>
      <w:hyperlink r:id="rId15">
        <w:r>
          <w:rPr>
            <w:color w:val="0000EE"/>
            <w:u w:val="single"/>
          </w:rPr>
          <w:t>https://www.youtube.com/watch?v=qkIRP75FDLg</w:t>
        </w:r>
      </w:hyperlink>
      <w:r>
        <w:t xml:space="preserve"> - In this interview, writer/director Jane Schoenbrun discusses the making of their film </w:t>
      </w:r>
      <w:r>
        <w:rPr>
          <w:i/>
        </w:rPr>
        <w:t>I Saw the TV Glow</w:t>
      </w:r>
      <w:r>
        <w:t>. They talk about the distinction between fiction and reality in the film, their collaboration with producer Emma Stone, and how watching 'Buffy the Vampire Slayer' influenced their work. Schoenbrun also shares insights into the writing and directing process, casting choices, and their experiences emerging as a trans filmmaker. The film stars Justice Smith, Brigette Lundy-Paine, Fred Durst, and Ian Foreman.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humanizingthevacuum.wordpress.com/2026/08/20/art-damage-teenage-sex-and-death-at-camp-miasma/" TargetMode="External"/><Relationship Id="rId10" Type="http://schemas.openxmlformats.org/officeDocument/2006/relationships/hyperlink" Target="https://www.marieclaire.com/culture/movies/teenage-sex-and-death-at-camp-miasma-review-essay/" TargetMode="External"/><Relationship Id="rId11" Type="http://schemas.openxmlformats.org/officeDocument/2006/relationships/hyperlink" Target="https://www.theatlantic.com/culture/2026/08/teenage-sex-and-death-at-camp-miasma-movie-review/688227/?utm_source=apple_news" TargetMode="External"/><Relationship Id="rId12" Type="http://schemas.openxmlformats.org/officeDocument/2006/relationships/hyperlink" Target="https://www.theweek.com/culture-life/film/reviews-teenage-sex-death-camp-miasma-samurai-and-prisoner" TargetMode="External"/><Relationship Id="rId13" Type="http://schemas.openxmlformats.org/officeDocument/2006/relationships/hyperlink" Target="https://www.techradar.com/streaming/entertainment/teenage-sex-and-death-at-camp-miasma-mubi-review" TargetMode="External"/><Relationship Id="rId14" Type="http://schemas.openxmlformats.org/officeDocument/2006/relationships/hyperlink" Target="https://www.imdb.com/title/tt35298123/" TargetMode="External"/><Relationship Id="rId15" Type="http://schemas.openxmlformats.org/officeDocument/2006/relationships/hyperlink" Target="https://www.youtube.com/watch?v=qkIRP75FDL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