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Summer Pool Parties in LA: How EVITA and MISTR Made Health Feel Festive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partygoers are flocking to Los Angeles rooftop and hilltop pool parties, and EVITA’s end-of-summer bash shows why , a sun-drenched LA Hills estate, pulsing house beats, and a feel-good partnership with digital clinic MISTR that turned a sunny hangout into an easy, stigma-free moment for sexual-health outreach.</w:t>
      </w:r>
      <w:r/>
      <w:r/>
    </w:p>
    <w:p>
      <w:pPr>
        <w:pStyle w:val="ListBullet"/>
        <w:spacing w:line="240" w:lineRule="auto"/>
        <w:ind w:left="720"/>
      </w:pPr>
      <w:r/>
      <w:r>
        <w:rPr>
          <w:b/>
        </w:rPr>
        <w:t>Vibrant setting:</w:t>
      </w:r>
      <w:r>
        <w:t xml:space="preserve"> A Hollywood Hills estate with open-air rooms and skyline views created an instant holiday vibe, perfect for an afternoon pool party.</w:t>
      </w:r>
      <w:r/>
    </w:p>
    <w:p>
      <w:pPr>
        <w:pStyle w:val="ListBullet"/>
        <w:spacing w:line="240" w:lineRule="auto"/>
        <w:ind w:left="720"/>
      </w:pPr>
      <w:r/>
      <w:r>
        <w:rPr>
          <w:b/>
        </w:rPr>
        <w:t>Lively soundtrack:</w:t>
      </w:r>
      <w:r>
        <w:t xml:space="preserve"> A live DJ kept tempos upbeat; guests described the music as punchy and danceable.</w:t>
      </w:r>
      <w:r/>
    </w:p>
    <w:p>
      <w:pPr>
        <w:pStyle w:val="ListBullet"/>
        <w:spacing w:line="240" w:lineRule="auto"/>
        <w:ind w:left="720"/>
      </w:pPr>
      <w:r/>
      <w:r>
        <w:rPr>
          <w:b/>
        </w:rPr>
        <w:t>Community energy:</w:t>
      </w:r>
      <w:r>
        <w:t xml:space="preserve"> Drag performances and mixed crowds produced a joyful, inclusive atmosphere; the party felt playful and spirited.</w:t>
      </w:r>
      <w:r/>
    </w:p>
    <w:p>
      <w:pPr>
        <w:pStyle w:val="ListBullet"/>
        <w:spacing w:line="240" w:lineRule="auto"/>
        <w:ind w:left="720"/>
      </w:pPr>
      <w:r/>
      <w:r>
        <w:rPr>
          <w:b/>
        </w:rPr>
        <w:t>Practical outreach:</w:t>
      </w:r>
      <w:r>
        <w:t xml:space="preserve"> MISTR offered visible, approachable info on PrEP and STI testing , discreet, accessible healthcare where people were already relaxed.</w:t>
      </w:r>
      <w:r/>
    </w:p>
    <w:p>
      <w:pPr>
        <w:pStyle w:val="ListBullet"/>
        <w:spacing w:line="240" w:lineRule="auto"/>
        <w:ind w:left="720"/>
      </w:pPr>
      <w:r/>
      <w:r>
        <w:rPr>
          <w:b/>
        </w:rPr>
        <w:t>Food and comfort:</w:t>
      </w:r>
      <w:r>
        <w:t xml:space="preserve"> Fresh tacos, shaded patios and plentiful sunblock kept guests comfortable and ready to mingle.</w:t>
      </w:r>
      <w:r/>
      <w:r/>
    </w:p>
    <w:p>
      <w:pPr>
        <w:pStyle w:val="Heading2"/>
      </w:pPr>
      <w:r>
        <w:t>Arrival: Beats from the hills set the tone</w:t>
      </w:r>
      <w:r/>
    </w:p>
    <w:p>
      <w:r/>
      <w:r>
        <w:t>There’s nothing subtle about a great pool party in LA , you hear the bass several streets away and know you’re in the right place, and that’s exactly what happened at EVITA’s summer send-off. The estate’s accordion doors flung wide, folding interior and patio into one expansive playground. The sound felt warm and fizzy, like a proper summer memory in the making.</w:t>
      </w:r>
      <w:r/>
    </w:p>
    <w:p>
      <w:r/>
      <w:r>
        <w:t>Backstory: EVITA has built a reputation for buzzy, stylish gatherings, and this event leaned into that aesthetic with plenty of half-dressed guests and relaxed glamour. If you go, arrive with sunscreen and a willingness to jump into the vibe quickly.</w:t>
      </w:r>
      <w:r/>
    </w:p>
    <w:p>
      <w:pPr>
        <w:pStyle w:val="Heading2"/>
      </w:pPr>
      <w:r>
        <w:t>Why the MISTR partnership mattered</w:t>
      </w:r>
      <w:r/>
    </w:p>
    <w:p>
      <w:r/>
      <w:r>
        <w:t>Pairing a party collective with a digital clinic might sound unexpected, but it made complete sense on the day. MISTR’s presence brought sexual-health resources into a social space without lecturing , just clear, friendly information about PrEP and free online testing. In the context of a lively afternoon, the messaging felt practical rather than preachy.</w:t>
      </w:r>
      <w:r/>
    </w:p>
    <w:p>
      <w:r/>
      <w:r>
        <w:t>Trend note: Healthcare meets nightlife is becoming a neat way to reach communities where they already gather. If you’d like to explore PrEP or STI testing, look for discreet, event-friendly providers that offer online sign-ups and at-home options.</w:t>
      </w:r>
      <w:r/>
    </w:p>
    <w:p>
      <w:pPr>
        <w:pStyle w:val="Heading2"/>
      </w:pPr>
      <w:r>
        <w:t>The crowd: sun, mermen and live performance energy</w:t>
      </w:r>
      <w:r/>
    </w:p>
    <w:p>
      <w:r/>
      <w:r>
        <w:t>A highlight was the pool itself , wading bodies, confident swimmers and a few theatrical “mermen” who made the water look like a stage. Drag artists moved from the pool’s edge into the crowd, turning casual conversations into moments of surprise and delight. People were smiling, chatting and dancing; the atmosphere was both intimate and exuberant.</w:t>
      </w:r>
      <w:r/>
    </w:p>
    <w:p>
      <w:r/>
      <w:r>
        <w:t>Practical tip: These events move fast. If you want to catch the performances or meet organisers, arrive early and scope the setup so you can join activities without feeling rushed.</w:t>
      </w:r>
      <w:r/>
    </w:p>
    <w:p>
      <w:pPr>
        <w:pStyle w:val="Heading2"/>
      </w:pPr>
      <w:r>
        <w:t>Food, comfort and the small details that matter</w:t>
      </w:r>
      <w:r/>
    </w:p>
    <w:p>
      <w:r/>
      <w:r>
        <w:t>Simple comforts go a long way: tacos on the patio, shaded seating, and sunblock stations meant guests stayed for the long haul. Small, well-executed touches like that keep a party from feeling like a photoshoot and make it genuinely enjoyable.</w:t>
      </w:r>
      <w:r/>
    </w:p>
    <w:p>
      <w:r/>
      <w:r>
        <w:t>Choice checklist: If you host or attend, prioritise easy, handheld food, plenty of water, and a few shaded retreats , your guests will thank you, and the mood will stay relaxed.</w:t>
      </w:r>
      <w:r/>
    </w:p>
    <w:p>
      <w:pPr>
        <w:pStyle w:val="Heading2"/>
      </w:pPr>
      <w:r>
        <w:t>Looking ahead: nightlife that cares</w:t>
      </w:r>
      <w:r/>
    </w:p>
    <w:p>
      <w:r/>
      <w:r>
        <w:t>Events like this suggest a future where nightlife and public health are less separate than they used to be. Bringing resources like MISTR’s into celebratory spaces normalises important conversations and makes it easier for people to act on their health without stigma.</w:t>
      </w:r>
      <w:r/>
    </w:p>
    <w:p>
      <w:r/>
      <w:r>
        <w:t>Final thought: It’s a smart, human approach , and it makes the party feel like it’s doing something a little bigger than itself.</w:t>
      </w:r>
      <w:r/>
    </w:p>
    <w:p>
      <w:r/>
      <w:r>
        <w:t>It's a small change that can make every sunny afternoon a bit safer and a lot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https://gayety.com/evita-mistr-hollywood-hills-pool-party</w:t>
        </w:r>
      </w:hyperlink>
      <w:r>
        <w:t xml:space="preserve"> - Please view link - unable to able to access data</w:t>
      </w:r>
      <w:r/>
    </w:p>
    <w:p>
      <w:pPr>
        <w:pStyle w:val="ListNumber"/>
        <w:spacing w:line="240" w:lineRule="auto"/>
        <w:ind w:left="720"/>
      </w:pPr>
      <w:r/>
      <w:hyperlink r:id="rId9">
        <w:r>
          <w:rPr>
            <w:color w:val="0000EE"/>
            <w:u w:val="single"/>
          </w:rPr>
          <w:t>https://gayety.com/evita-mistr-hollywood-hills-pool-party</w:t>
        </w:r>
      </w:hyperlink>
      <w:r>
        <w:t xml:space="preserve"> - An article detailing EVITA's end-of-summer pool party in the Hollywood Hills, co-hosted with MISTR, focusing on sexual health and wellness within the LGBTQ+ community.</w:t>
      </w:r>
      <w:r/>
    </w:p>
    <w:p>
      <w:pPr>
        <w:pStyle w:val="ListNumber"/>
        <w:spacing w:line="240" w:lineRule="auto"/>
        <w:ind w:left="720"/>
      </w:pPr>
      <w:r/>
      <w:hyperlink r:id="rId10">
        <w:r>
          <w:rPr>
            <w:color w:val="0000EE"/>
            <w:u w:val="single"/>
          </w:rPr>
          <w:t>https://www.vogue.com/slideshow/valentino-escape-los-angeles-2023</w:t>
        </w:r>
      </w:hyperlink>
      <w:r>
        <w:t xml:space="preserve"> - Vogue's coverage of Valentino and Saks hosting a poolside cocktail party in Beverly Hills, featuring the launch of Valentino Escape 2023.</w:t>
      </w:r>
      <w:r/>
    </w:p>
    <w:p>
      <w:pPr>
        <w:pStyle w:val="ListNumber"/>
        <w:spacing w:line="240" w:lineRule="auto"/>
        <w:ind w:left="720"/>
      </w:pPr>
      <w:r/>
      <w:hyperlink r:id="rId11">
        <w:r>
          <w:rPr>
            <w:color w:val="0000EE"/>
            <w:u w:val="single"/>
          </w:rPr>
          <w:t>https://2023.masterbeat.com/united-in-pride-2023/</w:t>
        </w:r>
      </w:hyperlink>
      <w:r>
        <w:t xml:space="preserve"> - Masterbeat's announcement of United in Pride 2023, including events like SpLAash pool party and Pride Tea, celebrating Los Angeles Pride.</w:t>
      </w:r>
      <w:r/>
    </w:p>
    <w:p>
      <w:pPr>
        <w:pStyle w:val="ListNumber"/>
        <w:spacing w:line="240" w:lineRule="auto"/>
        <w:ind w:left="720"/>
      </w:pPr>
      <w:r/>
      <w:hyperlink r:id="rId12">
        <w:r>
          <w:rPr>
            <w:color w:val="0000EE"/>
            <w:u w:val="single"/>
          </w:rPr>
          <w:t>https://ra.co/events/1735254</w:t>
        </w:r>
      </w:hyperlink>
      <w:r>
        <w:t xml:space="preserve"> - Details about the Wicked Paradise &amp; Normalize Pool Party at Skybar at Mondrian, Los Angeles, featuring artists like Arcane and Tamara Lanza.</w:t>
      </w:r>
      <w:r/>
    </w:p>
    <w:p>
      <w:pPr>
        <w:pStyle w:val="ListNumber"/>
        <w:spacing w:line="240" w:lineRule="auto"/>
        <w:ind w:left="720"/>
      </w:pPr>
      <w:r/>
      <w:hyperlink r:id="rId13">
        <w:r>
          <w:rPr>
            <w:color w:val="0000EE"/>
            <w:u w:val="single"/>
          </w:rPr>
          <w:t>https://ra.co/events/1713880</w:t>
        </w:r>
      </w:hyperlink>
      <w:r>
        <w:t xml:space="preserve"> - Information on PRIDE KICKOFF 2023 at The Bourbon Hollywood, Los Angeles, with fashion shows and performances by Slater Manzo and others.</w:t>
      </w:r>
      <w:r/>
    </w:p>
    <w:p>
      <w:pPr>
        <w:pStyle w:val="ListNumber"/>
        <w:spacing w:line="240" w:lineRule="auto"/>
        <w:ind w:left="720"/>
      </w:pPr>
      <w:r/>
      <w:hyperlink r:id="rId14">
        <w:r>
          <w:rPr>
            <w:color w:val="0000EE"/>
            <w:u w:val="single"/>
          </w:rPr>
          <w:t>https://ra.co/events/1744879</w:t>
        </w:r>
      </w:hyperlink>
      <w:r>
        <w:t xml:space="preserve"> - Event details for Deep House Brunch Pool Party at The Godfrey Hotel Hollywood, Los Angeles, featuring DJs like Trent Cantrelle and Scotty Boy.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ty.com/evita-mistr-hollywood-hills-pool-party" TargetMode="External"/><Relationship Id="rId10" Type="http://schemas.openxmlformats.org/officeDocument/2006/relationships/hyperlink" Target="https://www.vogue.com/slideshow/valentino-escape-los-angeles-2023" TargetMode="External"/><Relationship Id="rId11" Type="http://schemas.openxmlformats.org/officeDocument/2006/relationships/hyperlink" Target="https://2023.masterbeat.com/united-in-pride-2023/" TargetMode="External"/><Relationship Id="rId12" Type="http://schemas.openxmlformats.org/officeDocument/2006/relationships/hyperlink" Target="https://ra.co/events/1735254" TargetMode="External"/><Relationship Id="rId13" Type="http://schemas.openxmlformats.org/officeDocument/2006/relationships/hyperlink" Target="https://ra.co/events/1713880" TargetMode="External"/><Relationship Id="rId14" Type="http://schemas.openxmlformats.org/officeDocument/2006/relationships/hyperlink" Target="https://ra.co/events/174487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