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Sober And Socializing Queer Tag: Laser‑Tag &amp; Bowling Night for LGBTQ Community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good vibes are turning to sober nights out , Queer Social’s Sober And Socializing (S.A.S.) Queer Tag pairs unlimited laser‑tag and bowling with a friendly, alcohol‑free take on queer nightlife in New York, perfect for anyone skipping drinks and wanting to meet people.</w:t>
      </w:r>
      <w:r/>
    </w:p>
    <w:p>
      <w:r/>
      <w:r>
        <w:t>Essential Takeaways</w:t>
      </w:r>
      <w:r/>
      <w:r/>
    </w:p>
    <w:p>
      <w:pPr>
        <w:pStyle w:val="ListBullet"/>
        <w:spacing w:line="240" w:lineRule="auto"/>
        <w:ind w:left="720"/>
      </w:pPr>
      <w:r/>
      <w:r>
        <w:rPr>
          <w:b/>
        </w:rPr>
        <w:t>What’s included:</w:t>
      </w:r>
      <w:r>
        <w:t xml:space="preserve"> unlimited laser‑tag and bowling with shoe rental, private lanes, and a chill social space.</w:t>
      </w:r>
      <w:r/>
    </w:p>
    <w:p>
      <w:pPr>
        <w:pStyle w:val="ListBullet"/>
        <w:spacing w:line="240" w:lineRule="auto"/>
        <w:ind w:left="720"/>
      </w:pPr>
      <w:r/>
      <w:r>
        <w:rPr>
          <w:b/>
        </w:rPr>
        <w:t>Sober‑first approach:</w:t>
      </w:r>
      <w:r>
        <w:t xml:space="preserve"> hosts provide non‑alcoholic options and curate activities to centre conversation and play, not the bar.</w:t>
      </w:r>
      <w:r/>
    </w:p>
    <w:p>
      <w:pPr>
        <w:pStyle w:val="ListBullet"/>
        <w:spacing w:line="240" w:lineRule="auto"/>
        <w:ind w:left="720"/>
      </w:pPr>
      <w:r/>
      <w:r>
        <w:rPr>
          <w:b/>
        </w:rPr>
        <w:t>Accessibility and safety:</w:t>
      </w:r>
      <w:r>
        <w:t xml:space="preserve"> wheelchair accessible venue, capped crowd size (about 60), and LGBTQ safe‑space rules.</w:t>
      </w:r>
      <w:r/>
    </w:p>
    <w:p>
      <w:pPr>
        <w:pStyle w:val="ListBullet"/>
        <w:spacing w:line="240" w:lineRule="auto"/>
        <w:ind w:left="720"/>
      </w:pPr>
      <w:r/>
      <w:r>
        <w:rPr>
          <w:b/>
        </w:rPr>
        <w:t>Cost and access:</w:t>
      </w:r>
      <w:r>
        <w:t xml:space="preserve"> tickets range from early bird to door price, with subscriber discounts via Queer Social membership.</w:t>
      </w:r>
      <w:r/>
    </w:p>
    <w:p>
      <w:pPr>
        <w:pStyle w:val="ListBullet"/>
        <w:spacing w:line="240" w:lineRule="auto"/>
        <w:ind w:left="720"/>
      </w:pPr>
      <w:r/>
      <w:r>
        <w:rPr>
          <w:b/>
        </w:rPr>
        <w:t>Who it suits:</w:t>
      </w:r>
      <w:r>
        <w:t xml:space="preserve"> people 21+, those taking a break from drinking, or anyone who prefers activity‑based mixers over bars.</w:t>
      </w:r>
      <w:r/>
      <w:r/>
    </w:p>
    <w:p>
      <w:pPr>
        <w:pStyle w:val="Heading2"/>
      </w:pPr>
      <w:r>
        <w:t>Why a sober queer night feels like a fresh idea</w:t>
      </w:r>
      <w:r/>
    </w:p>
    <w:p>
      <w:r/>
      <w:r>
        <w:t>There’s a tactile relief to swapping a sticky club floor for bowling lanes and neon laser beams, and Queer Social leans into that. The event is designed so conversation starts naturally , over a missed strike or a triumphant laser hit , rather than at the bar. Hosts even flag S.A.S. ticket holders to make sure non‑alcoholic drinks are available, which makes the whole setup feel thoughtful and inclusive.</w:t>
      </w:r>
      <w:r/>
    </w:p>
    <w:p>
      <w:r/>
      <w:r>
        <w:t>Queer Social’s team say the events are curated around activities and social connection, not alcohol service. That shift follows wider moves in nightlife where people want social options that don’t centre drinking, whether for health, recovery, or simply variety.</w:t>
      </w:r>
      <w:r/>
    </w:p>
    <w:p>
      <w:pPr>
        <w:pStyle w:val="Heading2"/>
      </w:pPr>
      <w:r>
        <w:t>What you actually get for your ticket</w:t>
      </w:r>
      <w:r/>
    </w:p>
    <w:p>
      <w:r/>
      <w:r>
        <w:t>Tickets include unlimited play on both bowling and laser‑tag, shoe hire and private lanes for guests, which keeps things intimate and easier to mingle. There’s a full food and drink menu if you want to buy something, but nothing necessary to have fun. The cap on attendees keeps noise manageable and gives more chances to connect.</w:t>
      </w:r>
      <w:r/>
    </w:p>
    <w:p>
      <w:r/>
      <w:r>
        <w:t>Practical tip: buy an early‑bird ticket if you can. Not only does it save money, it guarantees a place , events are limited to around 60 people and can sell out fast.</w:t>
      </w:r>
      <w:r/>
    </w:p>
    <w:p>
      <w:pPr>
        <w:pStyle w:val="Heading2"/>
      </w:pPr>
      <w:r>
        <w:t>How accessibility and safety are handled</w:t>
      </w:r>
      <w:r/>
    </w:p>
    <w:p>
      <w:r/>
      <w:r>
        <w:t>The venue is wheelchair accessible and the organisers advertise the night as an LGBTQ safe space, so boundaries, consent and respectful behaviour are emphasised. Hosts have backgrounds in health and wellness and are available for event‑related questions, though they’re not substitutes for medical or recovery sponsors.</w:t>
      </w:r>
      <w:r/>
    </w:p>
    <w:p>
      <w:r/>
      <w:r>
        <w:t>If accessibility is important to you, a quick message to the host before you go can clarify mobility access, seating options and any specific needs , they encourage checking in if you have an S.A.S. ticket so non‑alcoholic choices are ready.</w:t>
      </w:r>
      <w:r/>
    </w:p>
    <w:p>
      <w:pPr>
        <w:pStyle w:val="Heading2"/>
      </w:pPr>
      <w:r>
        <w:t>Who should go and how to prepare</w:t>
      </w:r>
      <w:r/>
    </w:p>
    <w:p>
      <w:r/>
      <w:r>
        <w:t>This is a 21+ event aimed at people keen to socialise without a bar‑centric vibe , ideal for those on a sober stint, people in recovery, or anyone who simply prefers activity‑led evenings. Expect playful competition, casual conversation, and the occasional loud cheer.</w:t>
      </w:r>
      <w:r/>
    </w:p>
    <w:p>
      <w:r/>
      <w:r>
        <w:t>Bring comfortable clothes and socks for bowling, and a calm expectation: the point is to meet folks without pressure. If you can’t attend, tickets are transferable, so give your spot to a friend rather than asking for a refund.</w:t>
      </w:r>
      <w:r/>
    </w:p>
    <w:p>
      <w:pPr>
        <w:pStyle w:val="Heading2"/>
      </w:pPr>
      <w:r>
        <w:t>Looking ahead: sober options are here to stay</w:t>
      </w:r>
      <w:r/>
    </w:p>
    <w:p>
      <w:r/>
      <w:r>
        <w:t>Events like Queer Tag reflect a broader appetite for sober and substance‑free socialising in queer communities. They show you don’t need alcohol to have a memorable night out , a crisp roll, a laser blast and a laugh can do the trick. If this kind of mixer works for you, subscribing to Queer Social can unlock discounts on future nights and partner events.</w:t>
      </w:r>
      <w:r/>
    </w:p>
    <w:p>
      <w:r/>
      <w:r>
        <w:t>It's a small change that can make every night out more welcoming and a lot more fun.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9">
        <w:r>
          <w:rPr>
            <w:color w:val="0000EE"/>
            <w:u w:val="single"/>
          </w:rPr>
          <w:t>[1]</w:t>
        </w:r>
      </w:hyperlink>
      <w:r>
        <w:t xml:space="preserve">, </w:t>
      </w:r>
      <w:hyperlink r:id="rId14">
        <w:r>
          <w:rPr>
            <w:color w:val="0000EE"/>
            <w:u w:val="single"/>
          </w:rPr>
          <w:t>[6]</w:t>
        </w:r>
      </w:hyperlink>
      <w:r>
        <w:t xml:space="preserve">- Paragraph 6: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https://gomag.com/event/sober-and-socializing-queer-tag-laser-tag-bowling-night-2/</w:t>
        </w:r>
      </w:hyperlink>
      <w:r>
        <w:t xml:space="preserve"> - Please view link - unable to able to access data</w:t>
      </w:r>
      <w:r/>
    </w:p>
    <w:p>
      <w:pPr>
        <w:pStyle w:val="ListNumber"/>
        <w:spacing w:line="240" w:lineRule="auto"/>
        <w:ind w:left="720"/>
      </w:pPr>
      <w:r/>
      <w:hyperlink r:id="rId10">
        <w:r>
          <w:rPr>
            <w:color w:val="0000EE"/>
            <w:u w:val="single"/>
          </w:rPr>
          <w:t>https://gomag.com/event/queer-tag-lgbtq-laser-tag-bowling-night-21/</w:t>
        </w:r>
      </w:hyperlink>
      <w:r>
        <w:t xml:space="preserve"> - This event, held on March 26, 2026, from 8:00 pm to 11:00 pm EDT, offers a night of Laser Tag, Bowling, and socialising for the LGBTQ community. Tickets are priced at $33.85, with discounted rates for Queer Social subscribers. The event includes unlimited Laser Tag and Bowling, bowling shoe rental, private lanes for Queer Social guests, food and cocktails available for purchase, and a safe space to mingle with the LGBTQ community. The venue is wheelchair accessible, and the event is open to individuals aged 21 and over. Refunds are not available, but tickets are transferable. Attendees are encouraged to subscribe to Queer Social for discounts and special offers to events.</w:t>
      </w:r>
      <w:r/>
    </w:p>
    <w:p>
      <w:pPr>
        <w:pStyle w:val="ListNumber"/>
        <w:spacing w:line="240" w:lineRule="auto"/>
        <w:ind w:left="720"/>
      </w:pPr>
      <w:r/>
      <w:hyperlink r:id="rId12">
        <w:r>
          <w:rPr>
            <w:color w:val="0000EE"/>
            <w:u w:val="single"/>
          </w:rPr>
          <w:t>https://gomag.com/event/queer-tag-lgbtq-laser-tag-bowling-night-22/</w:t>
        </w:r>
      </w:hyperlink>
      <w:r>
        <w:t xml:space="preserve"> - Scheduled for February 26, 2026, from 8:00 pm to 11:00 pm EST, this event provides a fun alternative to traditional bar settings, featuring Laser Tag, Bowling, and socialising opportunities for the LGBTQ community. Tickets are available at $33.85, with discounted rates for Queer Social subscribers. The event includes unlimited Laser Tag and Bowling, bowling shoe rental, private lanes for Queer Social guests, food and cocktails available for purchase, and a safe space to mingle with the LGBTQ community. The venue is wheelchair accessible, and the event is open to individuals aged 21 and over. Refunds are not available, but tickets are transferable. Attendees are encouraged to subscribe to Queer Social for discounts and special offers to events.</w:t>
      </w:r>
      <w:r/>
    </w:p>
    <w:p>
      <w:pPr>
        <w:pStyle w:val="ListNumber"/>
        <w:spacing w:line="240" w:lineRule="auto"/>
        <w:ind w:left="720"/>
      </w:pPr>
      <w:r/>
      <w:hyperlink r:id="rId11">
        <w:r>
          <w:rPr>
            <w:color w:val="0000EE"/>
            <w:u w:val="single"/>
          </w:rPr>
          <w:t>https://gomag.com/event/queer-tag-lgbtq-laser-tag-bowling-night-17/</w:t>
        </w:r>
      </w:hyperlink>
      <w:r>
        <w:t xml:space="preserve"> - Taking place on September 25, 2025, from 8:00 pm to 11:00 pm EDT, this event offers a night of Laser Tag, Bowling, and socialising for the LGBTQ community. Tickets are priced at $33.85, with discounted rates for Queer Social subscribers. The event includes unlimited Laser Tag and Bowling, bowling shoe rental, private lanes for Queer Social guests, food and cocktails available for purchase, and a safe space to mingle with the LGBTQ community. The venue is wheelchair accessible, and the event is open to individuals aged 21 and over. Refunds are not available, but tickets are transferable. Attendees are encouraged to subscribe to Queer Social for discounts and special offers to events.</w:t>
      </w:r>
      <w:r/>
    </w:p>
    <w:p>
      <w:pPr>
        <w:pStyle w:val="ListNumber"/>
        <w:spacing w:line="240" w:lineRule="auto"/>
        <w:ind w:left="720"/>
      </w:pPr>
      <w:r/>
      <w:hyperlink r:id="rId13">
        <w:r>
          <w:rPr>
            <w:color w:val="0000EE"/>
            <w:u w:val="single"/>
          </w:rPr>
          <w:t>https://gomag.com/event/queer-rope-social-brooklyn/2026-03-20/</w:t>
        </w:r>
      </w:hyperlink>
      <w:r>
        <w:t xml:space="preserve"> - Queer Rope Social Brooklyn is a monthly gathering for self-identified queer individuals interested in rope bondage. The event, held on March 20, 2026, from 8:00 pm to 12:30 am, offers an opportunity to explore and experience rope ties, learn and practice rope techniques, ask questions, and connect with fellow queer individuals. The space features numerous suspension points, mats, and more. Rope is available to borrow and for sale, and attendees are encouraged to bring their own rope if they have it. The event prioritises consent and creates a welcoming environment that centres queer, trans, and non-binary people. Beginners and all levels are welcome, with an optional opening circle at 8:30 pm, an introductory rope lesson for beginners, and an open rope jam for practice and skill sharing.</w:t>
      </w:r>
      <w:r/>
    </w:p>
    <w:p>
      <w:pPr>
        <w:pStyle w:val="ListNumber"/>
        <w:spacing w:line="240" w:lineRule="auto"/>
        <w:ind w:left="720"/>
      </w:pPr>
      <w:r/>
      <w:hyperlink r:id="rId14">
        <w:r>
          <w:rPr>
            <w:color w:val="0000EE"/>
            <w:u w:val="single"/>
          </w:rPr>
          <w:t>https://gomag.com/event/cosmic-cherry-carnaval/2026-04-10/</w:t>
        </w:r>
      </w:hyperlink>
      <w:r>
        <w:t xml:space="preserve"> - Cosmic Cherry 2026 is an arts festival celebrating femininity, queerness, and gender expression, with the theme 'CARNAVAL'. The event, held on April 10, 2026, at 7:30 pm EDT, showcases new theatrical, performative, and visual works by femme, trans, and genderqueer emerging artists. The festival blends the magical creative energy of artists with a powerful punch of moxie, inviting artists to shed their inhibitions, embrace their weirdness, and let their freak flags fly. The event aims to build a vibrant, safe space for communities to express pride, pleasure, and authenticity, celebrating femme and queer joy as a radical act of liberation.</w:t>
      </w:r>
      <w:r/>
    </w:p>
    <w:p>
      <w:pPr>
        <w:pStyle w:val="ListNumber"/>
        <w:spacing w:line="240" w:lineRule="auto"/>
        <w:ind w:left="720"/>
      </w:pPr>
      <w:r/>
      <w:hyperlink r:id="rId15">
        <w:r>
          <w:rPr>
            <w:color w:val="0000EE"/>
            <w:u w:val="single"/>
          </w:rPr>
          <w:t>https://gomag.com/event/sapphic-tech-social/</w:t>
        </w:r>
      </w:hyperlink>
      <w:r>
        <w:t xml:space="preserve"> - Sapphic Tech Social is an evening event for sapphic and queer women and nonbinary individuals, with no tech job required. The event is not a networking event but focuses on easy conversations, cozy bar energy, community vibes, and possibly a little flirting. Optional bracelets help break the ice, with categories such as Friends, Dating, and Networking. The event is scheduled for March 25, 2026, from 6:00 pm to 9:00 pm EDT at Oberon in Williamsburg, Brooklyn. The event is free to attend, and attendees are encouraged to RSVP.</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omag.com/event/sober-and-socializing-queer-tag-laser-tag-bowling-night-2/" TargetMode="External"/><Relationship Id="rId10" Type="http://schemas.openxmlformats.org/officeDocument/2006/relationships/hyperlink" Target="https://gomag.com/event/queer-tag-lgbtq-laser-tag-bowling-night-21/" TargetMode="External"/><Relationship Id="rId11" Type="http://schemas.openxmlformats.org/officeDocument/2006/relationships/hyperlink" Target="https://gomag.com/event/queer-tag-lgbtq-laser-tag-bowling-night-17/" TargetMode="External"/><Relationship Id="rId12" Type="http://schemas.openxmlformats.org/officeDocument/2006/relationships/hyperlink" Target="https://gomag.com/event/queer-tag-lgbtq-laser-tag-bowling-night-22/" TargetMode="External"/><Relationship Id="rId13" Type="http://schemas.openxmlformats.org/officeDocument/2006/relationships/hyperlink" Target="https://gomag.com/event/queer-rope-social-brooklyn/2026-03-20/" TargetMode="External"/><Relationship Id="rId14" Type="http://schemas.openxmlformats.org/officeDocument/2006/relationships/hyperlink" Target="https://gomag.com/event/cosmic-cherry-carnaval/2026-04-10/" TargetMode="External"/><Relationship Id="rId15" Type="http://schemas.openxmlformats.org/officeDocument/2006/relationships/hyperlink" Target="https://gomag.com/event/sapphic-tech-soci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