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SF Queer Film Festival Picks This Weekend: Shorts, Heart and Camp</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cinema are flocking to the Roxie this weekend as the SF Queer Film Festival returns for its sixth edition, serving up a tight, shorts-heavy programme that’s lighter on global politics but rich in humour, heart and local stories, perfect for anyone craving campy comedy, moving documentaries, and a few bold surprises.</w:t>
      </w:r>
      <w:r/>
    </w:p>
    <w:p>
      <w:r/>
      <w:r>
        <w:t>Essential Takeaways</w:t>
      </w:r>
      <w:r/>
      <w:r/>
    </w:p>
    <w:p>
      <w:pPr>
        <w:pStyle w:val="ListBullet"/>
        <w:spacing w:line="240" w:lineRule="auto"/>
        <w:ind w:left="720"/>
      </w:pPr>
      <w:r/>
      <w:r>
        <w:rPr>
          <w:b/>
        </w:rPr>
        <w:t>Dates and venue:</w:t>
      </w:r>
      <w:r>
        <w:t xml:space="preserve"> The festival runs Friday 21–Sunday 23 at the Roxie Theatre in San Francisco.</w:t>
      </w:r>
      <w:r/>
    </w:p>
    <w:p>
      <w:pPr>
        <w:pStyle w:val="ListBullet"/>
        <w:spacing w:line="240" w:lineRule="auto"/>
        <w:ind w:left="720"/>
      </w:pPr>
      <w:r/>
      <w:r>
        <w:rPr>
          <w:b/>
        </w:rPr>
        <w:t>Programming mix:</w:t>
      </w:r>
      <w:r>
        <w:t xml:space="preserve"> Heavy on short films and themed shorts packages, with several feature-length narratives and documentaries.</w:t>
      </w:r>
      <w:r/>
    </w:p>
    <w:p>
      <w:pPr>
        <w:pStyle w:val="ListBullet"/>
        <w:spacing w:line="240" w:lineRule="auto"/>
        <w:ind w:left="720"/>
      </w:pPr>
      <w:r/>
      <w:r>
        <w:rPr>
          <w:b/>
        </w:rPr>
        <w:t>Tone:</w:t>
      </w:r>
      <w:r>
        <w:t xml:space="preserve"> Campy comedies and personal, community-focused nonfiction dominate; less international and political than larger festivals.</w:t>
      </w:r>
      <w:r/>
    </w:p>
    <w:p>
      <w:pPr>
        <w:pStyle w:val="ListBullet"/>
        <w:spacing w:line="240" w:lineRule="auto"/>
        <w:ind w:left="720"/>
      </w:pPr>
      <w:r/>
      <w:r>
        <w:rPr>
          <w:b/>
        </w:rPr>
        <w:t>Highlights:</w:t>
      </w:r>
      <w:r>
        <w:t xml:space="preserve"> Opening night includes Ahuatl Amaro’s Mean Goals and Robby Kendall’s Sweet Nothing; documentaries explore queer histories in WeHo and the LA leather scene.</w:t>
      </w:r>
      <w:r/>
    </w:p>
    <w:p>
      <w:pPr>
        <w:pStyle w:val="ListBullet"/>
        <w:spacing w:line="240" w:lineRule="auto"/>
        <w:ind w:left="720"/>
      </w:pPr>
      <w:r/>
      <w:r>
        <w:rPr>
          <w:b/>
        </w:rPr>
        <w:t>Extras:</w:t>
      </w:r>
      <w:r>
        <w:t xml:space="preserve"> A Saturday “Surviving Voices” programme about AIDS caregivers includes a panel moderated by Sister Roma.</w:t>
      </w:r>
      <w:r/>
      <w:r/>
    </w:p>
    <w:p>
      <w:r/>
      <w:r>
        <w:t>Why the Roxie’s Mini-Festival Feels Fresh</w:t>
      </w:r>
      <w:r/>
    </w:p>
    <w:p>
      <w:r/>
      <w:r>
        <w:t>The Roxie’s compact programme is a brisk, sensory-friendly way to soak up queer cinema without the scale anxiety of larger festivals, which can feel sprawling and impenetrable. The SF Queer Film Festival keeps things local and lively, leaning into shorts that deliver sharp ideas in bite-size form and features that favour personal stories over geopolitical manifestos. If you prefer films that feel intimate and immediate, this is your festival.</w:t>
      </w:r>
      <w:r/>
    </w:p>
    <w:p>
      <w:r/>
      <w:r>
        <w:t>This edition opens with a playful double bill. Mean Goals, a 17-minute story about a newbie rejected by a hyper-attitudinous West Hollywood soccer side, promises a satisfying underdog arc and a spicy West Coast setting. Following it, Sweet Nothing is a gentle, character-led comedy about middle-age, drag and community-centre awkwardness, written and performed by Emeryville activist Robby Kendall. Expect warm camp and a cosy sense of belonging; that’s the festival’s strength.</w:t>
      </w:r>
      <w:r/>
    </w:p>
    <w:p>
      <w:r/>
      <w:r>
        <w:t>Documentaries That Focus on Community and Memory</w:t>
      </w:r>
      <w:r/>
    </w:p>
    <w:p>
      <w:r/>
      <w:r>
        <w:t>Nonfiction offerings favour oral histories and reckonings with overlooked contributors to queer culture. Betsy Kalin’s Lesbians in Boytown highlights women’s roles within West Hollywood’s scene, an often under-reported slice of queer political life, while Orlando Bedolla’s Encuerados lifts up Latino men in LA’s leather community and the racial dynamics therein. Velvet Vision, a tribute to the late James Bidgood, brings a lush, nostalgic visual texture for anyone interested in queer art history.</w:t>
      </w:r>
      <w:r/>
    </w:p>
    <w:p>
      <w:r/>
      <w:r>
        <w:t>These films are less about global polemics and more about memory, identity and the messy human stories behind subcultures. If you like documentaries that feel like conversations with elders and artists, bring tissues and curiosity in equal measure.</w:t>
      </w:r>
      <w:r/>
    </w:p>
    <w:p>
      <w:r/>
      <w:r>
        <w:t>Themed Shorts, Panels and a Caregivers Programme</w:t>
      </w:r>
      <w:r/>
    </w:p>
    <w:p>
      <w:r/>
      <w:r>
        <w:t>A major draw this year is the variety of shorts packages: genre mash-ups, identity-focused blocks and thematic strands that let you sample a range in a single sitting. On Saturday, the “Surviving Voices” programme spotlights AIDS caregivers through Jorg Fockele’s documentary and a panel moderated by Sister Roma, which should be a thoughtful, emotionally textured conversation. Short programmes are ideal if you’re unsure what tone you’re in for, you can hop between laughs, horror-tinged pieces and quieter dramas in one afternoon.</w:t>
      </w:r>
      <w:r/>
    </w:p>
    <w:p>
      <w:r/>
      <w:r>
        <w:t>How This Festival Fits the Bay Area Queer Film Scene</w:t>
      </w:r>
      <w:r/>
    </w:p>
    <w:p>
      <w:r/>
      <w:r>
        <w:t>Frameline’s 50th anniversary reminds us there’s a long festival pedigree in town, but SF Queer Film Fest has carved a niche by curating tighter, locally minded bills and giving shorts real prominence. It’s the kind of festival where you’ll likely recognise faces in the lobby and leave with recommendations from strangers. For filmmakers, it’s a supportive platform; for audiences, an accessible way to meet new voices without the marathon scheduling of a month-long event.</w:t>
      </w:r>
      <w:r/>
    </w:p>
    <w:p>
      <w:r/>
      <w:r>
        <w:t>Practical Tips for Attending</w:t>
      </w:r>
      <w:r/>
      <w:r/>
    </w:p>
    <w:p>
      <w:pPr>
        <w:pStyle w:val="ListBullet"/>
        <w:spacing w:line="240" w:lineRule="auto"/>
        <w:ind w:left="720"/>
      </w:pPr>
      <w:r/>
      <w:r>
        <w:t>Buy tickets in advance for popular blocks, especially opening and closing nights.</w:t>
      </w:r>
      <w:r/>
    </w:p>
    <w:p>
      <w:pPr>
        <w:pStyle w:val="ListBullet"/>
        <w:spacing w:line="240" w:lineRule="auto"/>
        <w:ind w:left="720"/>
      </w:pPr>
      <w:r/>
      <w:r>
        <w:t>Pack a light layer, the Roxie gets chilly once the air conditioning kicks in.</w:t>
      </w:r>
      <w:r/>
    </w:p>
    <w:p>
      <w:pPr>
        <w:pStyle w:val="ListBullet"/>
        <w:spacing w:line="240" w:lineRule="auto"/>
        <w:ind w:left="720"/>
      </w:pPr>
      <w:r/>
      <w:r>
        <w:t>If you want to see the panels, arrive early; Q&amp;As and discussions tend to fill quickly.</w:t>
      </w:r>
      <w:r/>
    </w:p>
    <w:p>
      <w:pPr>
        <w:pStyle w:val="ListBullet"/>
        <w:spacing w:line="240" w:lineRule="auto"/>
        <w:ind w:left="720"/>
      </w:pPr>
      <w:r/>
      <w:r>
        <w:t>Pair a shorts package with a feature to vary rhythm and attention span.</w:t>
      </w:r>
      <w:r/>
    </w:p>
    <w:p>
      <w:pPr>
        <w:pStyle w:val="ListBullet"/>
        <w:spacing w:line="240" w:lineRule="auto"/>
        <w:ind w:left="720"/>
      </w:pPr>
      <w:r/>
      <w:r>
        <w:t>Check the festival site for up-to-the-minute schedule changes and ticket bundles.</w:t>
      </w:r>
      <w:r/>
      <w:r/>
    </w:p>
    <w:p>
      <w:r/>
      <w:r>
        <w:t>What Else to See in Theatres This Weekend</w:t>
      </w:r>
      <w:r/>
    </w:p>
    <w:p>
      <w:r/>
      <w:r>
        <w:t>If you want a film-only night out beyond the festival, local cinemas are screening new releases such as Late Fame, a smaller, carefully acted drama starring Willem Dafoe about late-life recognition, and lighter fare like The Floaters, a summer-camp comedy with a snarky heart. Documentary fans might also track down Everyone Is Lying To You For Money if you’re curious about crypto exposés. These aren’t part of the festival but make for a full cinematic weekend in town.</w:t>
      </w:r>
      <w:r/>
    </w:p>
    <w:p>
      <w:r/>
      <w:r>
        <w:t>Final Thought</w:t>
      </w:r>
      <w:r/>
    </w:p>
    <w:p>
      <w:r/>
      <w:r>
        <w:t>This festival is proof that you don’t need a mammoth schedule to get a rich queer-film experience, shorts, community-focused docs and a few well-chosen features can leave you feeling entertained, moved and smarter than when you arrived.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0">
        <w:r>
          <w:rPr>
            <w:color w:val="0000EE"/>
            <w:u w:val="single"/>
          </w:rPr>
          <w:t>[2]</w:t>
        </w:r>
      </w:hyperlink>
      <w:r>
        <w:t xml:space="preserve">- Paragraph 7: </w:t>
      </w:r>
      <w:hyperlink r:id="rId9">
        <w:r>
          <w:rPr>
            <w:color w:val="0000EE"/>
            <w:u w:val="single"/>
          </w:rPr>
          <w:t>[1]</w:t>
        </w:r>
      </w:hyperlink>
      <w:r>
        <w:t xml:space="preserve">, </w:t>
      </w:r>
      <w:hyperlink r:id="rId10">
        <w:r>
          <w:rPr>
            <w:color w:val="0000EE"/>
            <w:u w:val="single"/>
          </w:rPr>
          <w:t>[2]</w:t>
        </w:r>
      </w:hyperlink>
      <w:r>
        <w:t xml:space="preserve">- Paragraph 8: </w:t>
      </w:r>
      <w:hyperlink r:id="rId9">
        <w:r>
          <w:rPr>
            <w:color w:val="0000EE"/>
            <w:u w:val="single"/>
          </w:rPr>
          <w:t>[1]</w:t>
        </w:r>
      </w:hyperlink>
      <w:r>
        <w:t xml:space="preserve">, </w:t>
      </w:r>
      <w:hyperlink r:id="rId10">
        <w:r>
          <w:rPr>
            <w:color w:val="0000EE"/>
            <w:u w:val="single"/>
          </w:rPr>
          <w:t>[2]</w:t>
        </w:r>
      </w:hyperlink>
      <w:r>
        <w:t xml:space="preserve">- Paragraph 9: </w:t>
      </w:r>
      <w:hyperlink r:id="rId9">
        <w:r>
          <w:rPr>
            <w:color w:val="0000EE"/>
            <w:u w:val="single"/>
          </w:rPr>
          <w:t>[1]</w:t>
        </w:r>
      </w:hyperlink>
      <w:r>
        <w:t xml:space="preserve">, </w:t>
      </w:r>
      <w:hyperlink r:id="rId10">
        <w:r>
          <w:rPr>
            <w:color w:val="0000EE"/>
            <w:u w:val="single"/>
          </w:rPr>
          <w:t>[2]</w:t>
        </w:r>
      </w:hyperlink>
      <w:r>
        <w:t xml:space="preserve">- Paragraph 10: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https://48hills.org/2026/08/screen-grabs-sassy-ballers-latino-leatherman-eville-queens-sf-queer-film-fest-time/</w:t>
        </w:r>
      </w:hyperlink>
      <w:r>
        <w:t xml:space="preserve"> - Please view link - unable to able to access data</w:t>
      </w:r>
      <w:r/>
    </w:p>
    <w:p>
      <w:pPr>
        <w:pStyle w:val="ListNumber"/>
        <w:spacing w:line="240" w:lineRule="auto"/>
        <w:ind w:left="720"/>
      </w:pPr>
      <w:r/>
      <w:hyperlink r:id="rId10">
        <w:r>
          <w:rPr>
            <w:color w:val="0000EE"/>
            <w:u w:val="single"/>
          </w:rPr>
          <w:t>https://www.sfqueerfilmfest.com/</w:t>
        </w:r>
      </w:hyperlink>
      <w:r>
        <w:t xml:space="preserve"> - The SF Queer Film Festival is an annual LGBTQ+ film event in San Francisco, with its sixth edition scheduled for August 21–23, 2026, at the Roxie Theater. The festival focuses on short films and features a diverse range of genres and themes, including campy comedies, romantic dramas, and documentaries. Notable films include 'Mean Goals' by Ahuatl Amaro, 'Sweet Nothing' by Robby Kendall, and 'Lesbians in Boytown' by Betsy Kalin. The festival also hosts themed shorts packages and special programs like 'Surviving Voices,' which highlights AIDS caregivers. For more information on the festival's schedule, programs, and tickets, visit their official website.</w:t>
      </w:r>
      <w:r/>
    </w:p>
    <w:p>
      <w:pPr>
        <w:pStyle w:val="ListNumber"/>
        <w:spacing w:line="240" w:lineRule="auto"/>
        <w:ind w:left="720"/>
      </w:pPr>
      <w:r/>
      <w:hyperlink r:id="rId12">
        <w:r>
          <w:rPr>
            <w:color w:val="0000EE"/>
            <w:u w:val="single"/>
          </w:rPr>
          <w:t>https://www.frameline.org/festival/</w:t>
        </w:r>
      </w:hyperlink>
      <w:r>
        <w:t xml:space="preserve"> - Frameline is the world's longest-running and largest LGBTQ+ film festival, founded in 1977. The 50th edition, Frameline50, took place from June 17–27, 2026, in San Francisco and Oakland. The festival showcased over 140 films from 35 countries, including world premieres, acclaimed international features, documentaries, shorts, special events, and filmmaker Q&amp;As. Notable screenings included D'Arcy Drollinger's 'Lady Champagne' and Hayley Kiyoko's directorial debut 'Girls Like Girls.' Frameline50 celebrated five decades of queer cinema and culture, reaffirming its legacy as a cornerstone of LGBTQ+ storytelling and community.</w:t>
      </w:r>
      <w:r/>
    </w:p>
    <w:p>
      <w:pPr>
        <w:pStyle w:val="ListNumber"/>
        <w:spacing w:line="240" w:lineRule="auto"/>
        <w:ind w:left="720"/>
      </w:pPr>
      <w:r/>
      <w:hyperlink r:id="rId11">
        <w:r>
          <w:rPr>
            <w:color w:val="0000EE"/>
            <w:u w:val="single"/>
          </w:rPr>
          <w:t>https://www.frameline.org/attend/guest-faq</w:t>
        </w:r>
      </w:hyperlink>
      <w:r>
        <w:t xml:space="preserve"> - The Filmmaker FAQ section on Frameline's official website provides essential information for filmmakers attending the festival. It includes details about festival dates, ticketing, and industry events. Frameline50, the 50th San Francisco International LGBTQ+ Film Festival, was held from June 17–27, 2026. The program for Frameline50 was made available on May 13, 2026. Filmmakers can find information about guest badges, accreditation benefits, and industry programming, including the Queer Programmer Summit and Industry Day. The FAQ section serves as a comprehensive guide for filmmakers participating in the festival.</w:t>
      </w:r>
      <w:r/>
    </w:p>
    <w:p>
      <w:pPr>
        <w:pStyle w:val="ListNumber"/>
        <w:spacing w:line="240" w:lineRule="auto"/>
        <w:ind w:left="720"/>
      </w:pPr>
      <w:r/>
      <w:hyperlink r:id="rId13">
        <w:r>
          <w:rPr>
            <w:color w:val="0000EE"/>
            <w:u w:val="single"/>
          </w:rPr>
          <w:t>https://www.frameline.org/attend/industry/</w:t>
        </w:r>
      </w:hyperlink>
      <w:r>
        <w:t xml:space="preserve"> - The Industry section on Frameline's official website outlines the festival's offerings for industry professionals. Frameline50, the 50th San Francisco International LGBTQ+ Film Festival, took place from June 17–27, 2026, in San Francisco and Oakland. Accredited industry guests had access to events such as the Queer Programmer Summit and Industry Day. The festival provided opportunities for networking, attending panels, and engaging with filmmakers and other industry professionals. The Industry section also offers resources like the FL50 Industry Programming guide, detailing events and opportunities available to industry attendees.</w:t>
      </w:r>
      <w:r/>
    </w:p>
    <w:p>
      <w:pPr>
        <w:pStyle w:val="ListNumber"/>
        <w:spacing w:line="240" w:lineRule="auto"/>
        <w:ind w:left="720"/>
      </w:pPr>
      <w:r/>
      <w:hyperlink r:id="rId14">
        <w:r>
          <w:rPr>
            <w:color w:val="0000EE"/>
            <w:u w:val="single"/>
          </w:rPr>
          <w:t>https://www.frameline.org/</w:t>
        </w:r>
      </w:hyperlink>
      <w:r>
        <w:t xml:space="preserve"> - Frameline is the world's oldest and largest LGBTQ+ film festival, founded in 1977. The festival celebrates queer cinema through screenings, parties, networking events, and industry panels. Frameline50, the 50th San Francisco International LGBTQ+ Film Festival, was held from June 17–27, 2026, in San Francisco and Oakland. The festival showcased over 140 films from 35 countries, including world premieres, acclaimed international features, documentaries, shorts, special events, and filmmaker Q&amp;As. Frameline has been a cornerstone of LGBTQ+ storytelling and community for nearly five decades, reaffirming its legacy as a leading platform for queer media.</w:t>
      </w:r>
      <w:r/>
    </w:p>
    <w:p>
      <w:pPr>
        <w:pStyle w:val="ListNumber"/>
        <w:spacing w:line="240" w:lineRule="auto"/>
        <w:ind w:left="720"/>
      </w:pPr>
      <w:r/>
      <w:hyperlink r:id="rId15">
        <w:r>
          <w:rPr>
            <w:color w:val="0000EE"/>
            <w:u w:val="single"/>
          </w:rPr>
          <w:t>https://www.iglta.org/event/50th-san-francisco-international-lgbtq%2B-film-festival/4044/</w:t>
        </w:r>
      </w:hyperlink>
      <w:r>
        <w:t xml:space="preserve"> - The 50th San Francisco International LGBTQ+ Film Festival, known as Frameline50, took place on June 17, 2026. The festival is renowned for showcasing a diverse lineup of films from around the world, including world premieres, acclaimed international features, documentaries, shorts, special events, and filmmaker Q&amp;As. Frameline50 celebrated five decades of queer cinema, community, and culture, reaffirming its status as a leading platform for LGBTQ+ storytelling and media. The festival's events were held at various venues throughout San Francisco and Oakland, including the historic Castro Theatre.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48hills.org/2026/08/screen-grabs-sassy-ballers-latino-leatherman-eville-queens-sf-queer-film-fest-time/" TargetMode="External"/><Relationship Id="rId10" Type="http://schemas.openxmlformats.org/officeDocument/2006/relationships/hyperlink" Target="https://www.sfqueerfilmfest.com/" TargetMode="External"/><Relationship Id="rId11" Type="http://schemas.openxmlformats.org/officeDocument/2006/relationships/hyperlink" Target="https://www.frameline.org/attend/guest-faq" TargetMode="External"/><Relationship Id="rId12" Type="http://schemas.openxmlformats.org/officeDocument/2006/relationships/hyperlink" Target="https://www.frameline.org/festival/" TargetMode="External"/><Relationship Id="rId13" Type="http://schemas.openxmlformats.org/officeDocument/2006/relationships/hyperlink" Target="https://www.frameline.org/attend/industry/" TargetMode="External"/><Relationship Id="rId14" Type="http://schemas.openxmlformats.org/officeDocument/2006/relationships/hyperlink" Target="https://www.frameline.org/" TargetMode="External"/><Relationship Id="rId15" Type="http://schemas.openxmlformats.org/officeDocument/2006/relationships/hyperlink" Target="https://www.iglta.org/event/50th-san-francisco-international-lgbtq%2B-film-festival/404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