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SCENE Festival 2026 Picks to Catch Before Manchester Village Pride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festival-goers are flocking to Manchester as SCENE Festival returns from 20–27 August, serving up premieres, panels and parties across the city , a lively lead-in to Manchester Village Pride with events for film fans, queer culture lovers and anyone who enjoys a good night out.</w:t>
      </w:r>
      <w:r/>
    </w:p>
    <w:p>
      <w:r/>
      <w:r>
        <w:t>Essential Takeaways</w:t>
      </w:r>
      <w:r/>
      <w:r/>
    </w:p>
    <w:p>
      <w:pPr>
        <w:pStyle w:val="ListBullet"/>
        <w:spacing w:line="240" w:lineRule="auto"/>
        <w:ind w:left="720"/>
      </w:pPr>
      <w:r/>
      <w:r>
        <w:rPr>
          <w:b/>
        </w:rPr>
        <w:t>Dates and scale:</w:t>
      </w:r>
      <w:r>
        <w:t xml:space="preserve"> SCENE runs 20–27 August with around 60 events across multiple venues, from screenings to live panels. </w:t>
      </w:r>
      <w:r/>
    </w:p>
    <w:p>
      <w:pPr>
        <w:pStyle w:val="ListBullet"/>
        <w:spacing w:line="240" w:lineRule="auto"/>
        <w:ind w:left="720"/>
      </w:pPr>
      <w:r/>
      <w:r>
        <w:rPr>
          <w:b/>
        </w:rPr>
        <w:t>Big names:</w:t>
      </w:r>
      <w:r>
        <w:t xml:space="preserve"> Expect appearances from Russell T Davies, Alice Oseman and cast members from Rivals and Heartstopper. </w:t>
      </w:r>
      <w:r/>
    </w:p>
    <w:p>
      <w:pPr>
        <w:pStyle w:val="ListBullet"/>
        <w:spacing w:line="240" w:lineRule="auto"/>
        <w:ind w:left="720"/>
      </w:pPr>
      <w:r/>
      <w:r>
        <w:rPr>
          <w:b/>
        </w:rPr>
        <w:t>Charity-minded:</w:t>
      </w:r>
      <w:r>
        <w:t xml:space="preserve"> Ticket profits support the same charities Manchester Village Pride raises money for, aiming to beat last year’s fundraising. </w:t>
      </w:r>
      <w:r/>
    </w:p>
    <w:p>
      <w:pPr>
        <w:pStyle w:val="ListBullet"/>
        <w:spacing w:line="240" w:lineRule="auto"/>
        <w:ind w:left="720"/>
      </w:pPr>
      <w:r/>
      <w:r>
        <w:rPr>
          <w:b/>
        </w:rPr>
        <w:t>Mix of treats:</w:t>
      </w:r>
      <w:r>
        <w:t xml:space="preserve"> Premieres, retrospectives, documentaries and comedy nights offer both mainstream draws and niche queer cinema. </w:t>
      </w:r>
      <w:r/>
    </w:p>
    <w:p>
      <w:pPr>
        <w:pStyle w:val="ListBullet"/>
        <w:spacing w:line="240" w:lineRule="auto"/>
        <w:ind w:left="720"/>
      </w:pPr>
      <w:r/>
      <w:r>
        <w:rPr>
          <w:b/>
        </w:rPr>
        <w:t>Citywide vibe:</w:t>
      </w:r>
      <w:r>
        <w:t xml:space="preserve"> Events are spread across Manchester, pairing easy-to-reach venues with late-night parties and fringe activities.</w:t>
      </w:r>
      <w:r/>
      <w:r/>
    </w:p>
    <w:p>
      <w:pPr>
        <w:pStyle w:val="Heading2"/>
      </w:pPr>
      <w:r>
        <w:t>A cinematic curtain-raiser for Pride week</w:t>
      </w:r>
      <w:r/>
    </w:p>
    <w:p>
      <w:r/>
      <w:r>
        <w:t>Manchester’s SCENE Festival opens a film-and-TV door before the main Village Pride weekend, and you can feel the city buzzing the minute you step into a fringe screening or panel, with that warm, communal energy that makes Pride week special. According to Visit Manchester, SCENE is designed to spotlight LGBT+ stories while inviting everyone to join in, which is why programmers mix high-profile names with emerging talent. If you want the full experience, plan screenings and a couple of evening events , the queue for popular talks fills fast.</w:t>
      </w:r>
      <w:r/>
    </w:p>
    <w:p>
      <w:pPr>
        <w:pStyle w:val="Heading2"/>
      </w:pPr>
      <w:r>
        <w:t>Who to see: names that pull a crowd</w:t>
      </w:r>
      <w:r/>
    </w:p>
    <w:p>
      <w:r/>
      <w:r>
        <w:t>Russell T Davies and Alice Oseman are two of the festival’s headline draws, and their sessions look set to be highlights for both fans and media. Industry reporting shows the festival has lined up in-conversation events and retrospectives, including a fifth-anniversary look at It’s A Sin and a Heartstopper conversation with Oseman. For attendees, that means a rare chance to hear creators discuss influence, casting and queer representation , bring a notebook or just enjoy hearing the stories behind the shows.</w:t>
      </w:r>
      <w:r/>
    </w:p>
    <w:p>
      <w:pPr>
        <w:pStyle w:val="Heading2"/>
      </w:pPr>
      <w:r>
        <w:t>Screenings and premieres worth booking now</w:t>
      </w:r>
      <w:r/>
    </w:p>
    <w:p>
      <w:r/>
      <w:r>
        <w:t>SCENE’s programme includes festival-fresh titles and previews from established auteurs alongside buzzy new features. The schedule features Pedro Almodóvar’s Bitter Christmas, Jane Schoenbrun’s Cannes Queer Palm winner and promising debuts, so there’s a blend of arthouse texture and mainstream appeal. Visit the official SCENE Festival site for ticket bundles and day passes , if you love first-seen cinema, aim for weekday evening slots to avoid weekend crowds.</w:t>
      </w:r>
      <w:r/>
    </w:p>
    <w:p>
      <w:pPr>
        <w:pStyle w:val="Heading2"/>
      </w:pPr>
      <w:r>
        <w:t>Events beyond film: comedy, parties and documentaries</w:t>
      </w:r>
      <w:r/>
    </w:p>
    <w:p>
      <w:r/>
      <w:r>
        <w:t>The festival isn’t just about cinema; comedy nights, cabaret and anniversary celebrations broaden the appeal and keep the mood lively into the small hours. Channel 4’s comedy special, an Absolutely Fabulous tribute and a Hedwig commemoration make for joyous, queer-centric nights out that pair well with daytime screenings. And for music and subculture fans, documentaries on Patrick Wolf and NOFX add a satisfying, gritty counterpoint to glossy premieres.</w:t>
      </w:r>
      <w:r/>
    </w:p>
    <w:p>
      <w:pPr>
        <w:pStyle w:val="Heading2"/>
      </w:pPr>
      <w:r>
        <w:t>Why the festival matters to Manchester Pride</w:t>
      </w:r>
      <w:r/>
    </w:p>
    <w:p>
      <w:r/>
      <w:r>
        <w:t>SCENE is tightly linked to Manchester Village Pride, both in spirit and fundraising. Organisers say ticket revenues are donated to the same charities Village Pride supports, amplifying the festival’s community role while encouraging visitors to extend their stay across the bank holiday. With CityCo and festival programmers working closely with Village Pride, the week becomes more than one-off events , it’s a collective cultural push that keeps Manchester’s queer scene visible and thriving.</w:t>
      </w:r>
      <w:r/>
    </w:p>
    <w:p>
      <w:r/>
      <w:r>
        <w:t>It's a small change that can make every screening, talk and afterparty feel like part of something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13">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https://www.hellorayo.co.uk/hits-radio/manchester/news/scene-festival-kicks-off-ahead-of-2026-manchester-village-pride</w:t>
        </w:r>
      </w:hyperlink>
      <w:r>
        <w:t xml:space="preserve"> - Please view link - unable to able to access data</w:t>
      </w:r>
      <w:r/>
    </w:p>
    <w:p>
      <w:pPr>
        <w:pStyle w:val="ListNumber"/>
        <w:spacing w:line="240" w:lineRule="auto"/>
        <w:ind w:left="720"/>
      </w:pPr>
      <w:r/>
      <w:hyperlink r:id="rId10">
        <w:r>
          <w:rPr>
            <w:color w:val="0000EE"/>
            <w:u w:val="single"/>
          </w:rPr>
          <w:t>https://www.visitmanchester.com/ideas-and-inspiration/lgbt/scene-manchester-lgbtq-film-tv-festival/</w:t>
        </w:r>
      </w:hyperlink>
      <w:r>
        <w:t xml:space="preserve"> - SCENE Festival returns to Manchester for its third year, running from 20th to 27th August 2026. The festival offers a diverse programme of film, television, and live events across various city venues, positioning Manchester as a leading destination for inclusive storytelling. Highlights include screenings of new features, short films, documentaries, and classic film and TV, alongside panels, talks, parties, and special events featuring creators and industry voices.</w:t>
      </w:r>
      <w:r/>
    </w:p>
    <w:p>
      <w:pPr>
        <w:pStyle w:val="ListNumber"/>
        <w:spacing w:line="240" w:lineRule="auto"/>
        <w:ind w:left="720"/>
      </w:pPr>
      <w:r/>
      <w:hyperlink r:id="rId11">
        <w:r>
          <w:rPr>
            <w:color w:val="0000EE"/>
            <w:u w:val="single"/>
          </w:rPr>
          <w:t>https://www.visitmanchester.com/ideas-and-inspiration/lgbt/manchester-pride/</w:t>
        </w:r>
      </w:hyperlink>
      <w:r>
        <w:t xml:space="preserve"> - Manchester Village Pride, under the new direction of Manchester Village Pride CIC, is set to return in 2026. The event will take place over the Summer Bank Holiday Weekend, with wristbands now on sale. Funds raised will support LGBTQ+ charities, grassroots organisations, and vital community services. The Village will once again be the heart of the event, with businesses, performers, charities, activists, and residents shaping the programme together.</w:t>
      </w:r>
      <w:r/>
    </w:p>
    <w:p>
      <w:pPr>
        <w:pStyle w:val="ListNumber"/>
        <w:spacing w:line="240" w:lineRule="auto"/>
        <w:ind w:left="720"/>
      </w:pPr>
      <w:r/>
      <w:hyperlink r:id="rId13">
        <w:r>
          <w:rPr>
            <w:color w:val="0000EE"/>
            <w:u w:val="single"/>
          </w:rPr>
          <w:t>https://www.pro-manchester.co.uk/newsrooms/manchester-village-pride-2026/</w:t>
        </w:r>
      </w:hyperlink>
      <w:r>
        <w:t xml:space="preserve"> - Manchester Village Pride 2026, themed 'Pride in Our Village. Power to Our People.', is scheduled for 28th August to 31st August 2026 in the Gay Village. The event aims to celebrate progress, embrace safe spaces, and honour Manchester's role as a welcoming, safe place for the LGBTQ+ community. The iconic parade on 29th August will wind through the city, finishing in the Village, marking over forty years since Pride began in Manchester.</w:t>
      </w:r>
      <w:r/>
    </w:p>
    <w:p>
      <w:pPr>
        <w:pStyle w:val="ListNumber"/>
        <w:spacing w:line="240" w:lineRule="auto"/>
        <w:ind w:left="720"/>
      </w:pPr>
      <w:r/>
      <w:hyperlink r:id="rId15">
        <w:r>
          <w:rPr>
            <w:color w:val="0000EE"/>
            <w:u w:val="single"/>
          </w:rPr>
          <w:t>https://www.manchestertourism.org/manchester-pride-festival-guide/</w:t>
        </w:r>
      </w:hyperlink>
      <w:r>
        <w:t xml:space="preserve"> - Manchester Pride, now rebranded as Manchester Village Pride, returns from 28th August to 31st August 2026. The festival, themed 'No Place Like Home', celebrates the city's LGBTQ+ community with a parade on 29th August. Organised by Manchester Village Pride CIC, the event offers a range of activities, including performances, talks, and community gatherings, with proceeds supporting LGBTQ+ charities and services.</w:t>
      </w:r>
      <w:r/>
    </w:p>
    <w:p>
      <w:pPr>
        <w:pStyle w:val="ListNumber"/>
        <w:spacing w:line="240" w:lineRule="auto"/>
        <w:ind w:left="720"/>
      </w:pPr>
      <w:r/>
      <w:hyperlink r:id="rId12">
        <w:r>
          <w:rPr>
            <w:color w:val="0000EE"/>
            <w:u w:val="single"/>
          </w:rPr>
          <w:t>https://www.scenefestival.com/</w:t>
        </w:r>
      </w:hyperlink>
      <w:r>
        <w:t xml:space="preserve"> - SCENE: Manchester’s LGBTQ+ Film &amp; TV Festival returns for its third year, running from 20th to 27th August 2026. The festival brings together big names in television, film, and culture for eight days of screenings, panels, live comedy, parties, and premieres across Manchester. The 2026 programme includes a variety of events, with a full calendar available on the official website.</w:t>
      </w:r>
      <w:r/>
    </w:p>
    <w:p>
      <w:pPr>
        <w:pStyle w:val="ListNumber"/>
        <w:spacing w:line="240" w:lineRule="auto"/>
        <w:ind w:left="720"/>
      </w:pPr>
      <w:r/>
      <w:hyperlink r:id="rId14">
        <w:r>
          <w:rPr>
            <w:color w:val="0000EE"/>
            <w:u w:val="single"/>
          </w:rPr>
          <w:t>https://www.visitmanchester.com/event/manchester-village-pride-parade/26853101/</w:t>
        </w:r>
      </w:hyperlink>
      <w:r>
        <w:t xml:space="preserve"> - The Manchester Village Pride Parade, themed 'No Place Like Home', is scheduled for 29th August 2026. The parade will wind through the city, finishing in the Village, the birthplace of Pride in Manchester over forty years ago. The exact route will be announced soon, and the theme celebrates homecoming and Manchester’s reputation as a welcoming, safe space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llorayo.co.uk/hits-radio/manchester/news/scene-festival-kicks-off-ahead-of-2026-manchester-village-pride" TargetMode="External"/><Relationship Id="rId10" Type="http://schemas.openxmlformats.org/officeDocument/2006/relationships/hyperlink" Target="https://www.visitmanchester.com/ideas-and-inspiration/lgbt/scene-manchester-lgbtq-film-tv-festival/" TargetMode="External"/><Relationship Id="rId11" Type="http://schemas.openxmlformats.org/officeDocument/2006/relationships/hyperlink" Target="https://www.visitmanchester.com/ideas-and-inspiration/lgbt/manchester-pride/" TargetMode="External"/><Relationship Id="rId12" Type="http://schemas.openxmlformats.org/officeDocument/2006/relationships/hyperlink" Target="https://www.scenefestival.com/" TargetMode="External"/><Relationship Id="rId13" Type="http://schemas.openxmlformats.org/officeDocument/2006/relationships/hyperlink" Target="https://www.pro-manchester.co.uk/newsrooms/manchester-village-pride-2026/" TargetMode="External"/><Relationship Id="rId14" Type="http://schemas.openxmlformats.org/officeDocument/2006/relationships/hyperlink" Target="https://www.visitmanchester.com/event/manchester-village-pride-parade/26853101/" TargetMode="External"/><Relationship Id="rId15" Type="http://schemas.openxmlformats.org/officeDocument/2006/relationships/hyperlink" Target="https://www.manchestertourism.org/manchester-pride-festival-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