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Eye Lessons From the Original That Still Matter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viewers are rediscovering why the original Queer Eye for the Straight Guy mattered: it introduced mainstream TV to everyday queer lives, changed how families talk, and spawned a franchise that still shapes representation. Producers and fans say those early lessons still inform today’s rebooted, more nuanced takes.</w:t>
      </w:r>
      <w:r/>
    </w:p>
    <w:p>
      <w:r/>
      <w:r>
        <w:t>Essential Takeaways</w:t>
      </w:r>
      <w:r/>
      <w:r/>
    </w:p>
    <w:p>
      <w:pPr>
        <w:pStyle w:val="ListBullet"/>
        <w:spacing w:line="240" w:lineRule="auto"/>
        <w:ind w:left="720"/>
      </w:pPr>
      <w:r/>
      <w:r>
        <w:rPr>
          <w:b/>
        </w:rPr>
        <w:t>Pioneering concept:</w:t>
      </w:r>
      <w:r>
        <w:t xml:space="preserve"> The original show matched five gay experts to one man, creating the Fab Five format that felt fresh and witty.</w:t>
      </w:r>
      <w:r/>
    </w:p>
    <w:p>
      <w:pPr>
        <w:pStyle w:val="ListBullet"/>
        <w:spacing w:line="240" w:lineRule="auto"/>
        <w:ind w:left="720"/>
      </w:pPr>
      <w:r/>
      <w:r>
        <w:rPr>
          <w:b/>
        </w:rPr>
        <w:t>Real-world impact:</w:t>
      </w:r>
      <w:r>
        <w:t xml:space="preserve"> Families used the show to start difficult conversations about queerness, often in small-town America.</w:t>
      </w:r>
      <w:r/>
    </w:p>
    <w:p>
      <w:pPr>
        <w:pStyle w:val="ListBullet"/>
        <w:spacing w:line="240" w:lineRule="auto"/>
        <w:ind w:left="720"/>
      </w:pPr>
      <w:r/>
      <w:r>
        <w:rPr>
          <w:b/>
        </w:rPr>
        <w:t>Limits acknowledged:</w:t>
      </w:r>
      <w:r>
        <w:t xml:space="preserve"> Early episodes prioritised the “straight guy” arc over the experts’ backstories, a shortcoming later reboots fixed.</w:t>
      </w:r>
      <w:r/>
    </w:p>
    <w:p>
      <w:pPr>
        <w:pStyle w:val="ListBullet"/>
        <w:spacing w:line="240" w:lineRule="auto"/>
        <w:ind w:left="720"/>
      </w:pPr>
      <w:r/>
      <w:r>
        <w:rPr>
          <w:b/>
        </w:rPr>
        <w:t>Legacy evolved:</w:t>
      </w:r>
      <w:r>
        <w:t xml:space="preserve"> The 2018 Netflix revival broadened focus to celebrate queer subjects themselves, while keeping humanity front and centre.</w:t>
      </w:r>
      <w:r/>
    </w:p>
    <w:p>
      <w:pPr>
        <w:pStyle w:val="ListBullet"/>
        <w:spacing w:line="240" w:lineRule="auto"/>
        <w:ind w:left="720"/>
      </w:pPr>
      <w:r/>
      <w:r>
        <w:rPr>
          <w:b/>
        </w:rPr>
        <w:t>Future hinted:</w:t>
      </w:r>
      <w:r>
        <w:t xml:space="preserve"> Creators including David Collins suggest new versions are in development, so the franchise’s shape will keep changing.</w:t>
      </w:r>
      <w:r/>
      <w:r/>
    </w:p>
    <w:p>
      <w:pPr>
        <w:pStyle w:val="Heading2"/>
      </w:pPr>
      <w:r>
        <w:t>Why the original still feels important , the texture of those early moments</w:t>
      </w:r>
      <w:r/>
    </w:p>
    <w:p>
      <w:r/>
      <w:r>
        <w:t>The first Queer Eye landed like a bright, noisy curtain being pulled aside; it smelled of new cologne and possibility, and people noticed. According to contemporaneous reporting, the show’s mix of practical tips and sharp humour made it appointment TV for viewers curious about style and identity. Industry commentators note it wasn’t just makeover TV , it was a rare, weekly window into gay lives for audiences who’d mostly seen caricatured depictions before. For anyone choosing between nostalgia and critique, that immediacy is why the series still matters.</w:t>
      </w:r>
      <w:r/>
    </w:p>
    <w:p>
      <w:pPr>
        <w:pStyle w:val="Heading2"/>
      </w:pPr>
      <w:r>
        <w:t>How it changed family conversations , small towns to Times Square</w:t>
      </w:r>
      <w:r/>
    </w:p>
    <w:p>
      <w:r/>
      <w:r>
        <w:t>Producers and viewers have repeatedly said the program’s biggest wins were personal, not just ratings. Families who’d never discussed sexuality began talking around kitchen tables, and young queer people in conservative areas found solace in seeing themselves reflected on-screen. Journalists who covered the phenomenon observed that those intimate reactions helped normalise LGBTQ+ visibility in communities across the US, turning what might have been a glossy segment into a cultural lever for empathy.</w:t>
      </w:r>
      <w:r/>
    </w:p>
    <w:p>
      <w:pPr>
        <w:pStyle w:val="Heading2"/>
      </w:pPr>
      <w:r>
        <w:t>What it got wrong , the “straight guy” framing and missing depth</w:t>
      </w:r>
      <w:r/>
    </w:p>
    <w:p>
      <w:r/>
      <w:r>
        <w:t>It’s worth being candid: the show's original structure centred the straight participant’s transformation, which sometimes left the Fab Five's own stories underexplored. Critics and later retrospectives point out that the experts too often served as punchlines or shorthand for gay identity instead of full people. That limitation taught a lesson to future makers: representation without depth can still be progress, but it’s incomplete. If you’re revisiting the series, notice how the on-screen chemistry masks structural trade-offs.</w:t>
      </w:r>
      <w:r/>
    </w:p>
    <w:p>
      <w:pPr>
        <w:pStyle w:val="Heading2"/>
      </w:pPr>
      <w:r>
        <w:t>The reboot fixed the framing , more nuance, more lives</w:t>
      </w:r>
      <w:r/>
    </w:p>
    <w:p>
      <w:r/>
      <w:r>
        <w:t>When Queer Eye returned in 2018, it shifted the spotlight. The new format expanded whom the show helped and why, making the subjects’ emotional journeys central rather than peripheral. Cultural critics and TV analysts praised the reboot for deepening storytelling and showing a wider socio-economic and regional slice of American life. For viewers choosing what to watch now, the reboot offers both the comforting makeover beats and a more humane, complex look at queerness in everyday contexts.</w:t>
      </w:r>
      <w:r/>
    </w:p>
    <w:p>
      <w:pPr>
        <w:pStyle w:val="Heading2"/>
      </w:pPr>
      <w:r>
        <w:t>Why the franchise still matters , dignity, confidence, and practical tips</w:t>
      </w:r>
      <w:r/>
    </w:p>
    <w:p>
      <w:r/>
      <w:r>
        <w:t>At base, creators argue the show’s enduring appeal isn’t about outfits or interiors, it’s about dignity. Producers say confidence can change how people are seen and how they operate in the world, and that message resonates during political and cultural debates about LGBTQ+ life. Practically speaking, if you’re inspired by the show: focus on small, achievable changes , wardrobe staples that fit, a grooming routine that’s easy to maintain, and interiors that feel lived-in not staged. Those tiny wins add up.</w:t>
      </w:r>
      <w:r/>
    </w:p>
    <w:p>
      <w:r/>
      <w:r>
        <w:t>It's a small cultural nudge with big consequences: representation that opens conversations and invites empathy.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3">
        <w:r>
          <w:rPr>
            <w:color w:val="0000EE"/>
            <w:u w:val="single"/>
          </w:rPr>
          <w:t>[6]</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https://www.washingtonblade.com/2026/08/20/david-collins-queer-eye-straight-guy-teach-us/</w:t>
        </w:r>
      </w:hyperlink>
      <w:r>
        <w:t xml:space="preserve"> - Please view link - unable to able to access data</w:t>
      </w:r>
      <w:r/>
    </w:p>
    <w:p>
      <w:pPr>
        <w:pStyle w:val="ListNumber"/>
        <w:spacing w:line="240" w:lineRule="auto"/>
        <w:ind w:left="720"/>
      </w:pPr>
      <w:r/>
      <w:hyperlink r:id="rId10">
        <w:r>
          <w:rPr>
            <w:color w:val="0000EE"/>
            <w:u w:val="single"/>
          </w:rPr>
          <w:t>https://www.losangelesblade.com/2026/08/08/what-queer-eye-for-the-straight-guy-can-still-teach-us-today/</w:t>
        </w:r>
      </w:hyperlink>
      <w:r>
        <w:t xml:space="preserve"> - This article discusses the enduring impact of 'Queer Eye for the Straight Guy,' highlighting its role in advancing LGBTQ+ representation on television. It features insights from producer David Collins, who reflects on the show's success and its influence on contemporary media. The piece also touches upon the evolution of the series and its relevance in today's cultural landscape.</w:t>
      </w:r>
      <w:r/>
    </w:p>
    <w:p>
      <w:pPr>
        <w:pStyle w:val="ListNumber"/>
        <w:spacing w:line="240" w:lineRule="auto"/>
        <w:ind w:left="720"/>
      </w:pPr>
      <w:r/>
      <w:hyperlink r:id="rId14">
        <w:r>
          <w:rPr>
            <w:color w:val="0000EE"/>
            <w:u w:val="single"/>
          </w:rPr>
          <w:t>https://www.thewrap.com/why-queer-eye-is-still-relevant/</w:t>
        </w:r>
      </w:hyperlink>
      <w:r>
        <w:t xml:space="preserve"> - An interview with David Collins, the creator of 'Queer Eye for the Straight Guy,' where he discusses the show's continued relevance in the modern era. Collins emphasizes the ongoing need for authentic LGBTQ+ representation and mentorship in media, explaining how the series' themes resonate with current audiences.</w:t>
      </w:r>
      <w:r/>
    </w:p>
    <w:p>
      <w:pPr>
        <w:pStyle w:val="ListNumber"/>
        <w:spacing w:line="240" w:lineRule="auto"/>
        <w:ind w:left="720"/>
      </w:pPr>
      <w:r/>
      <w:hyperlink r:id="rId11">
        <w:r>
          <w:rPr>
            <w:color w:val="0000EE"/>
            <w:u w:val="single"/>
          </w:rPr>
          <w:t>https://www.kesq.com/entertainment/cnn-entertainment/2023/07/18/queer-eye-for-the-straight-guy-put-the-real-in-reality-television-20-years-ago/</w:t>
        </w:r>
      </w:hyperlink>
      <w:r>
        <w:t xml:space="preserve"> - This article commemorates the 20th anniversary of 'Queer Eye for the Straight Guy,' examining its groundbreaking approach to reality television. It features interviews with the show's creators, David Collins and Michael Williams, who share insights into the inception and impact of the series on the television landscape.</w:t>
      </w:r>
      <w:r/>
    </w:p>
    <w:p>
      <w:pPr>
        <w:pStyle w:val="ListNumber"/>
        <w:spacing w:line="240" w:lineRule="auto"/>
        <w:ind w:left="720"/>
      </w:pPr>
      <w:r/>
      <w:hyperlink r:id="rId12">
        <w:r>
          <w:rPr>
            <w:color w:val="0000EE"/>
            <w:u w:val="single"/>
          </w:rPr>
          <w:t>https://www.sfgate.com/entertainment/article/Groomed-gays-help-grubby-guys-Five-gents-with-2576369.php</w:t>
        </w:r>
      </w:hyperlink>
      <w:r>
        <w:t xml:space="preserve"> - A 2003 article detailing the origins of 'Queer Eye for the Straight Guy.' It recounts how David Collins conceived the idea for the show after observing a real-life interaction between stylish men and a man in need of a makeover, leading to the creation of the series that would redefine reality television.</w:t>
      </w:r>
      <w:r/>
    </w:p>
    <w:p>
      <w:pPr>
        <w:pStyle w:val="ListNumber"/>
        <w:spacing w:line="240" w:lineRule="auto"/>
        <w:ind w:left="720"/>
      </w:pPr>
      <w:r/>
      <w:hyperlink r:id="rId13">
        <w:r>
          <w:rPr>
            <w:color w:val="0000EE"/>
            <w:u w:val="single"/>
          </w:rPr>
          <w:t>https://www.vanityfair.com/hollywood/2018/02/queer-eye-for-the-straight-guy-netflix-reboot</w:t>
        </w:r>
      </w:hyperlink>
      <w:r>
        <w:t xml:space="preserve"> - An exploration of the 2018 Netflix reboot of 'Queer Eye for the Straight Guy,' featuring interviews with creators David Collins and Michael Williams. The article discusses the evolution of the series and its adaptation to contemporary social issues, highlighting its continued relevance and impact.</w:t>
      </w:r>
      <w:r/>
    </w:p>
    <w:p>
      <w:pPr>
        <w:pStyle w:val="ListNumber"/>
        <w:spacing w:line="240" w:lineRule="auto"/>
        <w:ind w:left="720"/>
      </w:pPr>
      <w:r/>
      <w:hyperlink r:id="rId15">
        <w:r>
          <w:rPr>
            <w:color w:val="0000EE"/>
            <w:u w:val="single"/>
          </w:rPr>
          <w:t>https://www.youtube.com/watch?v=azMqtFKWg4M</w:t>
        </w:r>
      </w:hyperlink>
      <w:r>
        <w:t xml:space="preserve"> - A video interview with the creators of 'Queer Eye for the Straight Guy,' David Collins and Rob Eric. They discuss the origins of the show, its cultural impact, and the importance of authenticity in storytelling, providing insights into the development and success of the series.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20/david-collins-queer-eye-straight-guy-teach-us/" TargetMode="External"/><Relationship Id="rId10" Type="http://schemas.openxmlformats.org/officeDocument/2006/relationships/hyperlink" Target="https://www.losangelesblade.com/2026/08/08/what-queer-eye-for-the-straight-guy-can-still-teach-us-today/" TargetMode="External"/><Relationship Id="rId11" Type="http://schemas.openxmlformats.org/officeDocument/2006/relationships/hyperlink" Target="https://www.kesq.com/entertainment/cnn-entertainment/2023/07/18/queer-eye-for-the-straight-guy-put-the-real-in-reality-television-20-years-ago/" TargetMode="External"/><Relationship Id="rId12" Type="http://schemas.openxmlformats.org/officeDocument/2006/relationships/hyperlink" Target="https://www.sfgate.com/entertainment/article/Groomed-gays-help-grubby-guys-Five-gents-with-2576369.php" TargetMode="External"/><Relationship Id="rId13" Type="http://schemas.openxmlformats.org/officeDocument/2006/relationships/hyperlink" Target="https://www.vanityfair.com/hollywood/2018/02/queer-eye-for-the-straight-guy-netflix-reboot" TargetMode="External"/><Relationship Id="rId14" Type="http://schemas.openxmlformats.org/officeDocument/2006/relationships/hyperlink" Target="https://www.thewrap.com/why-queer-eye-is-still-relevant/" TargetMode="External"/><Relationship Id="rId15" Type="http://schemas.openxmlformats.org/officeDocument/2006/relationships/hyperlink" Target="https://www.youtube.com/watch?v=azMqtFKWg4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