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Caribbean Festival in NYC: STAMINA Puts Culture First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scratch that, partygoers are flocking to STAMINA, Out N Bad’s three-day Labor Day Weekend festival in New York City that centres Queer Caribbean culture where it belongs: front and centre. It’s a long, loud, joyful weekend of dancehall, soca, food, and community that’s become more than a party, it's a home.</w:t>
      </w:r>
      <w:r/>
    </w:p>
    <w:p>
      <w:r/>
      <w:r>
        <w:t>Essential Takeaways</w:t>
      </w:r>
      <w:r/>
      <w:r/>
    </w:p>
    <w:p>
      <w:pPr>
        <w:pStyle w:val="ListBullet"/>
        <w:spacing w:line="240" w:lineRule="auto"/>
        <w:ind w:left="720"/>
      </w:pPr>
      <w:r/>
      <w:r>
        <w:rPr>
          <w:b/>
        </w:rPr>
        <w:t>Founded by a Queer Jamaican creative:</w:t>
      </w:r>
      <w:r>
        <w:t xml:space="preserve"> Out N Bad grew from Brooklyn bashments into a festival platform that blends dancehall and soca with queer culture.</w:t>
      </w:r>
      <w:r/>
    </w:p>
    <w:p>
      <w:pPr>
        <w:pStyle w:val="ListBullet"/>
        <w:spacing w:line="240" w:lineRule="auto"/>
        <w:ind w:left="720"/>
      </w:pPr>
      <w:r/>
      <w:r>
        <w:rPr>
          <w:b/>
        </w:rPr>
        <w:t>Three days, four events:</w:t>
      </w:r>
      <w:r>
        <w:t xml:space="preserve"> STAMINA 2026 runs September 4–6 with themed fêtes including reggae, a boat party, an all-black-and-gold gala, and a paint-and-powder close.</w:t>
      </w:r>
      <w:r/>
    </w:p>
    <w:p>
      <w:pPr>
        <w:pStyle w:val="ListBullet"/>
        <w:spacing w:line="240" w:lineRule="auto"/>
        <w:ind w:left="720"/>
      </w:pPr>
      <w:r/>
      <w:r>
        <w:rPr>
          <w:b/>
        </w:rPr>
        <w:t>Community-first vibe:</w:t>
      </w:r>
      <w:r>
        <w:t xml:space="preserve"> Organisers built the festival because mainstream queer or Caribbean nights didn’t fully hold both identities at once.</w:t>
      </w:r>
      <w:r/>
    </w:p>
    <w:p>
      <w:pPr>
        <w:pStyle w:val="ListBullet"/>
        <w:spacing w:line="240" w:lineRule="auto"/>
        <w:ind w:left="720"/>
      </w:pPr>
      <w:r/>
      <w:r>
        <w:rPr>
          <w:b/>
        </w:rPr>
        <w:t>Sold-out energy with limited tickets:</w:t>
      </w:r>
      <w:r>
        <w:t xml:space="preserve"> Full festival passes have already sold out; some single-event tickets remain available.</w:t>
      </w:r>
      <w:r/>
    </w:p>
    <w:p>
      <w:pPr>
        <w:pStyle w:val="ListBullet"/>
        <w:spacing w:line="240" w:lineRule="auto"/>
        <w:ind w:left="720"/>
      </w:pPr>
      <w:r/>
      <w:r>
        <w:rPr>
          <w:b/>
        </w:rPr>
        <w:t>Sensory highlights:</w:t>
      </w:r>
      <w:r>
        <w:t xml:space="preserve"> Expect vinyl reggae, skyline boat decks, heavy bass, vibrant outfits, and Caribbean flavours.</w:t>
      </w:r>
      <w:r/>
      <w:r/>
    </w:p>
    <w:p>
      <w:pPr>
        <w:pStyle w:val="Heading2"/>
      </w:pPr>
      <w:r>
        <w:t>Why STAMINA feels like a home, not just another festival</w:t>
      </w:r>
      <w:r/>
    </w:p>
    <w:p>
      <w:r/>
      <w:r>
        <w:t>Walk into a STAMINA event and you notice the small things, the DJ dropping vinyl reggae, the way people move when a familiar dancehall hit comes on, the smell of Caribbean dishes wafting through a venue. Those sensory cues matter because, as organisers say, this festival was made for people who don’t want to split their identity into separate nights. According to Out N Bad’s founder, what began as a single Brooklyn bashment quickly became a community demand for more time and more space.</w:t>
      </w:r>
      <w:r/>
    </w:p>
    <w:p>
      <w:r/>
      <w:r>
        <w:t>That backstory explains why STAMINA grew from one dance floor into a three-day weekend. It’s not merely a calendar expansion; it’s a recognition that Queer Caribbean joy needs room to breathe, liming and wine included. If you’ve been to mainstream queer parties that sideline Caribbean sounds, or Caribbean nights that sideline queer people, you’ll appreciate the relief of a place built for both.</w:t>
      </w:r>
      <w:r/>
    </w:p>
    <w:p>
      <w:pPr>
        <w:pStyle w:val="Heading2"/>
      </w:pPr>
      <w:r>
        <w:t>The lineup and themes: four kingdoms, each with a mood</w:t>
      </w:r>
      <w:r/>
    </w:p>
    <w:p>
      <w:r/>
      <w:r>
        <w:t>STAMINA 2026 calls itself The Royal Era and divides the weekend into themed kingdoms. The Arrival opens with reggae and wine, quiet liming before the noise. The boat party leans on ’90s and 2000s throwbacks with two decks playing dancehall and soca against Manhattan and Brooklyn skylines. Saturday’s BLACKOUT is the gala moment: black-and-gold, big sound, proper dancefloor energy. Finally, COLORS closes with paint and powder for a cathartic, messy release.</w:t>
      </w:r>
      <w:r/>
    </w:p>
    <w:p>
      <w:r/>
      <w:r>
        <w:t>For festival-goers this variety matters: you can start slow and nostalgic, then fully let go without changing your scene. If you’re choosing events, pick by vibe, vinyl and conversation, skyline views, peak dancefloor, or colourful catharsis.</w:t>
      </w:r>
      <w:r/>
    </w:p>
    <w:p>
      <w:pPr>
        <w:pStyle w:val="Heading2"/>
      </w:pPr>
      <w:r>
        <w:t>Tickets, crowds, and practical planning tips</w:t>
      </w:r>
      <w:r/>
    </w:p>
    <w:p>
      <w:r/>
      <w:r>
        <w:t>Festival passes sold out quickly, which is no surprise given the brand’s grassroots success, more than 40 prior events, thousands of attendees, and a growing social following. A limited number of single-event tickets are sometimes released, so sign up for updates and check ticket platforms regularly.</w:t>
      </w:r>
      <w:r/>
    </w:p>
    <w:p>
      <w:r/>
      <w:r>
        <w:t>If you’re going, wear something you can dance in all night but still feel regal in, The Royal Era invites pageantry. Bring small cash for food and merch, hydrate between rum punches, and factor in travel time between venues. The boat and outdoor spots are worth arriving early for lines and to nab the best vantage points.</w:t>
      </w:r>
      <w:r/>
    </w:p>
    <w:p>
      <w:pPr>
        <w:pStyle w:val="Heading2"/>
      </w:pPr>
      <w:r>
        <w:t>Why this matters beyond a good party</w:t>
      </w:r>
      <w:r/>
    </w:p>
    <w:p>
      <w:r/>
      <w:r>
        <w:t>STAMINA does more than programme DJs and curate themes; it offers cultural recognition. For many queer people of Caribbean heritage, the party is a vital social node: a chosen-family meeting place, a runway, a romantic scene, and often one of few spaces where cultural touchstones don’t need explanation. By centring those touchstones, STAMINA shifts the nightlife map in a small but meaningful way.</w:t>
      </w:r>
      <w:r/>
    </w:p>
    <w:p>
      <w:r/>
      <w:r>
        <w:t>Organisers and attendees describe the festival as an evolution of the community that built Out N Bad. That evolution feels hopeful, less about novelty and more about carving permanent cultural space in a city already rich with Caribbean life.</w:t>
      </w:r>
      <w:r/>
    </w:p>
    <w:p>
      <w:pPr>
        <w:pStyle w:val="Heading2"/>
      </w:pPr>
      <w:r>
        <w:t>Looking ahead: where STAMINA can go next</w:t>
      </w:r>
      <w:r/>
    </w:p>
    <w:p>
      <w:r/>
      <w:r>
        <w:t>With its third year framed as royalty, STAMINA looks set to keep expanding both scale and influence. Expect more collaborations with venues, bigger production, and possibly satellite events in other cities where Queer Caribbean communities gather. For now, the Royal Era marks a confident, celebratory claim: you can be queer and Caribbean at the same time, and you can do it loudly.</w:t>
      </w:r>
      <w:r/>
    </w:p>
    <w:p>
      <w:r/>
      <w:r>
        <w:t>It's a small cultural shift that makes every fete feel like belonging.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[5]</w:t>
        </w:r>
      </w:hyperlink>
      <w:r>
        <w:t xml:space="preserve">- Paragraph 6: </w:t>
      </w:r>
      <w:hyperlink r:id="rId9">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https://gomag.com/article/out-n-bads-stamina-festival-weekend-is-the-queerfestivity-you-need-to-go-to-like-now/</w:t>
        </w:r>
      </w:hyperlink>
      <w:r>
        <w:t xml:space="preserve"> - Please view link - unable to able to access data</w:t>
      </w:r>
      <w:r/>
    </w:p>
    <w:p>
      <w:pPr>
        <w:pStyle w:val="ListNumber"/>
        <w:spacing w:line="240" w:lineRule="auto"/>
        <w:ind w:left="720"/>
      </w:pPr>
      <w:r/>
      <w:hyperlink r:id="rId9">
        <w:r>
          <w:rPr>
            <w:color w:val="0000EE"/>
            <w:u w:val="single"/>
          </w:rPr>
          <w:t>https://gomag.com/article/out-n-bads-stamina-festival-weekend-is-the-queerfestivity-you-need-to-go-to-like-now/</w:t>
        </w:r>
      </w:hyperlink>
      <w:r>
        <w:t xml:space="preserve"> - Out N Bad's STAMINA festival, returning for its third year from September 4–6, 2026, is New York City's first Queer Caribbean festival. Organised by Out N Bad, the three-day event celebrates Caribbean music, food, nightlife, and culture, providing a space specifically for the queer community. The festival's 2026 theme, 'The Royal Era', features four events: LIME, DRIFT, BLACKOUT, and COLORS, each offering unique experiences that blend reggae, dancehall, soca, and Caribbean traditions.</w:t>
      </w:r>
      <w:r/>
    </w:p>
    <w:p>
      <w:pPr>
        <w:pStyle w:val="ListNumber"/>
        <w:spacing w:line="240" w:lineRule="auto"/>
        <w:ind w:left="720"/>
      </w:pPr>
      <w:r/>
      <w:hyperlink r:id="rId11">
        <w:r>
          <w:rPr>
            <w:color w:val="0000EE"/>
            <w:u w:val="single"/>
          </w:rPr>
          <w:t>https://www.outnbad.com/</w:t>
        </w:r>
      </w:hyperlink>
      <w:r>
        <w:t xml:space="preserve"> - Out N Bad is an organisation based in New York City that creates electrifying, empowering experiences centred around Queer Caribbean people, music, cuisine, and culture. Since 2022, they have been hosting unapologetic Caribbean bashments, spinning strictly dancehall, soca, and other Caribbean genres. Their mission is to craft authentic experiences that celebrate their rich heritage and address the lack of representation for the Caribbean community in the broader queer scene, creating spaces where everyone feels at home.</w:t>
      </w:r>
      <w:r/>
    </w:p>
    <w:p>
      <w:pPr>
        <w:pStyle w:val="ListNumber"/>
        <w:spacing w:line="240" w:lineRule="auto"/>
        <w:ind w:left="720"/>
      </w:pPr>
      <w:r/>
      <w:hyperlink r:id="rId12">
        <w:r>
          <w:rPr>
            <w:color w:val="0000EE"/>
            <w:u w:val="single"/>
          </w:rPr>
          <w:t>https://stamina-2026.squarespace.com/</w:t>
        </w:r>
      </w:hyperlink>
      <w:r>
        <w:t xml:space="preserve"> - STAMINA 2026: The Royal Era is a Queer Caribbean festival curated by Out N Bad, taking place over Labor Day Weekend from September 4–6, 2026, in New York City. The festival is described as a mythic celebration of Queer Caribbean royalty, where each event becomes its own divine kingdom. The four events include LIME, a reggae and wine social; DRIFT, a '90s and 2000s boat party; BLACKOUT, an all-black-and-gold bashment gala; and COLORS, a paint and powder fête.</w:t>
      </w:r>
      <w:r/>
    </w:p>
    <w:p>
      <w:pPr>
        <w:pStyle w:val="ListNumber"/>
        <w:spacing w:line="240" w:lineRule="auto"/>
        <w:ind w:left="720"/>
      </w:pPr>
      <w:r/>
      <w:hyperlink r:id="rId14">
        <w:r>
          <w:rPr>
            <w:color w:val="0000EE"/>
            <w:u w:val="single"/>
          </w:rPr>
          <w:t>https://www.staminafestival.com/home</w:t>
        </w:r>
      </w:hyperlink>
      <w:r>
        <w:t xml:space="preserve"> - STAMINA 2026: The Royal Era is a Queer Caribbean festival by Out N Bad, scheduled for Labor Day Weekend from September 4–6, 2026, in New York City. The festival is a celebration of Queer Caribbean music, food, community, and culture. The theme, 'The Royal Era', is a mythic celebration of Queer Caribbean royalty, with each event representing its own divine kingdom. The four events are LIME, DRIFT, BLACKOUT, and COLORS, each offering unique experiences that honour Caribbean culture and liberation.</w:t>
      </w:r>
      <w:r/>
    </w:p>
    <w:p>
      <w:pPr>
        <w:pStyle w:val="ListNumber"/>
        <w:spacing w:line="240" w:lineRule="auto"/>
        <w:ind w:left="720"/>
      </w:pPr>
      <w:r/>
      <w:hyperlink r:id="rId13">
        <w:r>
          <w:rPr>
            <w:color w:val="0000EE"/>
            <w:u w:val="single"/>
          </w:rPr>
          <w:t>https://www.eventbrite.com/e/stamina-2026-the-royal-era-queer-caribbean-festival-by-out-n-bad-tickets-1750939670689</w:t>
        </w:r>
      </w:hyperlink>
      <w:r>
        <w:t xml:space="preserve"> - STAMINA 2026: The Royal Era is a Queer Caribbean festival by Out N Bad, taking place from September 4–6, 2026, in New York City. The festival is a celebration of Queer Caribbean music, food, and culture, with the theme 'The Royal Era' being a mythic celebration of Queer Caribbean royalty. The four events are LIME, a reggae and wine social; DRIFT, a '90s and 2000s boat party; BLACKOUT, an all-black-and-gold bashment gala; and COLORS, a paint and powder fête.</w:t>
      </w:r>
      <w:r/>
    </w:p>
    <w:p>
      <w:pPr>
        <w:pStyle w:val="ListNumber"/>
        <w:spacing w:line="240" w:lineRule="auto"/>
        <w:ind w:left="720"/>
      </w:pPr>
      <w:r/>
      <w:hyperlink r:id="rId10">
        <w:r>
          <w:rPr>
            <w:color w:val="0000EE"/>
            <w:u w:val="single"/>
          </w:rPr>
          <w:t>https://gomag.com/event/stamina-2026-the-royal-era/</w:t>
        </w:r>
      </w:hyperlink>
      <w:r>
        <w:t xml:space="preserve"> - STAMINA 2026: The Royal Era is a Queer Caribbean festival by Out N Bad, scheduled for September 4–6, 2026, in New York City. The festival is a celebration of Queer Caribbean music, food, community, and culture, with the theme 'The Royal Era' being a mythic celebration of Queer Caribbean royalty. The four events are LIME, a reggae and wine social; DRIFT, a '90s and 2000s boat party; BLACKOUT, an all-black-and-gold bashment gala; and COLORS, a paint and powder fête.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article/out-n-bads-stamina-festival-weekend-is-the-queerfestivity-you-need-to-go-to-like-now/" TargetMode="External"/><Relationship Id="rId10" Type="http://schemas.openxmlformats.org/officeDocument/2006/relationships/hyperlink" Target="https://gomag.com/event/stamina-2026-the-royal-era/" TargetMode="External"/><Relationship Id="rId11" Type="http://schemas.openxmlformats.org/officeDocument/2006/relationships/hyperlink" Target="https://www.outnbad.com/" TargetMode="External"/><Relationship Id="rId12" Type="http://schemas.openxmlformats.org/officeDocument/2006/relationships/hyperlink" Target="https://stamina-2026.squarespace.com/" TargetMode="External"/><Relationship Id="rId13" Type="http://schemas.openxmlformats.org/officeDocument/2006/relationships/hyperlink" Target="https://www.eventbrite.com/e/stamina-2026-the-royal-era-queer-caribbean-festival-by-out-n-bad-tickets-1750939670689" TargetMode="External"/><Relationship Id="rId14" Type="http://schemas.openxmlformats.org/officeDocument/2006/relationships/hyperlink" Target="https://www.staminafestival.com/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