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Push: Why Rob Jetten Says Young LGBTQ+ Acceptance Is Slipping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leaders are sounding the alarm: Dutch Prime Minister Rob Jetten warned at WorldPride Amsterdam that acceptance of LGBTQ+ rights among young people is “under huge pressure”, urging renewed action at home and solidarity abroad as the Netherlands marks 25 years since legalising same‑sex marriage.</w:t>
      </w:r>
      <w:r/>
    </w:p>
    <w:p>
      <w:r/>
      <w:r>
        <w:t>Essential Takeaways</w:t>
      </w:r>
      <w:r/>
      <w:r/>
    </w:p>
    <w:p>
      <w:pPr>
        <w:pStyle w:val="ListBullet"/>
        <w:spacing w:line="240" w:lineRule="auto"/>
        <w:ind w:left="720"/>
      </w:pPr>
      <w:r/>
      <w:r>
        <w:rPr>
          <w:b/>
        </w:rPr>
        <w:t>Strong warning:</w:t>
      </w:r>
      <w:r>
        <w:t xml:space="preserve"> Rob Jetten says acceptance among youth is falling and complacency is risky. </w:t>
      </w:r>
      <w:r/>
    </w:p>
    <w:p>
      <w:pPr>
        <w:pStyle w:val="ListBullet"/>
        <w:spacing w:line="240" w:lineRule="auto"/>
        <w:ind w:left="720"/>
      </w:pPr>
      <w:r/>
      <w:r>
        <w:rPr>
          <w:b/>
        </w:rPr>
        <w:t>Visible backlash:</w:t>
      </w:r>
      <w:r>
        <w:t xml:space="preserve"> Political attacks and hateful incidents have increased, with reports of threats and discrimination. </w:t>
      </w:r>
      <w:r/>
    </w:p>
    <w:p>
      <w:pPr>
        <w:pStyle w:val="ListBullet"/>
        <w:spacing w:line="240" w:lineRule="auto"/>
        <w:ind w:left="720"/>
      </w:pPr>
      <w:r/>
      <w:r>
        <w:rPr>
          <w:b/>
        </w:rPr>
        <w:t>Policy response:</w:t>
      </w:r>
      <w:r>
        <w:t xml:space="preserve"> The government plans improved protections for trans people, better policing and surrogacy access. </w:t>
      </w:r>
      <w:r/>
    </w:p>
    <w:p>
      <w:pPr>
        <w:pStyle w:val="ListBullet"/>
        <w:spacing w:line="240" w:lineRule="auto"/>
        <w:ind w:left="720"/>
      </w:pPr>
      <w:r/>
      <w:r>
        <w:rPr>
          <w:b/>
        </w:rPr>
        <w:t>Call to action:</w:t>
      </w:r>
      <w:r>
        <w:t xml:space="preserve"> Jetten urges global queer solidarity, support for activists and renewed education efforts. </w:t>
      </w:r>
      <w:r/>
    </w:p>
    <w:p>
      <w:pPr>
        <w:pStyle w:val="ListBullet"/>
        <w:spacing w:line="240" w:lineRule="auto"/>
        <w:ind w:left="720"/>
      </w:pPr>
      <w:r/>
      <w:r>
        <w:rPr>
          <w:b/>
        </w:rPr>
        <w:t>Emotional note:</w:t>
      </w:r>
      <w:r>
        <w:t xml:space="preserve"> The tone mixes pride in past gains with urgency and a guarded optimism.</w:t>
      </w:r>
      <w:r/>
      <w:r/>
    </w:p>
    <w:p>
      <w:pPr>
        <w:pStyle w:val="Heading2"/>
      </w:pPr>
      <w:r>
        <w:t>A blunt wake‑up call at WorldPride , and it felt personal</w:t>
      </w:r>
      <w:r/>
    </w:p>
    <w:p>
      <w:r/>
      <w:r>
        <w:t>Jetten’s speech in Amsterdam hit a nerve, mixing the warm, celebratory sights of WorldPride with blunt concern about safety and belonging. He recalled the first same‑sex marriages 25 years ago, a visual reminder of how far the country has come, but then pivoted to a quieter, more worrying scene: young queer people feeling less safe. According to local coverage, he didn’t sugarcoat it , the mood was equal parts pride and alarm.</w:t>
      </w:r>
      <w:r/>
    </w:p>
    <w:p>
      <w:r/>
      <w:r>
        <w:t>Context matters. Reports across Dutch outlets show rising incidents of homophobic threats and public hostility, and Jetten has said he files reports regularly about abuse and threats. That everyday reality makes his call for renewed energy feel less like rhetoric and more like a practical plea.</w:t>
      </w:r>
      <w:r/>
    </w:p>
    <w:p>
      <w:pPr>
        <w:pStyle w:val="Heading2"/>
      </w:pPr>
      <w:r>
        <w:t>Politics, protest and pushback , where the pressure is coming from</w:t>
      </w:r>
      <w:r/>
    </w:p>
    <w:p>
      <w:r/>
      <w:r>
        <w:t>The pressure isn’t only cultural; it’s political too. Dutch commentary highlights parties and voices increasingly willing to challenge queer rights, and debate over trans healthcare has been particularly fraught. That shows up in streets and online, and officials have warned of new laws elsewhere that criminalise LGBTQ+ people , a reminder this isn’t an isolated Dutch problem.</w:t>
      </w:r>
      <w:r/>
    </w:p>
    <w:p>
      <w:r/>
      <w:r>
        <w:t>For readers weighing the implications, think of it this way: legal progress alone isn’t a shield. Laws can be rolled back or hollowed out unless accompanied by civic resistance, education and consistent enforcement.</w:t>
      </w:r>
      <w:r/>
    </w:p>
    <w:p>
      <w:pPr>
        <w:pStyle w:val="Heading2"/>
      </w:pPr>
      <w:r>
        <w:t>Practical measures: what Jetten’s government is putting forward</w:t>
      </w:r>
      <w:r/>
    </w:p>
    <w:p>
      <w:r/>
      <w:r>
        <w:t>Jetten set out concrete plans: stronger legal protections for trans people, better police response to hate crimes, and improved access to surrogacy for same‑sex couples. Those policy moves are meant to translate the spirit of Pride into things people notice every day , safer streets, clearer recourse after attacks, and fairer family rights.</w:t>
      </w:r>
      <w:r/>
    </w:p>
    <w:p>
      <w:r/>
      <w:r>
        <w:t>If you’re involved in local campaigning or community work, this is the moment to press for robust implementation. Laws are one thing; training for police, funding for schools and public awareness campaigns are where change is felt.</w:t>
      </w:r>
      <w:r/>
    </w:p>
    <w:p>
      <w:pPr>
        <w:pStyle w:val="Heading2"/>
      </w:pPr>
      <w:r>
        <w:t>Solidarity beyond borders , the global angle matters</w:t>
      </w:r>
      <w:r/>
    </w:p>
    <w:p>
      <w:r/>
      <w:r>
        <w:t>Jetten’s appeal wasn’t just national stagecraft; he urged international cooperation, asking queer communities to support activists in countries where being LGBTQ+ has become more dangerous. That global framing matters because trends in one country often echo elsewhere, especially online.</w:t>
      </w:r>
      <w:r/>
    </w:p>
    <w:p>
      <w:r/>
      <w:r>
        <w:t>Support can be practical , sharing legal resources, amplifying campaigns, funding safe havens , or symbolic, like keeping attention on attacks so they don’t fade from view. The idea is simple: when progress is global, defence should be too.</w:t>
      </w:r>
      <w:r/>
    </w:p>
    <w:p>
      <w:pPr>
        <w:pStyle w:val="Heading2"/>
      </w:pPr>
      <w:r>
        <w:t>Where this leaves us , cautious optimism and clear work to do</w:t>
      </w:r>
      <w:r/>
    </w:p>
    <w:p>
      <w:r/>
      <w:r>
        <w:t>There’s a hopeful edge to Jetten’s message. He believes queer communities can “win this fight” with coordinated action, education and protection measures. But it’s also a reminder that anniversaries are not finish lines; they’re checkpoints. Pride can celebrate past wins while sharpening the tools needed for the next battles.</w:t>
      </w:r>
      <w:r/>
    </w:p>
    <w:p>
      <w:r/>
      <w:r>
        <w:t>So if you care, don’t let a 25‑year milestone lull you into thinking the job’s done. Get involved, stay informed and back groups doing on‑the‑ground prevention and support.</w:t>
      </w:r>
      <w:r/>
    </w:p>
    <w:p>
      <w:r/>
      <w:r>
        <w:t>It's a small change that can make every Pride safer and more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4">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https://www.attitude.co.uk/news/world/rob-jetten-warns-of-waning-lgbtq-acceptance-among-youth-531915/</w:t>
        </w:r>
      </w:hyperlink>
      <w:r>
        <w:t xml:space="preserve"> - Please view link - unable to able to access data</w:t>
      </w:r>
      <w:r/>
    </w:p>
    <w:p>
      <w:pPr>
        <w:pStyle w:val="ListNumber"/>
        <w:spacing w:line="240" w:lineRule="auto"/>
        <w:ind w:left="720"/>
      </w:pPr>
      <w:r/>
      <w:hyperlink r:id="rId10">
        <w:r>
          <w:rPr>
            <w:color w:val="0000EE"/>
            <w:u w:val="single"/>
          </w:rPr>
          <w:t>https://nltimes.nl/2026/08/01/pm-jetten-worldpride-urges-young-lgbtia-people-come-gets-better</w:t>
        </w:r>
      </w:hyperlink>
      <w:r>
        <w:t xml:space="preserve"> - Dutch Prime Minister Rob Jetten encouraged young LGBTQIA+ individuals to come out openly during Amsterdam's Canal Parade preparations. Reflecting on his own teenage experiences, he emphasised that embracing one's identity leads to improvement. Jetten highlighted the significance of the Canal Parade as both a celebration and a necessary protest, noting that LGBTQ+ acceptance is under pressure in the Netherlands and globally. (</w:t>
      </w:r>
      <w:hyperlink r:id="rId16">
        <w:r>
          <w:rPr>
            <w:color w:val="0000EE"/>
            <w:u w:val="single"/>
          </w:rPr>
          <w:t>nltimes.nl</w:t>
        </w:r>
      </w:hyperlink>
      <w:r>
        <w:t>)</w:t>
      </w:r>
      <w:r/>
    </w:p>
    <w:p>
      <w:pPr>
        <w:pStyle w:val="ListNumber"/>
        <w:spacing w:line="240" w:lineRule="auto"/>
        <w:ind w:left="720"/>
      </w:pPr>
      <w:r/>
      <w:hyperlink r:id="rId12">
        <w:r>
          <w:rPr>
            <w:color w:val="0000EE"/>
            <w:u w:val="single"/>
          </w:rPr>
          <w:t>https://www.rtl.nl/nieuws/politiek/artikel/5572487/jetten-doet-iedere-week-aangifte-van-homohaat-en-bedreigingen</w:t>
        </w:r>
      </w:hyperlink>
      <w:r>
        <w:t xml:space="preserve"> - Prime Minister Rob Jetten reports weekly police reports due to homophobic hate and threats he receives daily. He has faced intense homophobia for ten years and chooses not to hide, aiming to show that he won't be intimidated by haters. Jetten wants to highlight that it's become normal in the Netherlands to attack someone based on their sexual orientation. (</w:t>
      </w:r>
      <w:hyperlink r:id="rId17">
        <w:r>
          <w:rPr>
            <w:color w:val="0000EE"/>
            <w:u w:val="single"/>
          </w:rPr>
          <w:t>rtl.nl</w:t>
        </w:r>
      </w:hyperlink>
      <w:r>
        <w:t>)</w:t>
      </w:r>
      <w:r/>
    </w:p>
    <w:p>
      <w:pPr>
        <w:pStyle w:val="ListNumber"/>
        <w:spacing w:line="240" w:lineRule="auto"/>
        <w:ind w:left="720"/>
      </w:pPr>
      <w:r/>
      <w:hyperlink r:id="rId11">
        <w:r>
          <w:rPr>
            <w:color w:val="0000EE"/>
            <w:u w:val="single"/>
          </w:rPr>
          <w:t>https://nltimes.nl/2026/08/05/prime-minister-jetten-amsterdam-mayor-halsema-warn-rising-anti-lgbtq-hatred</w:t>
        </w:r>
      </w:hyperlink>
      <w:r>
        <w:t xml:space="preserve"> - At the WorldPride Human Rights Conference in Amsterdam, Prime Minister Rob Jetten and Mayor Femke Halsema warned of increasing anti-LGBTQ+ hatred. They cited the recent attack at Berlin's Pride event and the rise of far-right conservative groups. Jetten described online hate as a significant threat to the LGBTQ+ community and announced government initiatives to address it. (</w:t>
      </w:r>
      <w:hyperlink r:id="rId18">
        <w:r>
          <w:rPr>
            <w:color w:val="0000EE"/>
            <w:u w:val="single"/>
          </w:rPr>
          <w:t>nltimes.nl</w:t>
        </w:r>
      </w:hyperlink>
      <w:r>
        <w:t>)</w:t>
      </w:r>
      <w:r/>
    </w:p>
    <w:p>
      <w:pPr>
        <w:pStyle w:val="ListNumber"/>
        <w:spacing w:line="240" w:lineRule="auto"/>
        <w:ind w:left="720"/>
      </w:pPr>
      <w:r/>
      <w:hyperlink r:id="rId13">
        <w:r>
          <w:rPr>
            <w:color w:val="0000EE"/>
            <w:u w:val="single"/>
          </w:rPr>
          <w:t>https://www.dutchnews.nl/2026/08/jetten-warns-of-rising-hate-at-worldpride-conference/</w:t>
        </w:r>
      </w:hyperlink>
      <w:r>
        <w:t xml:space="preserve"> - Prime Minister Rob Jetten warned of growing hatred and intolerance against the LGBTQI+ community at the WorldPride Human Rights Conference in Amsterdam. He noted that many countries are backsliding on equal rights legislation and that homophobic hate speech is becoming more overt and aggressive, fueled by well-organised groups hiding behind freedom of expression. (</w:t>
      </w:r>
      <w:hyperlink r:id="rId19">
        <w:r>
          <w:rPr>
            <w:color w:val="0000EE"/>
            <w:u w:val="single"/>
          </w:rPr>
          <w:t>dutchnews.nl</w:t>
        </w:r>
      </w:hyperlink>
      <w:r>
        <w:t>)</w:t>
      </w:r>
      <w:r/>
    </w:p>
    <w:p>
      <w:pPr>
        <w:pStyle w:val="ListNumber"/>
        <w:spacing w:line="240" w:lineRule="auto"/>
        <w:ind w:left="720"/>
      </w:pPr>
      <w:r/>
      <w:hyperlink r:id="rId15">
        <w:r>
          <w:rPr>
            <w:color w:val="0000EE"/>
            <w:u w:val="single"/>
          </w:rPr>
          <w:t>https://www.vandaaginside.nl/politiek/nederlandse-politiek/artikelen/rob-jetten-mensen-zullen-eraan-moeten-wennen-dat-er-nu-een-homo-in-het-tore</w:t>
        </w:r>
      </w:hyperlink>
      <w:r>
        <w:t xml:space="preserve"> - In an interview, Prime Minister Rob Jetten expressed that people will have to get used to having a gay person in the Prime Minister's office. He mentioned receiving positive feedback from citizens and stated that he enjoys the work despite the challenges. Jetten also addressed criticism regarding social media posts and emphasized the importance of sharing his personal life. (</w:t>
      </w:r>
      <w:hyperlink r:id="rId20">
        <w:r>
          <w:rPr>
            <w:color w:val="0000EE"/>
            <w:u w:val="single"/>
          </w:rPr>
          <w:t>vandaaginside.nl</w:t>
        </w:r>
      </w:hyperlink>
      <w:r>
        <w:t>)</w:t>
      </w:r>
      <w:r/>
    </w:p>
    <w:p>
      <w:pPr>
        <w:pStyle w:val="ListNumber"/>
        <w:spacing w:line="240" w:lineRule="auto"/>
        <w:ind w:left="720"/>
      </w:pPr>
      <w:r/>
      <w:hyperlink r:id="rId14">
        <w:r>
          <w:rPr>
            <w:color w:val="0000EE"/>
            <w:u w:val="single"/>
          </w:rPr>
          <w:t>https://www.welingelichtekringen.nl/samenleving/jetten-moedigt-jonge-queers-aan-openlijk-zichzelf-te-zijn</w:t>
        </w:r>
      </w:hyperlink>
      <w:r>
        <w:t xml:space="preserve"> - Prime Minister Rob Jetten encouraged young LGBTQIA+ individuals to come out openly, reflecting on his own teenage experiences. He stated that embracing one's identity leads to improvement and highlighted the significance of the Canal Parade as both a celebration and a necessary protest. Jetten noted that LGBTQ+ acceptance is under pressure in the Netherlands and globally. (</w:t>
      </w:r>
      <w:hyperlink r:id="rId21">
        <w:r>
          <w:rPr>
            <w:color w:val="0000EE"/>
            <w:u w:val="single"/>
          </w:rPr>
          <w:t>welingelichtekringen.nl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orld/rob-jetten-warns-of-waning-lgbtq-acceptance-among-youth-531915/" TargetMode="External"/><Relationship Id="rId10" Type="http://schemas.openxmlformats.org/officeDocument/2006/relationships/hyperlink" Target="https://nltimes.nl/2026/08/01/pm-jetten-worldpride-urges-young-lgbtia-people-come-gets-better" TargetMode="External"/><Relationship Id="rId11" Type="http://schemas.openxmlformats.org/officeDocument/2006/relationships/hyperlink" Target="https://nltimes.nl/2026/08/05/prime-minister-jetten-amsterdam-mayor-halsema-warn-rising-anti-lgbtq-hatred" TargetMode="External"/><Relationship Id="rId12" Type="http://schemas.openxmlformats.org/officeDocument/2006/relationships/hyperlink" Target="https://www.rtl.nl/nieuws/politiek/artikel/5572487/jetten-doet-iedere-week-aangifte-van-homohaat-en-bedreigingen" TargetMode="External"/><Relationship Id="rId13" Type="http://schemas.openxmlformats.org/officeDocument/2006/relationships/hyperlink" Target="https://www.dutchnews.nl/2026/08/jetten-warns-of-rising-hate-at-worldpride-conference/" TargetMode="External"/><Relationship Id="rId14" Type="http://schemas.openxmlformats.org/officeDocument/2006/relationships/hyperlink" Target="https://www.welingelichtekringen.nl/samenleving/jetten-moedigt-jonge-queers-aan-openlijk-zichzelf-te-zijn" TargetMode="External"/><Relationship Id="rId15" Type="http://schemas.openxmlformats.org/officeDocument/2006/relationships/hyperlink" Target="https://www.vandaaginside.nl/politiek/nederlandse-politiek/artikelen/rob-jetten-mensen-zullen-eraan-moeten-wennen-dat-er-nu-een-homo-in-het-tore" TargetMode="External"/><Relationship Id="rId16" Type="http://schemas.openxmlformats.org/officeDocument/2006/relationships/hyperlink" Target="https://nltimes.nl/2026/08/01/pm-jetten-worldpride-urges-young-lgbtia-people-come-gets-better?utm_source=openai" TargetMode="External"/><Relationship Id="rId17" Type="http://schemas.openxmlformats.org/officeDocument/2006/relationships/hyperlink" Target="https://www.rtl.nl/nieuws/politiek/artikel/5572487/jetten-doet-iedere-week-aangifte-van-homohaat-en-bedreigingen?utm_source=openai" TargetMode="External"/><Relationship Id="rId18" Type="http://schemas.openxmlformats.org/officeDocument/2006/relationships/hyperlink" Target="https://nltimes.nl/2026/08/05/prime-minister-jetten-amsterdam-mayor-halsema-warn-rising-anti-lgbtq-hatred?utm_source=openai" TargetMode="External"/><Relationship Id="rId19" Type="http://schemas.openxmlformats.org/officeDocument/2006/relationships/hyperlink" Target="https://www.dutchnews.nl/2026/08/jetten-warns-of-rising-hate-at-worldpride-conference/?utm_source=openai" TargetMode="External"/><Relationship Id="rId20" Type="http://schemas.openxmlformats.org/officeDocument/2006/relationships/hyperlink" Target="https://www.vandaaginside.nl/politiek/nederlandse-politiek/artikelen/rob-jetten-mensen-zullen-eraan-moeten-wennen-dat-er-nu-een-homo-in-het-tore?utm_source=openai" TargetMode="External"/><Relationship Id="rId21" Type="http://schemas.openxmlformats.org/officeDocument/2006/relationships/hyperlink" Target="https://www.welingelichtekringen.nl/samenleving/jetten-moedigt-jonge-queers-aan-openlijk-zichzelf-te-zij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