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Paris Pride March Dates: Why the 2026 Parade Was Moved to 3 October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residents and activists noticed a big switch-up: Paris’s Pride march, originally set for 27 June 2026, was postponed because of an exceptional heatwave , organisers have now pinned a new date, and it matters for safety, planning and summer event calendars.</w:t>
      </w:r>
      <w:r/>
    </w:p>
    <w:p>
      <w:r/>
      <w:r>
        <w:t>Essential Takeaways</w:t>
      </w:r>
      <w:r/>
      <w:r/>
    </w:p>
    <w:p>
      <w:pPr>
        <w:pStyle w:val="ListBullet"/>
        <w:spacing w:line="240" w:lineRule="auto"/>
        <w:ind w:left="720"/>
      </w:pPr>
      <w:r/>
      <w:r>
        <w:rPr>
          <w:b/>
        </w:rPr>
        <w:t>New date announced:</w:t>
      </w:r>
      <w:r>
        <w:t xml:space="preserve"> The Paris Pride march has been rescheduled to 3 October 2026, giving organisers time to regroup and participants a cooler day to march.</w:t>
      </w:r>
      <w:r/>
    </w:p>
    <w:p>
      <w:pPr>
        <w:pStyle w:val="ListBullet"/>
        <w:spacing w:line="240" w:lineRule="auto"/>
        <w:ind w:left="720"/>
      </w:pPr>
      <w:r/>
      <w:r>
        <w:rPr>
          <w:b/>
        </w:rPr>
        <w:t>Safety first:</w:t>
      </w:r>
      <w:r>
        <w:t xml:space="preserve"> Authorities called the original 27 June parade off amid a red heat alert, with temperatures forecast above 40°C and real risks of heatstroke and dehydration.</w:t>
      </w:r>
      <w:r/>
    </w:p>
    <w:p>
      <w:pPr>
        <w:pStyle w:val="ListBullet"/>
        <w:spacing w:line="240" w:lineRule="auto"/>
        <w:ind w:left="720"/>
      </w:pPr>
      <w:r/>
      <w:r>
        <w:rPr>
          <w:b/>
        </w:rPr>
        <w:t>Wider impact:</w:t>
      </w:r>
      <w:r>
        <w:t xml:space="preserve"> Other major events, including the Solidays festival, were cancelled or adapted as emergency services were already stretched.</w:t>
      </w:r>
      <w:r/>
    </w:p>
    <w:p>
      <w:pPr>
        <w:pStyle w:val="ListBullet"/>
        <w:spacing w:line="240" w:lineRule="auto"/>
        <w:ind w:left="720"/>
      </w:pPr>
      <w:r/>
      <w:r>
        <w:rPr>
          <w:b/>
        </w:rPr>
        <w:t>Practical note:</w:t>
      </w:r>
      <w:r>
        <w:t xml:space="preserve"> Expect route and timetable details to be confirmed by organisers; bring water, shade plans and ID if you go.</w:t>
      </w:r>
      <w:r/>
    </w:p>
    <w:p>
      <w:pPr>
        <w:pStyle w:val="ListBullet"/>
        <w:spacing w:line="240" w:lineRule="auto"/>
        <w:ind w:left="720"/>
      </w:pPr>
      <w:r/>
      <w:r>
        <w:rPr>
          <w:b/>
        </w:rPr>
        <w:t>Atmosphere shift:</w:t>
      </w:r>
      <w:r>
        <w:t xml:space="preserve"> The autumn date will feel different , milder weather, maybe more spectators , but the message and visibility remain central.</w:t>
      </w:r>
      <w:r/>
      <w:r/>
    </w:p>
    <w:p>
      <w:pPr>
        <w:pStyle w:val="Heading2"/>
      </w:pPr>
      <w:r>
        <w:t>Heatwave upended summer plans , march moved for public safety</w:t>
      </w:r>
      <w:r/>
    </w:p>
    <w:p>
      <w:r/>
      <w:r>
        <w:t>Paris was gripped by an exceptional heatwave that pushed temperatures into the 40s, and authorities deemed outdoor mass gatherings too risky. According to local reporting, the Préfecture de police urged organisers to cancel or postpone weekend events, and the Pride committee opted to move the march rather than call it off. You could practically taste the dry, heavy air in the decision , organisers were protecting walkers, volunteers and first responders.</w:t>
      </w:r>
      <w:r/>
    </w:p>
    <w:p>
      <w:pPr>
        <w:pStyle w:val="Heading2"/>
      </w:pPr>
      <w:r>
        <w:t>Why 3 October? Cooler weather and less strain on services</w:t>
      </w:r>
      <w:r/>
    </w:p>
    <w:p>
      <w:r/>
      <w:r>
        <w:t>Organisers picked 3 October 2026 as a sensible alternative: cooler, more predictable weather and a less pressured emergency service calendar. Reuters-style accounts of the period show multiple events clashing with already-busy rescue teams, so shifting to autumn spreads the load. For attendees it means swapping a sweaty, tiring slog for a potentially brisk, purposeful procession.</w:t>
      </w:r>
      <w:r/>
    </w:p>
    <w:p>
      <w:pPr>
        <w:pStyle w:val="Heading2"/>
      </w:pPr>
      <w:r>
        <w:t>What this means for other events and festival planning</w:t>
      </w:r>
      <w:r/>
    </w:p>
    <w:p>
      <w:r/>
      <w:r>
        <w:t>The heatwave didn’t just affect Pride; festivals like Solidays were cancelled or altered, too. Local press and broadcasters reported a cascade of changes as event planners scrambled to adjust. The episode underlines a growing trend: large, outdoor cultural gatherings must now build contingency plans for climate extremes. If you run or attend events, assume a plan B is no longer optional.</w:t>
      </w:r>
      <w:r/>
    </w:p>
    <w:p>
      <w:pPr>
        <w:pStyle w:val="Heading2"/>
      </w:pPr>
      <w:r>
        <w:t>How to prepare if you’re going on 3 October</w:t>
      </w:r>
      <w:r/>
    </w:p>
    <w:p>
      <w:r/>
      <w:r>
        <w:t>Expect official updates on the route and start times; check organisers’ channels before you travel. Pack basics , water, light layers, a small umbrella for unexpected rain , and think accessibility: cooler weather helps many, but some participants may prefer shade, seating or shorter walking options. If you volunteer, register early and flag any medical or support needs so marshals can plan.</w:t>
      </w:r>
      <w:r/>
    </w:p>
    <w:p>
      <w:pPr>
        <w:pStyle w:val="Heading2"/>
      </w:pPr>
      <w:r>
        <w:t>A different vibe but the same purpose</w:t>
      </w:r>
      <w:r/>
    </w:p>
    <w:p>
      <w:r/>
      <w:r>
        <w:t>Moving Pride from high summer to early October changes the soundtrack a little , fewer short-sleeved T-shirts, perhaps more banners and scarves , but it doesn’t change why people gather. Coverage from national outlets noted organisers chose postponement to preserve turnout and the safety of vulnerable participants. In the longer run, expect calendar shifts like this to become part of how cities host large demonstrations.</w:t>
      </w:r>
      <w:r/>
    </w:p>
    <w:p>
      <w:r/>
      <w:r>
        <w:t>It's a small scheduling change with a big payoff: safer day, stronger turnout, same proud message.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1">
        <w:r>
          <w:rPr>
            <w:color w:val="0000EE"/>
            <w:u w:val="single"/>
          </w:rPr>
          <w:t>[4]</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https://www.sortiraparis.com/actualites/a-paris/articles/348211-quand-aura-lieu-la-marche-des-fiertes-2026-reportee-a-cause-de-la-canicule-la-date-est-desormais-annoncee</w:t>
        </w:r>
      </w:hyperlink>
      <w:r>
        <w:t xml:space="preserve"> - Please view link - unable to able to access data</w:t>
      </w:r>
      <w:r/>
    </w:p>
    <w:p>
      <w:pPr>
        <w:pStyle w:val="ListNumber"/>
        <w:spacing w:line="240" w:lineRule="auto"/>
        <w:ind w:left="720"/>
      </w:pPr>
      <w:r/>
      <w:hyperlink r:id="rId10">
        <w:r>
          <w:rPr>
            <w:color w:val="0000EE"/>
            <w:u w:val="single"/>
          </w:rPr>
          <w:t>https://www.leparisien.fr/culture-loisirs/musique/solidays/canicule-le-festival-solidays-et-la-marche-des-fiertes-prevus-a-paris-ce-week-end-annules-26-06-2026-WP4EBVCSGZEJPOUEILFOZIFI5M.php</w:t>
        </w:r>
      </w:hyperlink>
      <w:r>
        <w:t xml:space="preserve"> - In June 2026, Paris faced an exceptional heatwave, leading the Prefecture of Police to request the cancellation of large public gatherings, including the Solidays festival and the Pride March. The organisers complied, prioritising public safety due to the extreme temperatures and the strain on emergency services. The events were subsequently cancelled to prevent health risks associated with the heatwave.</w:t>
      </w:r>
      <w:r/>
    </w:p>
    <w:p>
      <w:pPr>
        <w:pStyle w:val="ListNumber"/>
        <w:spacing w:line="240" w:lineRule="auto"/>
        <w:ind w:left="720"/>
      </w:pPr>
      <w:r/>
      <w:hyperlink r:id="rId12">
        <w:r>
          <w:rPr>
            <w:color w:val="0000EE"/>
            <w:u w:val="single"/>
          </w:rPr>
          <w:t>https://lcp.fr/actualites/canicule-le-festival-solidays-et-la-marche-des-fiertes-sont-annules-438358</w:t>
        </w:r>
      </w:hyperlink>
      <w:r>
        <w:t xml:space="preserve"> - Amidst a severe heatwave in June 2026, the Prefecture of Police in Paris mandated the cancellation of major public events, including the Solidays festival and the Pride March. The organisers adhered to this directive, citing concerns over public health and the capacity of emergency services to handle potential heat-related incidents. The events were officially cancelled to mitigate health risks.</w:t>
      </w:r>
      <w:r/>
    </w:p>
    <w:p>
      <w:pPr>
        <w:pStyle w:val="ListNumber"/>
        <w:spacing w:line="240" w:lineRule="auto"/>
        <w:ind w:left="720"/>
      </w:pPr>
      <w:r/>
      <w:hyperlink r:id="rId11">
        <w:r>
          <w:rPr>
            <w:color w:val="0000EE"/>
            <w:u w:val="single"/>
          </w:rPr>
          <w:t>https://www.jds.fr/paris/actu/programme-de-la-marche-des-fiertes-paris-2026-parcours-et-horaires-1607092_A</w:t>
        </w:r>
      </w:hyperlink>
      <w:r>
        <w:t xml:space="preserve"> - The 2026 Paris Pride March was initially scheduled for Saturday, 27 June 2026, with a departure from Place d'Italie at 13:30. The route was planned to traverse several streets of the capital, culminating at Place de la République. However, due to an unprecedented heatwave, the event was officially cancelled the day before its planned date, prioritising public safety.</w:t>
      </w:r>
      <w:r/>
    </w:p>
    <w:p>
      <w:pPr>
        <w:pStyle w:val="ListNumber"/>
        <w:spacing w:line="240" w:lineRule="auto"/>
        <w:ind w:left="720"/>
      </w:pPr>
      <w:r/>
      <w:hyperlink r:id="rId13">
        <w:r>
          <w:rPr>
            <w:color w:val="0000EE"/>
            <w:u w:val="single"/>
          </w:rPr>
          <w:t>https://www.jds.fr/paris/actu/la-marche-des-fiertes-2026-a-paris-officiellement-annulee-ce-samedi-a-cause-de-la-canicule-1624934_A</w:t>
        </w:r>
      </w:hyperlink>
      <w:r>
        <w:t xml:space="preserve"> - In June 2026, the Paris Pride March, scheduled for Saturday, 27 June, was officially cancelled due to an exceptional heatwave affecting the Île-de-France region. The Prefecture of Police had placed Paris under a red heatwave alert, deeming the conditions too risky for participants and emergency services. The organisers, Inter-LGBT, complied with the directive, cancelling the event to ensure public safety.</w:t>
      </w:r>
      <w:r/>
    </w:p>
    <w:p>
      <w:pPr>
        <w:pStyle w:val="ListNumber"/>
        <w:spacing w:line="240" w:lineRule="auto"/>
        <w:ind w:left="720"/>
      </w:pPr>
      <w:r/>
      <w:hyperlink r:id="rId14">
        <w:r>
          <w:rPr>
            <w:color w:val="0000EE"/>
            <w:u w:val="single"/>
          </w:rPr>
          <w:t>https://www.timeout.fr/paris/actualites/la-marche-des-fiertes-de-paris-reportee-a-septembre-a-cause-de-la-canicule-063026</w:t>
        </w:r>
      </w:hyperlink>
      <w:r>
        <w:t xml:space="preserve"> - Following the cancellation of the Paris Pride March due to an extreme heatwave, organisers announced a postponement to September 2026. The decision was made in response to the Prefecture of Police's request to cancel large public gatherings amid the heatwave, which posed significant health risks. A new date in September was set to ensure the safety and comfort of participants.</w:t>
      </w:r>
      <w:r/>
    </w:p>
    <w:p>
      <w:pPr>
        <w:pStyle w:val="ListNumber"/>
        <w:spacing w:line="240" w:lineRule="auto"/>
        <w:ind w:left="720"/>
      </w:pPr>
      <w:r/>
      <w:hyperlink r:id="rId15">
        <w:r>
          <w:rPr>
            <w:color w:val="0000EE"/>
            <w:u w:val="single"/>
          </w:rPr>
          <w:t>https://www.tf1info.fr/culture/canicule-historique-le-festival-solidays-annule-a-quelques-heures-de-l-ouverture-la-marche-des-fiertes-reportee-2449709.html</w:t>
        </w:r>
      </w:hyperlink>
      <w:r>
        <w:t xml:space="preserve"> - In June 2026, Paris experienced a historic heatwave, leading the Prefecture of Police to request the cancellation of major public events, including the Solidays festival and the Pride March. The organisers complied, prioritising public safety due to the extreme temperatures and the strain on emergency services. The events were subsequently cancelled to prevent health risks associated with the heatwave.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ortiraparis.com/actualites/a-paris/articles/348211-quand-aura-lieu-la-marche-des-fiertes-2026-reportee-a-cause-de-la-canicule-la-date-est-desormais-annoncee" TargetMode="External"/><Relationship Id="rId10" Type="http://schemas.openxmlformats.org/officeDocument/2006/relationships/hyperlink" Target="https://www.leparisien.fr/culture-loisirs/musique/solidays/canicule-le-festival-solidays-et-la-marche-des-fiertes-prevus-a-paris-ce-week-end-annules-26-06-2026-WP4EBVCSGZEJPOUEILFOZIFI5M.php" TargetMode="External"/><Relationship Id="rId11" Type="http://schemas.openxmlformats.org/officeDocument/2006/relationships/hyperlink" Target="https://www.jds.fr/paris/actu/programme-de-la-marche-des-fiertes-paris-2026-parcours-et-horaires-1607092_A" TargetMode="External"/><Relationship Id="rId12" Type="http://schemas.openxmlformats.org/officeDocument/2006/relationships/hyperlink" Target="https://lcp.fr/actualites/canicule-le-festival-solidays-et-la-marche-des-fiertes-sont-annules-438358" TargetMode="External"/><Relationship Id="rId13" Type="http://schemas.openxmlformats.org/officeDocument/2006/relationships/hyperlink" Target="https://www.jds.fr/paris/actu/la-marche-des-fiertes-2026-a-paris-officiellement-annulee-ce-samedi-a-cause-de-la-canicule-1624934_A" TargetMode="External"/><Relationship Id="rId14" Type="http://schemas.openxmlformats.org/officeDocument/2006/relationships/hyperlink" Target="https://www.timeout.fr/paris/actualites/la-marche-des-fiertes-de-paris-reportee-a-septembre-a-cause-de-la-canicule-063026" TargetMode="External"/><Relationship Id="rId15" Type="http://schemas.openxmlformats.org/officeDocument/2006/relationships/hyperlink" Target="https://www.tf1info.fr/culture/canicule-historique-le-festival-solidays-annule-a-quelques-heures-de-l-ouverture-la-marche-des-fiertes-reportee-244970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