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Outside Lands 2027 Guide: Where Queer Joy Meets Festival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music lovers are flocking back to San Francisco , and Outside Lands is proving to be one of the most warmly queer-friendly festivals around, thanks to Dolores' stage programming, drag takeovers, and late-night city life that keeps the party going. Here’s why it matters and how to make the most of it.</w:t>
      </w:r>
      <w:r/>
    </w:p>
    <w:p>
      <w:r/>
      <w:r>
        <w:t>Essential Takeaways</w:t>
      </w:r>
      <w:r/>
      <w:r/>
    </w:p>
    <w:p>
      <w:pPr>
        <w:pStyle w:val="ListBullet"/>
        <w:spacing w:line="240" w:lineRule="auto"/>
        <w:ind w:left="720"/>
      </w:pPr>
      <w:r/>
      <w:r>
        <w:rPr>
          <w:b/>
        </w:rPr>
        <w:t>Dedicated queer hub:</w:t>
      </w:r>
      <w:r>
        <w:t xml:space="preserve"> Dolores' stage sits beside the Polo Field and offers visible, daytime queer programming that feels celebratory and central.</w:t>
      </w:r>
      <w:r/>
    </w:p>
    <w:p>
      <w:pPr>
        <w:pStyle w:val="ListBullet"/>
        <w:spacing w:line="240" w:lineRule="auto"/>
        <w:ind w:left="720"/>
      </w:pPr>
      <w:r/>
      <w:r>
        <w:rPr>
          <w:b/>
        </w:rPr>
        <w:t>Top-tier talent:</w:t>
      </w:r>
      <w:r>
        <w:t xml:space="preserve"> Expect drag, go-go performers, queer DJs and mainstream headliners crossing over into inclusive moments , loud, proud and danceable.</w:t>
      </w:r>
      <w:r/>
    </w:p>
    <w:p>
      <w:pPr>
        <w:pStyle w:val="ListBullet"/>
        <w:spacing w:line="240" w:lineRule="auto"/>
        <w:ind w:left="720"/>
      </w:pPr>
      <w:r/>
      <w:r>
        <w:rPr>
          <w:b/>
        </w:rPr>
        <w:t>Local partnerships:</w:t>
      </w:r>
      <w:r>
        <w:t xml:space="preserve"> San Francisco venues like OASIS curate standout sets, bringing city nightlife energy straight into the festival.</w:t>
      </w:r>
      <w:r/>
    </w:p>
    <w:p>
      <w:pPr>
        <w:pStyle w:val="ListBullet"/>
        <w:spacing w:line="240" w:lineRule="auto"/>
        <w:ind w:left="720"/>
      </w:pPr>
      <w:r/>
      <w:r>
        <w:rPr>
          <w:b/>
        </w:rPr>
        <w:t>After-hours options:</w:t>
      </w:r>
      <w:r>
        <w:t xml:space="preserve"> Golden Gate Park’s proximity to The Castro, SoMa and Polk makes late-night queer hangouts easy and accessible.</w:t>
      </w:r>
      <w:r/>
    </w:p>
    <w:p>
      <w:pPr>
        <w:pStyle w:val="ListBullet"/>
        <w:spacing w:line="240" w:lineRule="auto"/>
        <w:ind w:left="720"/>
      </w:pPr>
      <w:r/>
      <w:r>
        <w:rPr>
          <w:b/>
        </w:rPr>
        <w:t>Solo-friendly vibes:</w:t>
      </w:r>
      <w:r>
        <w:t xml:space="preserve"> The festival’s welcoming atmosphere makes it a strong pick for first-time solo queer travellers.</w:t>
      </w:r>
      <w:r/>
      <w:r/>
    </w:p>
    <w:p>
      <w:pPr>
        <w:pStyle w:val="Heading2"/>
      </w:pPr>
      <w:r>
        <w:t>Why Dolores' stage feels like the festival's heart</w:t>
      </w:r>
      <w:r/>
    </w:p>
    <w:p>
      <w:r/>
      <w:r>
        <w:t>The strongest impression at Outside Lands is how visible queer programming is made, not hidden away. Dolores' stage lives in the festival’s core, right by the Polo Field, so you can’t miss the drag sets, DJs and performances that run through the day. That proximity turns what might be a niche stage into a central, joyful beat of the whole weekend.</w:t>
      </w:r>
      <w:r/>
    </w:p>
    <w:p>
      <w:r/>
      <w:r>
        <w:t>Festival organisers clearly wanted representation to be more than token , it’s curated, loud and playful. For attendees this means stumbling on a show that stops you in your tracks, whether it’s a high-energy drag number or a DJ mixing queer anthems into the main flow. If you’re deciding where to stand, put Dolores on your “must-see” list.</w:t>
      </w:r>
      <w:r/>
    </w:p>
    <w:p>
      <w:pPr>
        <w:pStyle w:val="Heading2"/>
      </w:pPr>
      <w:r>
        <w:t>How local queer nightlife brings real club energy</w:t>
      </w:r>
      <w:r/>
    </w:p>
    <w:p>
      <w:r/>
      <w:r>
        <w:t>San Francisco clubs aren’t just lending names, they’re bringing the feel of the city into the park. When established queer venues and promoters take over programming, the result is an authentic club vibe with performances drawn from local scenes. That keeps things rooted in community rather than brand marketing.</w:t>
      </w:r>
      <w:r/>
    </w:p>
    <w:p>
      <w:r/>
      <w:r>
        <w:t>For festivalgoers, the practical upside is clear: you get the intimacy and theatricality of a club show with the scale of a major festival. If you want to extend the night, note which venues are curating sets so you can follow the party downtown after the gates close.</w:t>
      </w:r>
      <w:r/>
    </w:p>
    <w:p>
      <w:pPr>
        <w:pStyle w:val="Heading2"/>
      </w:pPr>
      <w:r>
        <w:t>Big names, big visibility , allies and headliners matter</w:t>
      </w:r>
      <w:r/>
    </w:p>
    <w:p>
      <w:r/>
      <w:r>
        <w:t>Outside Lands mixes queer-focused programming with big, mainstream acts on the Polo Field, which helps normalise queer presence across the whole bill. When headliners share prime space with explicitly queer stages, it changes the feeling of the festival from “inclusive add-on” to central feature.</w:t>
      </w:r>
      <w:r/>
    </w:p>
    <w:p>
      <w:r/>
      <w:r>
        <w:t>That crossover also means more moments where a casual passerby can be introduced to drag or queer DJs for the first time. If you’re bringing friends who aren’t familiar with queer nightlife, Dolores is a friendly starting point , colourful, accessible and often educational by sheer spectacle.</w:t>
      </w:r>
      <w:r/>
    </w:p>
    <w:p>
      <w:pPr>
        <w:pStyle w:val="Heading2"/>
      </w:pPr>
      <w:r>
        <w:t>Practical tips for getting the most from a queer-friendly festival weekend</w:t>
      </w:r>
      <w:r/>
    </w:p>
    <w:p>
      <w:r/>
      <w:r>
        <w:t>Arrive with a loose plan but lots of curiosity. Check the Dolores schedule early and pick a handful of sets you won’t miss, then leave gaps to wander Polo Field and stumble on surprising acts. Bring comfy shoes and a lightweight layer , San Francisco weather shifts from sun to fog fast.</w:t>
      </w:r>
      <w:r/>
    </w:p>
    <w:p>
      <w:r/>
      <w:r>
        <w:t>If you’re travelling solo, pop into a daytime set or a workshop where people cluster around shared experiences. For nights out, scope local queer venues in The Castro, SoMa and Polk to keep the vibe going; many artists and crew head into town after the festival for afterparties.</w:t>
      </w:r>
      <w:r/>
    </w:p>
    <w:p>
      <w:pPr>
        <w:pStyle w:val="Heading2"/>
      </w:pPr>
      <w:r>
        <w:t>Why Outside Lands matters beyond music</w:t>
      </w:r>
      <w:r/>
    </w:p>
    <w:p>
      <w:r/>
      <w:r>
        <w:t>festivals can be cultural mirrors, and Outside Lands is choosing to reflect a city known for LGBTQ+ activism and nightlife. That decision sends a clear message: queer culture isn’t fringe, it’s part of the festival’s public, visible heart. For queer attendees, that can feel affirming in a world where safe, celebratory spaces aren’t guaranteed.</w:t>
      </w:r>
      <w:r/>
    </w:p>
    <w:p>
      <w:r/>
      <w:r>
        <w:t>If you’re weighing festivals for 2027, think about the extra value of representation and community. It’s not just about the headline acts , it’s the people you meet, the local scenes you discover, and the feeling of being seen that lingers after the last encore.</w:t>
      </w:r>
      <w:r/>
    </w:p>
    <w:p>
      <w:r/>
      <w:r>
        <w:t>It's a small change that can make every festival day feel more inclusive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[6]</w:t>
        </w:r>
      </w:hyperlink>
      <w:r>
        <w:t xml:space="preserve">, </w:t>
      </w:r>
      <w:hyperlink r:id="rId10">
        <w:r>
          <w:rPr>
            <w:color w:val="0000EE"/>
            <w:u w:val="single"/>
          </w:rPr>
          <w:t>[4]</w:t>
        </w:r>
      </w:hyperlink>
      <w:r>
        <w:t xml:space="preserve">- Paragraph 3: </w:t>
      </w:r>
      <w:hyperlink r:id="rId12">
        <w:r>
          <w:rPr>
            <w:color w:val="0000EE"/>
            <w:u w:val="single"/>
          </w:rPr>
          <w:t>[5]</w:t>
        </w:r>
      </w:hyperlink>
      <w:r>
        <w:t xml:space="preserve">, </w:t>
      </w:r>
      <w:hyperlink r:id="rId11">
        <w:r>
          <w:rPr>
            <w:color w:val="0000EE"/>
            <w:u w:val="single"/>
          </w:rPr>
          <w:t>[6]</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https://www.out.com/travel-nightlife/outside-lands-2026</w:t>
        </w:r>
      </w:hyperlink>
      <w:r>
        <w:t xml:space="preserve"> - Please view link - unable to able to access data</w:t>
      </w:r>
      <w:r/>
    </w:p>
    <w:p>
      <w:pPr>
        <w:pStyle w:val="ListNumber"/>
        <w:spacing w:line="240" w:lineRule="auto"/>
        <w:ind w:left="720"/>
      </w:pPr>
      <w:r/>
      <w:hyperlink r:id="rId9">
        <w:r>
          <w:rPr>
            <w:color w:val="0000EE"/>
            <w:u w:val="single"/>
          </w:rPr>
          <w:t>https://www.out.com/travel-nightlife/outside-lands-2026</w:t>
        </w:r>
      </w:hyperlink>
      <w:r>
        <w:t xml:space="preserve"> - The article highlights the inclusivity of the Outside Lands music festival in San Francisco, focusing on the Dolores' stage, a dedicated open-air space celebrating queer nightlife history. The stage features go-go dancers, drag queens, queer DJs, and immersive experiences, with performances by major queer headliners and allies such as Charli XCX, JADE, Empire of the Sun, and RÜFÜS DU SOL. The festival's embrace of queer culture is contrasted with other mainstream festivals that typically host smaller Pride parties or takeovers.</w:t>
      </w:r>
      <w:r/>
    </w:p>
    <w:p>
      <w:pPr>
        <w:pStyle w:val="ListNumber"/>
        <w:spacing w:line="240" w:lineRule="auto"/>
        <w:ind w:left="720"/>
      </w:pPr>
      <w:r/>
      <w:hyperlink r:id="rId13">
        <w:r>
          <w:rPr>
            <w:color w:val="0000EE"/>
            <w:u w:val="single"/>
          </w:rPr>
          <w:t>https://www.pride.com/culture/interviews/outside-lands-2026</w:t>
        </w:r>
      </w:hyperlink>
      <w:r>
        <w:t xml:space="preserve"> - An interview with D'Arcy Drollinger, owner of the LGBTQ+ drag club OASIS, discussing the club's takeover of the Dolores' stage at Outside Lands 2026. The event features performances by RuPaul's Drag Race fan-favorite queens Kori King and Lydia B. Kollins, along with other queer talent. Drollinger emphasizes the importance of representation and the impact of seeing oneself on stage, especially for young people experiencing drag shows for the first time.</w:t>
      </w:r>
      <w:r/>
    </w:p>
    <w:p>
      <w:pPr>
        <w:pStyle w:val="ListNumber"/>
        <w:spacing w:line="240" w:lineRule="auto"/>
        <w:ind w:left="720"/>
      </w:pPr>
      <w:r/>
      <w:hyperlink r:id="rId10">
        <w:r>
          <w:rPr>
            <w:color w:val="0000EE"/>
            <w:u w:val="single"/>
          </w:rPr>
          <w:t>https://sfoutsidelands.com/news/everyones-welcome-at-dolores/</w:t>
        </w:r>
      </w:hyperlink>
      <w:r>
        <w:t xml:space="preserve"> - Announcement of the Dolores' stage at Outside Lands 2026, a three-day celebration of queer and trans communities and San Francisco's DIY nightlife scene. The event features daily lineups of dance, drag, and immersive experiences curated by local icons HOT GOTH GF, OASIS, and Polyglamorous. Performances include Kori King &amp; Lydia B. Kollins, DJ Minx, Light Asylum, and D'Arcy Drollinger, with the addition of a new Dolores' courtyard offering a Glam Bar and haircuts by The Barb Shop.</w:t>
      </w:r>
      <w:r/>
    </w:p>
    <w:p>
      <w:pPr>
        <w:pStyle w:val="ListNumber"/>
        <w:spacing w:line="240" w:lineRule="auto"/>
        <w:ind w:left="720"/>
      </w:pPr>
      <w:r/>
      <w:hyperlink r:id="rId12">
        <w:r>
          <w:rPr>
            <w:color w:val="0000EE"/>
            <w:u w:val="single"/>
          </w:rPr>
          <w:t>https://sfoutsidelands.com/news/outside-lands-x-dolores-presents/</w:t>
        </w:r>
      </w:hyperlink>
      <w:r>
        <w:t xml:space="preserve"> - Announcement of 'Bay Pride Amplified,' a pre-party celebration of queer multi-genre independent music and community, presented by Outside Lands and Dolores'. The event takes place at The Independent on June 27, 2026, featuring electrifying sets from Evann McIntosh, Hugo de la Lune, Mommy Mommy, and Love Spiral, along with live lip-sync performances from Bay Area drag artists Kochina Rude, Obsidienne Obsurd, Papi Payaso, and Dionysus Immortal.</w:t>
      </w:r>
      <w:r/>
    </w:p>
    <w:p>
      <w:pPr>
        <w:pStyle w:val="ListNumber"/>
        <w:spacing w:line="240" w:lineRule="auto"/>
        <w:ind w:left="720"/>
      </w:pPr>
      <w:r/>
      <w:hyperlink r:id="rId11">
        <w:r>
          <w:rPr>
            <w:color w:val="0000EE"/>
            <w:u w:val="single"/>
          </w:rPr>
          <w:t>https://sfoutsidelands.com/music/dolores/</w:t>
        </w:r>
      </w:hyperlink>
      <w:r>
        <w:t xml:space="preserve"> - Overview of the Dolores' stage at Outside Lands, an open-air dance club in the Polo Field celebrating queer and trans communities and the DIY spaces vital to San Francisco nightlife and culture. The stage pays homage to the rich history of queer parties, performances, and activism in San Francisco and around the country, with daily lineups curated by local nightlife icons featuring local artists, DJs, and drag performers.</w:t>
      </w:r>
      <w:r/>
    </w:p>
    <w:p>
      <w:pPr>
        <w:pStyle w:val="ListNumber"/>
        <w:spacing w:line="240" w:lineRule="auto"/>
        <w:ind w:left="720"/>
      </w:pPr>
      <w:r/>
      <w:hyperlink r:id="rId14">
        <w:r>
          <w:rPr>
            <w:color w:val="0000EE"/>
            <w:u w:val="single"/>
          </w:rPr>
          <w:t>https://sfoutsidelands.com/news/dolores-daily-curators/</w:t>
        </w:r>
      </w:hyperlink>
      <w:r>
        <w:t xml:space="preserve"> - Announcement of the daily curators for the Dolores' stage at Outside Lands 2026: Hot Goth GF, OASIS ARTS, and Polyglamorous. These local icons are set to curate a three-day celebration of San Francisco's DIY queer nightlife scene, featuring artists, DJs, dancers, and drag performances. Full lineup details are to be announced in the coming months.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travel-nightlife/outside-lands-2026" TargetMode="External"/><Relationship Id="rId10" Type="http://schemas.openxmlformats.org/officeDocument/2006/relationships/hyperlink" Target="https://sfoutsidelands.com/news/everyones-welcome-at-dolores/" TargetMode="External"/><Relationship Id="rId11" Type="http://schemas.openxmlformats.org/officeDocument/2006/relationships/hyperlink" Target="https://sfoutsidelands.com/music/dolores/" TargetMode="External"/><Relationship Id="rId12" Type="http://schemas.openxmlformats.org/officeDocument/2006/relationships/hyperlink" Target="https://sfoutsidelands.com/news/outside-lands-x-dolores-presents/" TargetMode="External"/><Relationship Id="rId13" Type="http://schemas.openxmlformats.org/officeDocument/2006/relationships/hyperlink" Target="https://www.pride.com/culture/interviews/outside-lands-2026" TargetMode="External"/><Relationship Id="rId14" Type="http://schemas.openxmlformats.org/officeDocument/2006/relationships/hyperlink" Target="https://sfoutsidelands.com/news/dolores-daily-cura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