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Sapphic Lounge in Orlando: Sapphire Opens for Community First Nights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nightlife lovers are noticing a fresh, sapphic-centred option arriving on Church Street. Mel Vitale and Jay Ruiz are turning a storied queer address into Sapphire Lounge, a welcoming restaurant-and-bar built around safety, food and events tailored first for women who love women.</w:t>
      </w:r>
      <w:r/>
    </w:p>
    <w:p>
      <w:r/>
      <w:r>
        <w:t>Essential Takeaways</w:t>
      </w:r>
      <w:r/>
      <w:r/>
    </w:p>
    <w:p>
      <w:pPr>
        <w:pStyle w:val="ListBullet"/>
        <w:spacing w:line="240" w:lineRule="auto"/>
        <w:ind w:left="720"/>
      </w:pPr>
      <w:r/>
      <w:r>
        <w:rPr>
          <w:b/>
        </w:rPr>
        <w:t>Opening date:</w:t>
      </w:r>
      <w:r>
        <w:t xml:space="preserve"> Sapphire Lounge opens 9pm Friday, 4 September, with a midnight ribbon cutting and hosted launch party.</w:t>
      </w:r>
      <w:r/>
    </w:p>
    <w:p>
      <w:pPr>
        <w:pStyle w:val="ListBullet"/>
        <w:spacing w:line="240" w:lineRule="auto"/>
        <w:ind w:left="720"/>
      </w:pPr>
      <w:r/>
      <w:r>
        <w:rPr>
          <w:b/>
        </w:rPr>
        <w:t>Location &amp; history:</w:t>
      </w:r>
      <w:r>
        <w:t xml:space="preserve"> The spot at 741 W. Church Street previously housed Stonewall Bar and more recently Heatwave, giving the venue queer nightlife roots and a visible home across from Inter&amp;Co Stadium.</w:t>
      </w:r>
      <w:r/>
    </w:p>
    <w:p>
      <w:pPr>
        <w:pStyle w:val="ListBullet"/>
        <w:spacing w:line="240" w:lineRule="auto"/>
        <w:ind w:left="720"/>
      </w:pPr>
      <w:r/>
      <w:r>
        <w:rPr>
          <w:b/>
        </w:rPr>
        <w:t>Vibe &amp; focus:</w:t>
      </w:r>
      <w:r>
        <w:t xml:space="preserve"> Sapphic-centred lounge and restaurant prioritising women-first safety, strong security protocols and inclusive programming, while welcoming everyone.</w:t>
      </w:r>
      <w:r/>
    </w:p>
    <w:p>
      <w:pPr>
        <w:pStyle w:val="ListBullet"/>
        <w:spacing w:line="240" w:lineRule="auto"/>
        <w:ind w:left="720"/>
      </w:pPr>
      <w:r/>
      <w:r>
        <w:rPr>
          <w:b/>
        </w:rPr>
        <w:t>Food &amp; hours:</w:t>
      </w:r>
      <w:r>
        <w:t xml:space="preserve"> Mexican-inspired kitchen stays open whenever the lounge is open; weeknight hours 11am–midnight, weekends 11am–2am.</w:t>
      </w:r>
      <w:r/>
    </w:p>
    <w:p>
      <w:pPr>
        <w:pStyle w:val="ListBullet"/>
        <w:spacing w:line="240" w:lineRule="auto"/>
        <w:ind w:left="720"/>
      </w:pPr>
      <w:r/>
      <w:r>
        <w:rPr>
          <w:b/>
        </w:rPr>
        <w:t>Community-led:</w:t>
      </w:r>
      <w:r>
        <w:t xml:space="preserve"> Founders built the concept from local sapphic events and demand, promising programming tied to stadium events and nights curated for queer women.</w:t>
      </w:r>
      <w:r/>
      <w:r/>
    </w:p>
    <w:p>
      <w:pPr>
        <w:pStyle w:val="Heading2"/>
      </w:pPr>
      <w:r>
        <w:t>A warm, intentional welcome , why this space feels different</w:t>
      </w:r>
      <w:r/>
    </w:p>
    <w:p>
      <w:r/>
      <w:r>
        <w:t>It’s rare a local venue begins with a single sentence: “We heard women asking for this.” That’s the moment Mel Vitale and Jay Ruiz realised there was demand beyond pop-up nights. The lounge feels warm and purposeful, with décor and staffing choices designed to make guests feel safe and seen, not just tolerated. Vitale , who’s used the public spotlight before , talks about wanting patrons to leave “safe, happy, and taken care of,” and that shapes everything from staff training to the security plan.</w:t>
      </w:r>
      <w:r/>
    </w:p>
    <w:p>
      <w:r/>
      <w:r>
        <w:t>Behind the gesture is a practical lesson: if you want to attract a community, design with their needs first. Expect sensible lighting, clear sightlines, and a security team trained to intervene early and calmly. If you’re choosing a night out, that attention to detail makes a big difference in whether a place becomes your go-to.</w:t>
      </w:r>
      <w:r/>
    </w:p>
    <w:p>
      <w:pPr>
        <w:pStyle w:val="Heading2"/>
      </w:pPr>
      <w:r>
        <w:t>From pop-ups to a permanent home , the backstory</w:t>
      </w:r>
      <w:r/>
    </w:p>
    <w:p>
      <w:r/>
      <w:r>
        <w:t>Vitale and Ruiz didn’t dream this up in a boardroom; it grew out of She-Nanigans Promotions and the many sapphic events they’ve produced around Orlando. According to reporting, they repeatedly ran into venues geared toward gay men that weren’t always responsive to women-led programming, which nudged them toward something permanent. That transition from ephemeral parties to a full-time lounge is familiar in nightlife: when demand is sustained, entrepreneurs build a home for it.</w:t>
      </w:r>
      <w:r/>
    </w:p>
    <w:p>
      <w:r/>
      <w:r>
        <w:t>It’s also a vote of confidence in Orlando’s queer scene. There’s a rhythm here: promoters test an idea, crowds show up, and someone decides it’s time to stay. For local women who’ve been travelling across town or missing a consistent hangout, Sapphire promises continuity.</w:t>
      </w:r>
      <w:r/>
    </w:p>
    <w:p>
      <w:pPr>
        <w:pStyle w:val="Heading2"/>
      </w:pPr>
      <w:r>
        <w:t>The building’s queer legacy , continuity, not reinvention</w:t>
      </w:r>
      <w:r/>
    </w:p>
    <w:p>
      <w:r/>
      <w:r>
        <w:t>741 W. Church Street carries history. Stonewall Bar served the community for 14 years before closing, and Heatwave revived the space briefly as a café and nightlife spot. Vitale and Ruiz don’t treat that past as a warning but as groundwork to build on. They’ve chosen a site that already signals queer belonging, but they’re layering a different focus: sapphic-first programming, plus cross-street synergies with Inter&amp;Co Stadium.</w:t>
      </w:r>
      <w:r/>
    </w:p>
    <w:p>
      <w:r/>
      <w:r>
        <w:t>If you remember the old Stonewall nights or the short-lived Heatwave, think of Sapphire as the next chapter rather than a reboot. The advantage is obvious , a neighbourhood that knows the address and a clientele used to coming to Church Street for queer events.</w:t>
      </w:r>
      <w:r/>
    </w:p>
    <w:p>
      <w:pPr>
        <w:pStyle w:val="Heading2"/>
      </w:pPr>
      <w:r>
        <w:t>Food, late-night cravings and the Double D’s comeback</w:t>
      </w:r>
      <w:r/>
    </w:p>
    <w:p>
      <w:r/>
      <w:r>
        <w:t>Yes, food matters. Vitale is a chef, and the kitchen will run whenever the lounge is open , a welcome detail for night owls and early lunch crowds alike. Expect Mexican-inspired dishes that tested well at early tastings, and a nod to Orlando classics: the Double D’s fans who missed late-night Gringos Locos runs can find a familiar comfort here.</w:t>
      </w:r>
      <w:r/>
    </w:p>
    <w:p>
      <w:r/>
      <w:r>
        <w:t>Practical tip: if you plan to make Sapphire your match-night stop, arrive early for a table. Ruiz hopes to programme around stadium events, so match days and concerts could be lively, with food served through the night.</w:t>
      </w:r>
      <w:r/>
    </w:p>
    <w:p>
      <w:pPr>
        <w:pStyle w:val="Heading2"/>
      </w:pPr>
      <w:r>
        <w:t>Programming, safety and who the space serves</w:t>
      </w:r>
      <w:r/>
    </w:p>
    <w:p>
      <w:r/>
      <w:r>
        <w:t>Sapphire bills itself as sapphic-centred, not exclusionary, so everyone’s welcome but decisions are made with women-first safety in mind. That means programming tailored to sapphic tastes, security teams trained to protect vulnerable guests, and an atmosphere where women feel prioritised. The founders also want to host nights by and for the community, from DJs and drag-adjacent acts to queer-friendly watch parties.</w:t>
      </w:r>
      <w:r/>
    </w:p>
    <w:p>
      <w:r/>
      <w:r>
        <w:t>Looking ahead, the lounge could become a model: a safe, social hub that also plugs into larger city events. If you’re a planner or performer, get in touch early , the founders are open to building community partnerships.</w:t>
      </w:r>
      <w:r/>
    </w:p>
    <w:p>
      <w:r/>
      <w:r>
        <w:t>It's a small change that can make every night out feel more thoughtful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[3]</w:t>
        </w:r>
      </w:hyperlink>
      <w:r>
        <w:t xml:space="preserve">- Paragraph 3: </w:t>
      </w:r>
      <w:hyperlink r:id="rId10">
        <w:r>
          <w:rPr>
            <w:color w:val="0000EE"/>
            <w:u w:val="single"/>
          </w:rPr>
          <w:t>[4]</w:t>
        </w:r>
      </w:hyperlink>
      <w:r>
        <w:t xml:space="preserve">- Paragraph 4: </w:t>
      </w:r>
      <w:hyperlink r:id="rId10">
        <w:r>
          <w:rPr>
            <w:color w:val="0000EE"/>
            <w:u w:val="single"/>
          </w:rPr>
          <w:t>[5]</w:t>
        </w:r>
      </w:hyperlink>
      <w:r>
        <w:t xml:space="preserve">- Paragraph 5: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https://bungalower.com/2026/08/20/the-women-behind-sapphire-lounge-are-building-the-space-they-couldnt-find/</w:t>
        </w:r>
      </w:hyperlink>
      <w:r>
        <w:t xml:space="preserve"> - Please view link - unable to able to access data</w:t>
      </w:r>
      <w:r/>
    </w:p>
    <w:p>
      <w:pPr>
        <w:pStyle w:val="ListNumber"/>
        <w:spacing w:line="240" w:lineRule="auto"/>
        <w:ind w:left="720"/>
      </w:pPr>
      <w:r/>
      <w:hyperlink r:id="rId10">
        <w:r>
          <w:rPr>
            <w:color w:val="0000EE"/>
            <w:u w:val="single"/>
          </w:rPr>
          <w:t>https://www.orlandoweekly.com/food-drink/drinking-bars/sapphic-nightspot-sapphire-lounge-to-open-in-former-heatwave-stonewall-space/</w:t>
        </w:r>
      </w:hyperlink>
      <w:r>
        <w:t xml:space="preserve"> - Orlando Weekly reports that Sapphire Lounge, Orlando's first sapphic-focused lounge and restaurant, is set to open on September 4, 2026, in the former Heatwave and Stonewall Bar location on Church Street. The venue aims to provide a safe space for the lesbian community, featuring live performances, a Mexican-inspired menu, and a full cocktail program. The grand opening event will be hosted by Magan and Dayna, contestants from Season 2 of 'The Ultimatum: Queer Love'.</w:t>
      </w:r>
      <w:r/>
    </w:p>
    <w:p>
      <w:pPr>
        <w:pStyle w:val="ListNumber"/>
        <w:spacing w:line="240" w:lineRule="auto"/>
        <w:ind w:left="720"/>
      </w:pPr>
      <w:r/>
      <w:hyperlink r:id="rId10">
        <w:r>
          <w:rPr>
            <w:color w:val="0000EE"/>
            <w:u w:val="single"/>
          </w:rPr>
          <w:t>https://www.orlandoweekly.com/food-drink/drinking-bars/sapphic-nightspot-sapphire-lounge-to-open-in-former-heatwave-stonewall-space/</w:t>
        </w:r>
      </w:hyperlink>
      <w:r>
        <w:t xml:space="preserve"> - Orlando Weekly reports that Sapphire Lounge, Orlando's first sapphic-focused lounge and restaurant, is set to open on September 4, 2026, in the former Heatwave and Stonewall Bar location on Church Street. The venue aims to provide a safe space for the lesbian community, featuring live performances, a Mexican-inspired menu, and a full cocktail program. The grand opening event will be hosted by Magan and Dayna, contestants from Season 2 of 'The Ultimatum: Queer Love'.</w:t>
      </w:r>
      <w:r/>
    </w:p>
    <w:p>
      <w:pPr>
        <w:pStyle w:val="ListNumber"/>
        <w:spacing w:line="240" w:lineRule="auto"/>
        <w:ind w:left="720"/>
      </w:pPr>
      <w:r/>
      <w:hyperlink r:id="rId10">
        <w:r>
          <w:rPr>
            <w:color w:val="0000EE"/>
            <w:u w:val="single"/>
          </w:rPr>
          <w:t>https://www.orlandoweekly.com/food-drink/drinking-bars/sapphic-nightspot-sapphire-lounge-to-open-in-former-heatwave-stonewall-space/</w:t>
        </w:r>
      </w:hyperlink>
      <w:r>
        <w:t xml:space="preserve"> - Orlando Weekly reports that Sapphire Lounge, Orlando's first sapphic-focused lounge and restaurant, is set to open on September 4, 2026, in the former Heatwave and Stonewall Bar location on Church Street. The venue aims to provide a safe space for the lesbian community, featuring live performances, a Mexican-inspired menu, and a full cocktail program. The grand opening event will be hosted by Magan and Dayna, contestants from Season 2 of 'The Ultimatum: Queer Love'.</w:t>
      </w:r>
      <w:r/>
    </w:p>
    <w:p>
      <w:pPr>
        <w:pStyle w:val="ListNumber"/>
        <w:spacing w:line="240" w:lineRule="auto"/>
        <w:ind w:left="720"/>
      </w:pPr>
      <w:r/>
      <w:hyperlink r:id="rId10">
        <w:r>
          <w:rPr>
            <w:color w:val="0000EE"/>
            <w:u w:val="single"/>
          </w:rPr>
          <w:t>https://www.orlandoweekly.com/food-drink/drinking-bars/sapphic-nightspot-sapphire-lounge-to-open-in-former-heatwave-stonewall-space/</w:t>
        </w:r>
      </w:hyperlink>
      <w:r>
        <w:t xml:space="preserve"> - Orlando Weekly reports that Sapphire Lounge, Orlando's first sapphic-focused lounge and restaurant, is set to open on September 4, 2026, in the former Heatwave and Stonewall Bar location on Church Street. The venue aims to provide a safe space for the lesbian community, featuring live performances, a Mexican-inspired menu, and a full cocktail program. The grand opening event will be hosted by Magan and Dayna, contestants from Season 2 of 'The Ultimatum: Queer Love'.</w:t>
      </w:r>
      <w:r/>
    </w:p>
    <w:p>
      <w:pPr>
        <w:pStyle w:val="ListNumber"/>
        <w:spacing w:line="240" w:lineRule="auto"/>
        <w:ind w:left="720"/>
      </w:pPr>
      <w:r/>
      <w:hyperlink r:id="rId10">
        <w:r>
          <w:rPr>
            <w:color w:val="0000EE"/>
            <w:u w:val="single"/>
          </w:rPr>
          <w:t>https://www.orlandoweekly.com/food-drink/drinking-bars/sapphic-nightspot-sapphire-lounge-to-open-in-former-heatwave-stonewall-space/</w:t>
        </w:r>
      </w:hyperlink>
      <w:r>
        <w:t xml:space="preserve"> - Orlando Weekly reports that Sapphire Lounge, Orlando's first sapphic-focused lounge and restaurant, is set to open on September 4, 2026, in the former Heatwave and Stonewall Bar location on Church Street. The venue aims to provide a safe space for the lesbian community, featuring live performances, a Mexican-inspired menu, and a full cocktail program. The grand opening event will be hosted by Magan and Dayna, contestants from Season 2 of 'The Ultimatum: Queer Love'.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ungalower.com/2026/08/20/the-women-behind-sapphire-lounge-are-building-the-space-they-couldnt-find/" TargetMode="External"/><Relationship Id="rId10" Type="http://schemas.openxmlformats.org/officeDocument/2006/relationships/hyperlink" Target="https://www.orlandoweekly.com/food-drink/drinking-bars/sapphic-nightspot-sapphire-lounge-to-open-in-former-heatwave-stonewall-sp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