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Adult Animation: Why Jim Queen Matters for the Genre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are spotting a bold, messy new voice in queer adult animation: Jim Queen, a French musical-comedy that’s flashy, flawed and oddly tender , and it matters because it pushes a scarcely funded art form into the spotlight at MIFF 2026.</w:t>
      </w:r>
      <w:r/>
    </w:p>
    <w:p>
      <w:r/>
      <w:r>
        <w:t>Essential Takeaways</w:t>
      </w:r>
      <w:r/>
      <w:r/>
    </w:p>
    <w:p>
      <w:pPr>
        <w:pStyle w:val="ListBullet"/>
        <w:spacing w:line="240" w:lineRule="auto"/>
        <w:ind w:left="720"/>
      </w:pPr>
      <w:r/>
      <w:r>
        <w:rPr>
          <w:b/>
        </w:rPr>
        <w:t>Long gestation:</w:t>
      </w:r>
      <w:r>
        <w:t xml:space="preserve"> Jim Queen took about seven years to reach screens after struggling to secure funding, which shows how hard queer animation can be to make.</w:t>
      </w:r>
      <w:r/>
    </w:p>
    <w:p>
      <w:pPr>
        <w:pStyle w:val="ListBullet"/>
        <w:spacing w:line="240" w:lineRule="auto"/>
        <w:ind w:left="720"/>
      </w:pPr>
      <w:r/>
      <w:r>
        <w:rPr>
          <w:b/>
        </w:rPr>
        <w:t>High concept, mixed execution:</w:t>
      </w:r>
      <w:r>
        <w:t xml:space="preserve"> The film uses a satirical disease called “Heterosis” to explore sexuality, with big visual gags and musical numbers that sometimes shine and sometimes misfire.</w:t>
      </w:r>
      <w:r/>
    </w:p>
    <w:p>
      <w:pPr>
        <w:pStyle w:val="ListBullet"/>
        <w:spacing w:line="240" w:lineRule="auto"/>
        <w:ind w:left="720"/>
      </w:pPr>
      <w:r/>
      <w:r>
        <w:rPr>
          <w:b/>
        </w:rPr>
        <w:t>Memorable moments:</w:t>
      </w:r>
      <w:r>
        <w:t xml:space="preserve"> Standout scenes include two opening musical set-pieces and a moving lament from a Sister of Perpetual Indulgence character.</w:t>
      </w:r>
      <w:r/>
    </w:p>
    <w:p>
      <w:pPr>
        <w:pStyle w:val="ListBullet"/>
        <w:spacing w:line="240" w:lineRule="auto"/>
        <w:ind w:left="720"/>
      </w:pPr>
      <w:r/>
      <w:r>
        <w:rPr>
          <w:b/>
        </w:rPr>
        <w:t>Representation gaps:</w:t>
      </w:r>
      <w:r>
        <w:t xml:space="preserve"> The story concentrates on cis white gay men, with limited trans and lesbian visibility, which undercuts its historical echoes of HIV and community care.</w:t>
      </w:r>
      <w:r/>
    </w:p>
    <w:p>
      <w:pPr>
        <w:pStyle w:val="ListBullet"/>
        <w:spacing w:line="240" w:lineRule="auto"/>
        <w:ind w:left="720"/>
      </w:pPr>
      <w:r/>
      <w:r>
        <w:rPr>
          <w:b/>
        </w:rPr>
        <w:t>Worth watching:</w:t>
      </w:r>
      <w:r>
        <w:t xml:space="preserve"> Despite pacing and plot issues, it’s energetic and signalling that queer adult animation deserves more investment.</w:t>
      </w:r>
      <w:r/>
      <w:r/>
    </w:p>
    <w:p>
      <w:pPr>
        <w:pStyle w:val="Heading2"/>
      </w:pPr>
      <w:r>
        <w:t>A loud, colourful assertion that queer animation still needs champions</w:t>
      </w:r>
      <w:r/>
    </w:p>
    <w:p>
      <w:r/>
      <w:r>
        <w:t>The opening two musical numbers announce the film with a fizzy, theatrical pulse and a keen sense of parody, and you’ll feel their energy immediately. The production’s seven-year birth , born out of late-2010s ideas and stalled by investor scepticism , explains some of the film’s unevenness. According to festival coverage, it’s hard to get projects like this off the ground, so Jim Queen arriving at MIFF 2026 feels like a small triumph as much as a film release.</w:t>
      </w:r>
      <w:r/>
    </w:p>
    <w:p>
      <w:pPr>
        <w:pStyle w:val="Heading2"/>
      </w:pPr>
      <w:r>
        <w:t>The plot: bizarre, campy and occasionally tedious</w:t>
      </w:r>
      <w:r/>
    </w:p>
    <w:p>
      <w:r/>
      <w:r>
        <w:t>At its heart Jim Queen is a road movie-cum-MacGuffin chase: a gym influencer infected by “Heterosis” and his conservative-linked sidekick journey to a doctor who can cure the disease, but at the cost of a prostate extraction. There’s a lot packed in , stereotypical exes, a Nazi‑styled “Gaystapo”, political betrayal , and that motley of ideas makes the middle act feel repetitive. Still, some sequences pop with invention, even if the narrative could have been trimmed to let quieter beats breathe.</w:t>
      </w:r>
      <w:r/>
    </w:p>
    <w:p>
      <w:pPr>
        <w:pStyle w:val="Heading2"/>
      </w:pPr>
      <w:r>
        <w:t>Musicality and cultural wink‑ins are the film’s pleasures</w:t>
      </w:r>
      <w:r/>
    </w:p>
    <w:p>
      <w:r/>
      <w:r>
        <w:t>The film leans on pastiche: a parody of The Little Mermaid, nods to RuPaul’s Drag Race and even a Dragon Ball Z reference. Those musical moments that do work are genuinely fun, and the lament performed by a Sister of Perpetual Indulgence hits an emotional register the rest of the movie rarely reaches. For viewers who love campy pastiche and pop-culture winks, these parts feel like reward , and they hint at what the film might have been with a tighter focus.</w:t>
      </w:r>
      <w:r/>
    </w:p>
    <w:p>
      <w:pPr>
        <w:pStyle w:val="Heading2"/>
      </w:pPr>
      <w:r>
        <w:t>The representation problem: echoes of history, limited perspective</w:t>
      </w:r>
      <w:r/>
    </w:p>
    <w:p>
      <w:r/>
      <w:r>
        <w:t>You can’t separate the film’s “Heterosis” allegory from memories of HIV and the communities who fought that crisis, which makes the narrow cast focus frustrating. Aside from a standout straight, Black female best friend, the film mostly centres cis white gay men. That omission is notable given how lesbians and trans people were central to caregiving and activism during the AIDS crisis. A line of self-aware humour acknowledges division within queer communities, but it doesn’t substitute for broader on-screen inclusion.</w:t>
      </w:r>
      <w:r/>
    </w:p>
    <w:p>
      <w:pPr>
        <w:pStyle w:val="Heading2"/>
      </w:pPr>
      <w:r>
        <w:t>Why Jim Queen matters despite its flaws</w:t>
      </w:r>
      <w:r/>
    </w:p>
    <w:p>
      <w:r/>
      <w:r>
        <w:t>It’s tempting to file the film under ‘ambitious but messy’, and that would be fair. Yet there’s something important about a queer adult animated feature that’s willing to be loud, grotesque and earnest all at once. For a medium that’s learnt to expect ridicule or quick dismissal , remember the bumpy reception and cancellation of other queer animated projects , Jim Queen’s very existence argues for more funding and fairer critical attention. If it finds an audience, it could loosen purse strings for future creators.</w:t>
      </w:r>
      <w:r/>
    </w:p>
    <w:p>
      <w:r/>
      <w:r>
        <w:t>It's a small but meaningful step: an imperfect film that suggests queer adult animation is worth backing.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Paragraph 3: </w:t>
      </w:r>
      <w:hyperlink r:id="rId13">
        <w:r>
          <w:rPr>
            <w:color w:val="0000EE"/>
            <w:u w:val="single"/>
          </w:rPr>
          <w:t>[5]</w:t>
        </w:r>
      </w:hyperlink>
      <w:r>
        <w:t xml:space="preserve">- Paragraph 4: </w:t>
      </w:r>
      <w:hyperlink r:id="rId13">
        <w:r>
          <w:rPr>
            <w:color w:val="0000EE"/>
            <w:u w:val="single"/>
          </w:rPr>
          <w:t>[5]</w:t>
        </w:r>
      </w:hyperlink>
      <w:r>
        <w:t xml:space="preserve">, </w:t>
      </w:r>
      <w:hyperlink r:id="rId12">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https://farragomagazine.com/news/article/farrago/Fun-Flashy-and-Deeply-Flawed-JIM-QUEEN-Tackles-Heterosexuality-at-MIFF-2026/</w:t>
        </w:r>
      </w:hyperlink>
      <w:r>
        <w:t xml:space="preserve"> - Please view link - unable to able to access data</w:t>
      </w:r>
      <w:r/>
    </w:p>
    <w:p>
      <w:pPr>
        <w:pStyle w:val="ListNumber"/>
        <w:spacing w:line="240" w:lineRule="auto"/>
        <w:ind w:left="720"/>
      </w:pPr>
      <w:r/>
      <w:hyperlink r:id="rId10">
        <w:r>
          <w:rPr>
            <w:color w:val="0000EE"/>
            <w:u w:val="single"/>
          </w:rPr>
          <w:t>https://www.whats-on-netflix.com/news/q-force-canceled-at-netflix-after-1-season-no-season-2-planned/</w:t>
        </w:r>
      </w:hyperlink>
      <w:r>
        <w:t xml:space="preserve"> - This article reports that Netflix's adult-animated series 'Q-Force' was cancelled after its first season, with no plans for a second season. The series, which premiered in September 2021, featured a team of LGBTQ+ superspies and received mixed reviews, leading to its cancellation in June 2022.</w:t>
      </w:r>
      <w:r/>
    </w:p>
    <w:p>
      <w:pPr>
        <w:pStyle w:val="ListNumber"/>
        <w:spacing w:line="240" w:lineRule="auto"/>
        <w:ind w:left="720"/>
      </w:pPr>
      <w:r/>
      <w:hyperlink r:id="rId14">
        <w:r>
          <w:rPr>
            <w:color w:val="0000EE"/>
            <w:u w:val="single"/>
          </w:rPr>
          <w:t>https://www.rottentomatoes.com/tv/q_force</w:t>
        </w:r>
      </w:hyperlink>
      <w:r>
        <w:t xml:space="preserve"> - The Rotten Tomatoes page for 'Q-Force' provides a 33% critic score based on 18 reviews, indicating generally unfavourable reception. The audience score stands at 78% based on over 250 ratings, suggesting a more positive reception from viewers.</w:t>
      </w:r>
      <w:r/>
    </w:p>
    <w:p>
      <w:pPr>
        <w:pStyle w:val="ListNumber"/>
        <w:spacing w:line="240" w:lineRule="auto"/>
        <w:ind w:left="720"/>
      </w:pPr>
      <w:r/>
      <w:hyperlink r:id="rId11">
        <w:r>
          <w:rPr>
            <w:color w:val="0000EE"/>
            <w:u w:val="single"/>
          </w:rPr>
          <w:t>https://www.whats-on-netflix.com/news/lgbtq-animated-series-q-force-coming-to-netflix-in-september-2021/</w:t>
        </w:r>
      </w:hyperlink>
      <w:r>
        <w:t xml:space="preserve"> - This article announces the upcoming release of 'Q-Force', an adult-animated LGBTQ+ comedy series, on Netflix in September 2021. The series is created by Sean Hayes and Michael Schur, with Gabe Liedman as the showrunner, and features a cast including Sean Hayes, David Harbour, and Wanda Sykes.</w:t>
      </w:r>
      <w:r/>
    </w:p>
    <w:p>
      <w:pPr>
        <w:pStyle w:val="ListNumber"/>
        <w:spacing w:line="240" w:lineRule="auto"/>
        <w:ind w:left="720"/>
      </w:pPr>
      <w:r/>
      <w:hyperlink r:id="rId13">
        <w:r>
          <w:rPr>
            <w:color w:val="0000EE"/>
            <w:u w:val="single"/>
          </w:rPr>
          <w:t>https://www.cineuropa.org/film/491067/</w:t>
        </w:r>
      </w:hyperlink>
      <w:r>
        <w:t xml:space="preserve"> - Cineuropa provides information about 'Jim Queen', an adult animated film directed by Nicolas Athané and Marco Nguyen. The film centres on a fictional disease called 'heterosis', which transforms gay men into heterosexuals, and premiered in the Midnight Screenings section at the 2026 Cannes Film Festival.</w:t>
      </w:r>
      <w:r/>
    </w:p>
    <w:p>
      <w:pPr>
        <w:pStyle w:val="ListNumber"/>
        <w:spacing w:line="240" w:lineRule="auto"/>
        <w:ind w:left="720"/>
      </w:pPr>
      <w:r/>
      <w:hyperlink r:id="rId12">
        <w:r>
          <w:rPr>
            <w:color w:val="0000EE"/>
            <w:u w:val="single"/>
          </w:rPr>
          <w:t>https://www.cineuropa.org/en/newsdetail/491639</w:t>
        </w:r>
      </w:hyperlink>
      <w:r>
        <w:t xml:space="preserve"> - This review of 'Jim Queen' highlights the film's sharp, hilarious, and surprisingly heartfelt approach to the concept of a fictional disease that turns gay men heterosexual. The film is directed by Nicolas Athané and Marco Nguyen and premiered at the 2026 Cannes Film Festival.</w:t>
      </w:r>
      <w:r/>
    </w:p>
    <w:p>
      <w:pPr>
        <w:pStyle w:val="ListNumber"/>
        <w:spacing w:line="240" w:lineRule="auto"/>
        <w:ind w:left="720"/>
      </w:pPr>
      <w:r/>
      <w:hyperlink r:id="rId15">
        <w:r>
          <w:rPr>
            <w:color w:val="0000EE"/>
            <w:u w:val="single"/>
          </w:rPr>
          <w:t>https://www.tvline.com/news/q-force-cancelled-season-2-netflix-gay-cartoon-1234725963/</w:t>
        </w:r>
      </w:hyperlink>
      <w:r>
        <w:t xml:space="preserve"> - TVLine reports that Netflix's animated comedy series 'Q-Force' has been cancelled after its first season, with no plans for a second season. The series, which debuted in September 2021, follows a team of LGBTQ+ superspies and features voices from Sean Hayes, David Harbour, and Wanda Sykes.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rragomagazine.com/news/article/farrago/Fun-Flashy-and-Deeply-Flawed-JIM-QUEEN-Tackles-Heterosexuality-at-MIFF-2026/" TargetMode="External"/><Relationship Id="rId10" Type="http://schemas.openxmlformats.org/officeDocument/2006/relationships/hyperlink" Target="https://www.whats-on-netflix.com/news/q-force-canceled-at-netflix-after-1-season-no-season-2-planned/" TargetMode="External"/><Relationship Id="rId11" Type="http://schemas.openxmlformats.org/officeDocument/2006/relationships/hyperlink" Target="https://www.whats-on-netflix.com/news/lgbtq-animated-series-q-force-coming-to-netflix-in-september-2021/" TargetMode="External"/><Relationship Id="rId12" Type="http://schemas.openxmlformats.org/officeDocument/2006/relationships/hyperlink" Target="https://www.cineuropa.org/en/newsdetail/491639" TargetMode="External"/><Relationship Id="rId13" Type="http://schemas.openxmlformats.org/officeDocument/2006/relationships/hyperlink" Target="https://www.cineuropa.org/film/491067/" TargetMode="External"/><Relationship Id="rId14" Type="http://schemas.openxmlformats.org/officeDocument/2006/relationships/hyperlink" Target="https://www.rottentomatoes.com/tv/q_force" TargetMode="External"/><Relationship Id="rId15" Type="http://schemas.openxmlformats.org/officeDocument/2006/relationships/hyperlink" Target="https://www.tvline.com/news/q-force-cancelled-season-2-netflix-gay-cartoon-12347259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