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Filipino Drama: Only Known to Us — a Quiet, Compassionate Take on Love and Illness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are turning up to Cinemalaya this year to watch intimate, character-driven work; Only Known to Us follows a gay couple through illness and family ties, offering a humane look at secrecy, stigma and caregiving that matters for viewers who favour quiet, realistic drama.</w:t>
      </w:r>
      <w:r/>
    </w:p>
    <w:p>
      <w:r/>
      <w:r>
        <w:t>Essential Takeaways</w:t>
      </w:r>
      <w:r/>
      <w:r/>
    </w:p>
    <w:p>
      <w:pPr>
        <w:pStyle w:val="ListBullet"/>
        <w:spacing w:line="240" w:lineRule="auto"/>
        <w:ind w:left="720"/>
      </w:pPr>
      <w:r/>
      <w:r>
        <w:rPr>
          <w:b/>
        </w:rPr>
        <w:t>Setting and tone:</w:t>
      </w:r>
      <w:r>
        <w:t xml:space="preserve"> Mostly a chamber drama set around hospital rooms, with a close, documentary-like camera and a subdued colour palette. </w:t>
      </w:r>
      <w:r/>
    </w:p>
    <w:p>
      <w:pPr>
        <w:pStyle w:val="ListBullet"/>
        <w:spacing w:line="240" w:lineRule="auto"/>
        <w:ind w:left="720"/>
      </w:pPr>
      <w:r/>
      <w:r>
        <w:rPr>
          <w:b/>
        </w:rPr>
        <w:t>Core story:</w:t>
      </w:r>
      <w:r>
        <w:t xml:space="preserve"> Long-term partners Neil and Bong face a health crisis that forces family, friends and work to confront secrets and prejudice. </w:t>
      </w:r>
      <w:r/>
    </w:p>
    <w:p>
      <w:pPr>
        <w:pStyle w:val="ListBullet"/>
        <w:spacing w:line="240" w:lineRule="auto"/>
        <w:ind w:left="720"/>
      </w:pPr>
      <w:r/>
      <w:r>
        <w:rPr>
          <w:b/>
        </w:rPr>
        <w:t>Standout performances:</w:t>
      </w:r>
      <w:r>
        <w:t xml:space="preserve"> Martin del Rosario and Yayo Aguila provide the emotional spine, with Miguel Odron adding heartbreaking weight. </w:t>
      </w:r>
      <w:r/>
    </w:p>
    <w:p>
      <w:pPr>
        <w:pStyle w:val="ListBullet"/>
        <w:spacing w:line="240" w:lineRule="auto"/>
        <w:ind w:left="720"/>
      </w:pPr>
      <w:r/>
      <w:r>
        <w:rPr>
          <w:b/>
        </w:rPr>
        <w:t>Themes:</w:t>
      </w:r>
      <w:r>
        <w:t xml:space="preserve"> The film pivots from homophobia to the stigma around illness, showing how secrecy and shame shape relationships. </w:t>
      </w:r>
      <w:r/>
    </w:p>
    <w:p>
      <w:pPr>
        <w:pStyle w:val="ListBullet"/>
        <w:spacing w:line="240" w:lineRule="auto"/>
        <w:ind w:left="720"/>
      </w:pPr>
      <w:r/>
      <w:r>
        <w:rPr>
          <w:b/>
        </w:rPr>
        <w:t>Pacing and craft:</w:t>
      </w:r>
      <w:r>
        <w:t xml:space="preserve"> Solid mid-tempo editing and intimate cinematography, though the 110-minute runtime sometimes feels extended.</w:t>
      </w:r>
      <w:r/>
      <w:r/>
    </w:p>
    <w:p>
      <w:pPr>
        <w:pStyle w:val="Heading2"/>
      </w:pPr>
      <w:r>
        <w:t>A small hospital room, big emotional stakes</w:t>
      </w:r>
      <w:r/>
    </w:p>
    <w:p>
      <w:r/>
      <w:r>
        <w:t>The film opens close and quiet, the sort of space where breath and silence become tangible. Director David R. Corpuz keeps much of the action in tight locations, which makes the performances feel immediate and tactile. According to reviews, the cinematography often leans toward a documentary sensibility, capturing small gestures and tired eyes rather than staging grand set pieces.</w:t>
      </w:r>
      <w:r/>
    </w:p>
    <w:p>
      <w:r/>
      <w:r>
        <w:t>Corpuz’s approach feels intentional: by shrinking the world, he lets interpersonal awkwardness and tenderness take centre stage. The result is a film that asks you to sit with discomfort and the day-to-day logistics of caregiving, rather than offering easy melodrama.</w:t>
      </w:r>
      <w:r/>
    </w:p>
    <w:p>
      <w:pPr>
        <w:pStyle w:val="Heading2"/>
      </w:pPr>
      <w:r>
        <w:t>How the script grew from memoir to screenplay</w:t>
      </w:r>
      <w:r/>
    </w:p>
    <w:p>
      <w:r/>
      <w:r>
        <w:t>Only Known to Us began on the page years before production, with a script dating back to 2018 that draws on Corpuz’s own writing. That personal foundation gives the story a lived-in quality; the narrative is less about making statements and more about showing the messy work of loving someone through crisis. The film grew from an autoethnographic seed into a stage-ready screenplay and then on to the Cinemalaya festival circuit.</w:t>
      </w:r>
      <w:r/>
    </w:p>
    <w:p>
      <w:r/>
      <w:r>
        <w:t>That backstory explains the film’s careful tone , it’s rooted in observation and memory rather than polemic , and why family dynamics are rendered with such nuance.</w:t>
      </w:r>
      <w:r/>
    </w:p>
    <w:p>
      <w:pPr>
        <w:pStyle w:val="Heading2"/>
      </w:pPr>
      <w:r>
        <w:t>Family, friends and the surprising allies</w:t>
      </w:r>
      <w:r/>
    </w:p>
    <w:p>
      <w:r/>
      <w:r>
        <w:t>One of the film’s more refreshing moves is how it refuses to make the family the antagonist. Bong’s mother, Gloria, is unusually supportive, and even Neil’s boss is painted as kind rather than judgmental. That doesn’t mean the film avoids conflict , secrets, workplace pressures and differing expectations create friction , but it frames stigma around illness as the sharper, more damaging force than simple homophobia.</w:t>
      </w:r>
      <w:r/>
    </w:p>
    <w:p>
      <w:r/>
      <w:r>
        <w:t>For audiences tired of predictable oppositions, this feels like a subtle but important twist: prejudice can come from many directions, and compassion often comes from unexpected places.</w:t>
      </w:r>
      <w:r/>
    </w:p>
    <w:p>
      <w:pPr>
        <w:pStyle w:val="Heading2"/>
      </w:pPr>
      <w:r>
        <w:t>Performances that carry the film</w:t>
      </w:r>
      <w:r/>
    </w:p>
    <w:p>
      <w:r/>
      <w:r>
        <w:t>Martin del Rosario and Yayo Aguila are repeatedly singled out for anchoring the film’s emotional core, with scenes of grief and practical caregiving landing with authenticity. Miguel Odron’s portrayal of Bong tracks a heartbreaking deterioration without ever turning his character into a symptom; he remains human throughout.</w:t>
      </w:r>
      <w:r/>
    </w:p>
    <w:p>
      <w:r/>
      <w:r>
        <w:t>There are a few narrative choices that some viewers find extraneous , the inclusion of former classmates at one point feels slightly tacked on , but the central trio’s chemistry mostly keeps the story grounded and affecting.</w:t>
      </w:r>
      <w:r/>
    </w:p>
    <w:p>
      <w:pPr>
        <w:pStyle w:val="Heading2"/>
      </w:pPr>
      <w:r>
        <w:t>Craft notes: look, length and what could be tighter</w:t>
      </w:r>
      <w:r/>
    </w:p>
    <w:p>
      <w:r/>
      <w:r>
        <w:t>Visually, the movie prefers sepia undertones and pastel hues, a palette that’s become familiar in Filipino cinema. It creates an intimate warmth but sometimes drifts from strict realism. Editing by Joris Fernandez sets a steady mid-tempo that suits internal drama, though a few stretches lag, and the runtime nudges the film beyond where it might have felt tautest.</w:t>
      </w:r>
      <w:r/>
    </w:p>
    <w:p>
      <w:r/>
      <w:r>
        <w:t>Still, when the camera closes in on a hand-held thermometer, a weary look, or a tense kitchen conversation, the film’s strengths , restraint, empathy, and human detail , come through.</w:t>
      </w:r>
      <w:r/>
    </w:p>
    <w:p>
      <w:r/>
      <w:r>
        <w:t>It's a small change that can make every watch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https://asianmoviepulse.com/2026/08/only-known-to-us-2026/</w:t>
        </w:r>
      </w:hyperlink>
      <w:r>
        <w:t xml:space="preserve"> - Please view link - unable to able to access data</w:t>
      </w:r>
      <w:r/>
    </w:p>
    <w:p>
      <w:pPr>
        <w:pStyle w:val="ListNumber"/>
        <w:spacing w:line="240" w:lineRule="auto"/>
        <w:ind w:left="720"/>
      </w:pPr>
      <w:r/>
      <w:hyperlink r:id="rId10">
        <w:r>
          <w:rPr>
            <w:color w:val="0000EE"/>
            <w:u w:val="single"/>
          </w:rPr>
          <w:t>https://www.gmanetwork.com/news/showbiz/chikaminute/992817/martin-del-rosario-to-star-in-cinemalaya-queer-film-tayo-lang-ang-nakakaalam/story/</w:t>
        </w:r>
      </w:hyperlink>
      <w:r>
        <w:t xml:space="preserve"> - Martin del Rosario is set to star in the Cinemalaya queer film 'Tayo Lang Ang Nakakaalam', directed by David R. Corpuz. The film, co-written with Iar Arondaing, explores themes of love, grief, and familial rifts. Del Rosario describes the film as a restrained drama focusing on the emotional complexities of hidden relationships and family dynamics, stating it is 'not explicit' but rather a family drama. The film is scheduled to be screened during the Cinemalaya Film Festival in August 2026.</w:t>
      </w:r>
      <w:r/>
    </w:p>
    <w:p>
      <w:pPr>
        <w:pStyle w:val="ListNumber"/>
        <w:spacing w:line="240" w:lineRule="auto"/>
        <w:ind w:left="720"/>
      </w:pPr>
      <w:r/>
      <w:hyperlink r:id="rId13">
        <w:r>
          <w:rPr>
            <w:color w:val="0000EE"/>
            <w:u w:val="single"/>
          </w:rPr>
          <w:t>https://www.pep.ph/pepalerts/pep-troika/192935/martin-del-rosario-queer-cinemalaya-film-not-explicit-a4118-20260710</w:t>
        </w:r>
      </w:hyperlink>
      <w:r>
        <w:t xml:space="preserve"> - Martin del Rosario discusses his role in the Cinemalaya queer film 'Tayo Lang Ang Nakakaalam', directed by David R. Corpuz. He describes the film as a restrained drama that delves into the emotional complexities of hidden relationships and family dynamics, emphasizing that it is 'not explicit' but rather a family drama. The film is set to be screened during the Cinemalaya Film Festival in August 2026.</w:t>
      </w:r>
      <w:r/>
    </w:p>
    <w:p>
      <w:pPr>
        <w:pStyle w:val="ListNumber"/>
        <w:spacing w:line="240" w:lineRule="auto"/>
        <w:ind w:left="720"/>
      </w:pPr>
      <w:r/>
      <w:hyperlink r:id="rId11">
        <w:r>
          <w:rPr>
            <w:color w:val="0000EE"/>
            <w:u w:val="single"/>
          </w:rPr>
          <w:t>https://www.cinemalaya.org/films/2026-finalists-list/</w:t>
        </w:r>
      </w:hyperlink>
      <w:r>
        <w:t xml:space="preserve"> - The Cinemalaya Philippine Independent Film Festival has announced its 2026 finalists, including 'Tayo Lang Ang Nakakaalam' (Only Known to Us), directed by David R. Corpuz and co-written with Iar Arondaing. The 110-minute drama explores themes of love, grief, and familial rifts, featuring performances by Martin del Rosario, Miguel Odron, Yayo Aguila, and Epy Quizon. The film is scheduled to be screened during the festival period in August 2026.</w:t>
      </w:r>
      <w:r/>
    </w:p>
    <w:p>
      <w:pPr>
        <w:pStyle w:val="ListNumber"/>
        <w:spacing w:line="240" w:lineRule="auto"/>
        <w:ind w:left="720"/>
      </w:pPr>
      <w:r/>
      <w:hyperlink r:id="rId15">
        <w:r>
          <w:rPr>
            <w:color w:val="0000EE"/>
            <w:u w:val="single"/>
          </w:rPr>
          <w:t>https://www.cinemalaya.org/forever-natin-our-forever/</w:t>
        </w:r>
      </w:hyperlink>
      <w:r>
        <w:t xml:space="preserve"> - 'Forever Natin (Our Forever)' is a 19-minute LGBT love story directed by Cyrus Valdez, featured in the Cinemalaya Philippine Independent Film Festival. The film stars Claudia Enriquez and Rona Lallana, and is produced by Althea Arellano. The story revolves around a lesbian couple, Pat and Karen, who draft a contract binding them together for a limited period, exploring themes of love and commitment.</w:t>
      </w:r>
      <w:r/>
    </w:p>
    <w:p>
      <w:pPr>
        <w:pStyle w:val="ListNumber"/>
        <w:spacing w:line="240" w:lineRule="auto"/>
        <w:ind w:left="720"/>
      </w:pPr>
      <w:r/>
      <w:hyperlink r:id="rId12">
        <w:r>
          <w:rPr>
            <w:color w:val="0000EE"/>
            <w:u w:val="single"/>
          </w:rPr>
          <w:t>https://paulenicola.substack.com/p/cinemalaya-2026-only-known-to-us</w:t>
        </w:r>
      </w:hyperlink>
      <w:r>
        <w:t xml:space="preserve"> - A review of 'Tayo Lang Ang Nakakaalam' (Only Known to Us), directed by David Corpuz, highlights the film's exploration of love, family, secrecy, and the limits of keeping someone's trust. The film begins with a scene in a hospital ward, leading to assumptions about the family dynamics, and delves into the complexities of hidden relationships and familial bonds.</w:t>
      </w:r>
      <w:r/>
    </w:p>
    <w:p>
      <w:pPr>
        <w:pStyle w:val="ListNumber"/>
        <w:spacing w:line="240" w:lineRule="auto"/>
        <w:ind w:left="720"/>
      </w:pPr>
      <w:r/>
      <w:hyperlink r:id="rId14">
        <w:r>
          <w:rPr>
            <w:color w:val="0000EE"/>
            <w:u w:val="single"/>
          </w:rPr>
          <w:t>https://letterboxd.com/film/only-known-to-us/</w:t>
        </w:r>
      </w:hyperlink>
      <w:r>
        <w:t xml:space="preserve"> - 'Only Known to Us' (Tayo Lang Ang Nakakaalam) is a 2026 film directed by David R. Corpuz, featuring Martin del Rosario, Miguel Odron, Yayo Aguila, and Epy Quizon. The film explores themes of love, secrecy, and family dynamics, focusing on a man struggling to remain seen within a family that once made him feel at home. The film is scheduled to be screened during the Cinemalaya Film Festival in August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nmoviepulse.com/2026/08/only-known-to-us-2026/" TargetMode="External"/><Relationship Id="rId10" Type="http://schemas.openxmlformats.org/officeDocument/2006/relationships/hyperlink" Target="https://www.gmanetwork.com/news/showbiz/chikaminute/992817/martin-del-rosario-to-star-in-cinemalaya-queer-film-tayo-lang-ang-nakakaalam/story/" TargetMode="External"/><Relationship Id="rId11" Type="http://schemas.openxmlformats.org/officeDocument/2006/relationships/hyperlink" Target="https://www.cinemalaya.org/films/2026-finalists-list/" TargetMode="External"/><Relationship Id="rId12" Type="http://schemas.openxmlformats.org/officeDocument/2006/relationships/hyperlink" Target="https://paulenicola.substack.com/p/cinemalaya-2026-only-known-to-us" TargetMode="External"/><Relationship Id="rId13" Type="http://schemas.openxmlformats.org/officeDocument/2006/relationships/hyperlink" Target="https://www.pep.ph/pepalerts/pep-troika/192935/martin-del-rosario-queer-cinemalaya-film-not-explicit-a4118-20260710" TargetMode="External"/><Relationship Id="rId14" Type="http://schemas.openxmlformats.org/officeDocument/2006/relationships/hyperlink" Target="https://letterboxd.com/film/only-known-to-us/" TargetMode="External"/><Relationship Id="rId15" Type="http://schemas.openxmlformats.org/officeDocument/2006/relationships/hyperlink" Target="https://www.cinemalaya.org/forever-natin-our-fore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