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My Sister’s Room 30th Anniversary Party Guide — what to expect and why it matters to Atlanta’s LGBTQ+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sparkle: My Sister’s Room (MSR) throws a 30th-anniversary birthday bash on Saturday, Aug. 22, packed with drag, burlesque and go-go sets, ’90s and ’00s DJ throwbacks, and legendary performers , a small-ticket, big-heart night that honours three decades of Atlanta queer community.</w:t>
      </w:r>
      <w:r/>
    </w:p>
    <w:p>
      <w:r/>
      <w:r>
        <w:t>Essential Takeaways</w:t>
      </w:r>
      <w:r/>
      <w:r/>
    </w:p>
    <w:p>
      <w:pPr>
        <w:pStyle w:val="ListBullet"/>
        <w:spacing w:line="240" w:lineRule="auto"/>
        <w:ind w:left="720"/>
      </w:pPr>
      <w:r/>
      <w:r>
        <w:rPr>
          <w:b/>
        </w:rPr>
        <w:t>Date and time:</w:t>
      </w:r>
      <w:r>
        <w:t xml:space="preserve"> The anniversary party is on Saturday, Aug. 22, starting at 9 p.m., with multiple acts and a DJ set that leans into ’90s/’00s nostalgia. </w:t>
      </w:r>
      <w:r/>
    </w:p>
    <w:p>
      <w:pPr>
        <w:pStyle w:val="ListBullet"/>
        <w:spacing w:line="240" w:lineRule="auto"/>
        <w:ind w:left="720"/>
      </w:pPr>
      <w:r/>
      <w:r>
        <w:rPr>
          <w:b/>
        </w:rPr>
        <w:t>Line-up highlights:</w:t>
      </w:r>
      <w:r>
        <w:t xml:space="preserve"> Expect drag, burlesque and go-go from names past and present, including Aspen York, Heather Daniels, Angelica D Paige and Drew Friday. </w:t>
      </w:r>
      <w:r/>
    </w:p>
    <w:p>
      <w:pPr>
        <w:pStyle w:val="ListBullet"/>
        <w:spacing w:line="240" w:lineRule="auto"/>
        <w:ind w:left="720"/>
      </w:pPr>
      <w:r/>
      <w:r>
        <w:rPr>
          <w:b/>
        </w:rPr>
        <w:t>Ticketing:</w:t>
      </w:r>
      <w:r>
        <w:t xml:space="preserve"> Admission is $10.25 and available through MSR’s official website; the price keeps the event accessible. </w:t>
      </w:r>
      <w:r/>
    </w:p>
    <w:p>
      <w:pPr>
        <w:pStyle w:val="ListBullet"/>
        <w:spacing w:line="240" w:lineRule="auto"/>
        <w:ind w:left="720"/>
      </w:pPr>
      <w:r/>
      <w:r>
        <w:rPr>
          <w:b/>
        </w:rPr>
        <w:t>Venue history:</w:t>
      </w:r>
      <w:r>
        <w:t xml:space="preserve"> MSR has moved several times since opening in 1996, surviving development pressure and rent hikes to remain a Midtown fixture. </w:t>
      </w:r>
      <w:r/>
    </w:p>
    <w:p>
      <w:pPr>
        <w:pStyle w:val="ListBullet"/>
        <w:spacing w:line="240" w:lineRule="auto"/>
        <w:ind w:left="720"/>
      </w:pPr>
      <w:r/>
      <w:r>
        <w:rPr>
          <w:b/>
        </w:rPr>
        <w:t>Vibe note:</w:t>
      </w:r>
      <w:r>
        <w:t xml:space="preserve"> The night is built for celebration and community , lively, a little loud, and warmly familiar for regulars.</w:t>
      </w:r>
      <w:r/>
      <w:r/>
    </w:p>
    <w:p>
      <w:pPr>
        <w:pStyle w:val="Heading2"/>
      </w:pPr>
      <w:r>
        <w:t>A birthday bash that feels like home</w:t>
      </w:r>
      <w:r/>
    </w:p>
    <w:p>
      <w:r/>
      <w:r>
        <w:t>Walk into MSR and you’ll notice a familiar hum , laughter, a clinking glass, a performer’s mic warming up , and that’s deliberate. The anniversary night opens at 9pm and leans into pageant-level fun with drag, burlesque and go-go performances stacked through the evening. DJ Liz Owen spins ’90s and ’00s throwbacks, so you’ll hear the soundtrack that shaped many regulars’ club years, a soft, sentimental nudge that this isn’t just a party, it’s a memory lane.</w:t>
      </w:r>
      <w:r/>
    </w:p>
    <w:p>
      <w:r/>
      <w:r>
        <w:t>MSR’s founders and current co-owners, Jen Maguire and Jami Atlanta, have kept that warmth alive across moves and tall buildings changing Midtown’s skyline. Paying the modest ticket fee gets you the show and a chance to be part of a long-running community ritual.</w:t>
      </w:r>
      <w:r/>
    </w:p>
    <w:p>
      <w:pPr>
        <w:pStyle w:val="Heading2"/>
      </w:pPr>
      <w:r>
        <w:t>Why this anniversary matters to Atlanta’s queer nightlife</w:t>
      </w:r>
      <w:r/>
    </w:p>
    <w:p>
      <w:r/>
      <w:r>
        <w:t>This anniversary isn’t just another date on a calendar; it’s a marker of resilience. Since opening in 1996 at Midtown Promenade, MSR has weathered repeated relocations , from Midtown to Decatur, through East Atlanta and back , as new developments pushed rents skyward. Each move could have been an end, but instead MSR kept finding ways to return and rebuild its corner of the city.</w:t>
      </w:r>
      <w:r/>
    </w:p>
    <w:p>
      <w:r/>
      <w:r>
        <w:t>That perseverance matters because, as nightlife spaces shrink, each survivor becomes more than a bar. MSR has served as a social lifeline, a safe space and a performance platform for decades. The anniversary night highlights that legacy while putting the spotlight on performers who helped define it.</w:t>
      </w:r>
      <w:r/>
    </w:p>
    <w:p>
      <w:pPr>
        <w:pStyle w:val="Heading2"/>
      </w:pPr>
      <w:r>
        <w:t>The line-up: familiar faces and new energy</w:t>
      </w:r>
      <w:r/>
    </w:p>
    <w:p>
      <w:r/>
      <w:r>
        <w:t>The roster for the night mixes legendary acts with fresh faces. Performers named for the evening include Aspen York, Heather Daniels, Angelica D Paige, Drew Friday, Tristan Puccinani and The Sirens, offering a mix of camp, glamour and athletic choreography. Long-term patrons will spot alumni and crowd favourites; newcomers get an instant primer in MSR’s house style.</w:t>
      </w:r>
      <w:r/>
    </w:p>
    <w:p>
      <w:r/>
      <w:r>
        <w:t>If you’re choosing where to stand, pick a spot near the stage for full engagement, or hang back by the bar if you prefer to soak in the music and chat between sets. Either way, plan for close quarters and a lively atmosphere.</w:t>
      </w:r>
      <w:r/>
    </w:p>
    <w:p>
      <w:pPr>
        <w:pStyle w:val="Heading2"/>
      </w:pPr>
      <w:r>
        <w:t>Tickets, transport and practical tips</w:t>
      </w:r>
      <w:r/>
    </w:p>
    <w:p>
      <w:r/>
      <w:r>
        <w:t>Tickets are available via MSR’s official site for $10.25 , a deliberately affordable price to keep the party inclusive. Buy in advance if you don’t want to queue; these nights draw a mix of locals and out-of-towners who’ve followed the bar’s reputation.</w:t>
      </w:r>
      <w:r/>
    </w:p>
    <w:p>
      <w:r/>
      <w:r>
        <w:t>Getting there: MSR’s current location on Crescent Avenue sits in Midtown, so public transport, rideshares or walking from nearby neighbourhoods are sensible. Wear comfortable shoes, expect crowds, and plan for a late finish , the night is built for lingering.</w:t>
      </w:r>
      <w:r/>
    </w:p>
    <w:p>
      <w:pPr>
        <w:pStyle w:val="Heading2"/>
      </w:pPr>
      <w:r>
        <w:t>Looking ahead: what the next 30 years could look like</w:t>
      </w:r>
      <w:r/>
    </w:p>
    <w:p>
      <w:r/>
      <w:r>
        <w:t>The party is a celebration but also a reminder: queer social spaces aren’t guaranteed. MSR’s survival suggests there’s appetite and support for venues that centre LGBTQ+ culture, but it also underscores the ongoing pressure of urban development. Nights like this are acts of preservation, public and noisy and full of sequins.</w:t>
      </w:r>
      <w:r/>
    </w:p>
    <w:p>
      <w:r/>
      <w:r>
        <w:t>If tonight is anything like previous MSR events, you’ll leave with a sore jaw from laughing and a memory or two you’ll retell at brunch. And if you’ve never been, it’s a warm, theatrical introduction to a place that’s been shaping Atlanta’s queer life for three decades.</w:t>
      </w:r>
      <w:r/>
    </w:p>
    <w:p>
      <w:r/>
      <w:r>
        <w:t>It's a small change that can make every night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https://roughdraftatlanta.com/2026/08/20/msr-30th-anniversary-party/</w:t>
        </w:r>
      </w:hyperlink>
      <w:r>
        <w:t xml:space="preserve"> - Please view link - unable to able to access data</w:t>
      </w:r>
      <w:r/>
    </w:p>
    <w:p>
      <w:pPr>
        <w:pStyle w:val="ListNumber"/>
        <w:spacing w:line="240" w:lineRule="auto"/>
        <w:ind w:left="720"/>
      </w:pPr>
      <w:r/>
      <w:hyperlink r:id="rId10">
        <w:r>
          <w:rPr>
            <w:color w:val="0000EE"/>
            <w:u w:val="single"/>
          </w:rPr>
          <w:t>https://www.mysistersroom.com/</w:t>
        </w:r>
      </w:hyperlink>
      <w:r>
        <w:t xml:space="preserve"> - My Sister's Room (MSR) is Atlanta's premier lesbian bar, established in 1996. Co-owned by Jen Maguire and Jami Atlanta, the venue offers a welcoming space for the LGBTQ+ community, featuring nightly drag shows, burlesque performances, comedy, karaoke, and more. Located at 1104 Crescent Avenue NE, Atlanta, GA 30309, MSR is renowned for its fun, friendly atmosphere and is a safe haven for all who enter. The bar is open Wednesday to Sunday, with varying hours. Tickets for events can be purchased on their website.</w:t>
      </w:r>
      <w:r/>
    </w:p>
    <w:p>
      <w:pPr>
        <w:pStyle w:val="ListNumber"/>
        <w:spacing w:line="240" w:lineRule="auto"/>
        <w:ind w:left="720"/>
      </w:pPr>
      <w:r/>
      <w:hyperlink r:id="rId13">
        <w:r>
          <w:rPr>
            <w:color w:val="0000EE"/>
            <w:u w:val="single"/>
          </w:rPr>
          <w:t>https://www.mysistersroom.com/about</w:t>
        </w:r>
      </w:hyperlink>
      <w:r>
        <w:t xml:space="preserve"> - My Sister's Room (MSR) is a lesbian-owned bar in Atlanta, Georgia, established in 1996. Co-owned by Jen Maguire and Jami Atlanta, MSR has been a cornerstone of Atlanta’s LGBTQ+ landscape, offering a safe haven and home to everyone who enters. The venue features nightly drag shows, burlesque performances, comedy, karaoke, and more. Located at 1104 Crescent Avenue NE, Atlanta, GA 30309, MSR is open Wednesday to Sunday, with varying hours. Tickets for events can be purchased on their website.</w:t>
      </w:r>
      <w:r/>
    </w:p>
    <w:p>
      <w:pPr>
        <w:pStyle w:val="ListNumber"/>
        <w:spacing w:line="240" w:lineRule="auto"/>
        <w:ind w:left="720"/>
      </w:pPr>
      <w:r/>
      <w:hyperlink r:id="rId14">
        <w:r>
          <w:rPr>
            <w:color w:val="0000EE"/>
            <w:u w:val="single"/>
          </w:rPr>
          <w:t>https://www.mysistersroom.com/event-details/nye-masquerade-ball</w:t>
        </w:r>
      </w:hyperlink>
      <w:r>
        <w:t xml:space="preserve"> - My Sister's Room (MSR) hosted a New Year's Eve Masquerade Ball on December 31, 2025. The event featured drag shows, burlesque performances, go-go dancers, and music by DJ Wulf. Attendees enjoyed an open bar from 7-10 PM, a complimentary champagne toast at midnight, and a breakfast buffet. The event was held at MSR's location at 1104 Crescent Avenue NE, Atlanta, GA 30309. Tickets were available for purchase on their website.</w:t>
      </w:r>
      <w:r/>
    </w:p>
    <w:p>
      <w:pPr>
        <w:pStyle w:val="ListNumber"/>
        <w:spacing w:line="240" w:lineRule="auto"/>
        <w:ind w:left="720"/>
      </w:pPr>
      <w:r/>
      <w:hyperlink r:id="rId12">
        <w:r>
          <w:rPr>
            <w:color w:val="0000EE"/>
            <w:u w:val="single"/>
          </w:rPr>
          <w:t>https://www.gay-location.com/atlanta/bars-cafes/my-sisters-room.html</w:t>
        </w:r>
      </w:hyperlink>
      <w:r>
        <w:t xml:space="preserve"> - My Sister's Room (MSR) is Atlanta's premier lesbian bar, offering a welcoming space for the LGBTQ+ community. The venue features nightly drag shows, burlesque performances, comedy, karaoke, and more. MSR is renowned for its fun, friendly atmosphere and is a safe haven for all who enter. Located at 66 12th St NE, Atlanta, GA 30309, the bar is open Wednesday to Sunday, with varying hours. The venue also offers a selection of beers, cocktails, and bar favorites, including the best wings in Atlanta.</w:t>
      </w:r>
      <w:r/>
    </w:p>
    <w:p>
      <w:pPr>
        <w:pStyle w:val="ListNumber"/>
        <w:spacing w:line="240" w:lineRule="auto"/>
        <w:ind w:left="720"/>
      </w:pPr>
      <w:r/>
      <w:hyperlink r:id="rId11">
        <w:r>
          <w:rPr>
            <w:color w:val="0000EE"/>
            <w:u w:val="single"/>
          </w:rPr>
          <w:t>https://atlanta.gaycities.com/bars/1881-msr-my-sisters-room</w:t>
        </w:r>
      </w:hyperlink>
      <w:r>
        <w:t xml:space="preserve"> - MSR My Sisters Room is a legendary lesbian nightclub in Atlanta, offering karaoke, local craft beers, and delicious southern fare. The venue is known for its lively atmosphere and is open to everyone, with staff striving to make every night better than the last. Located at 1104 Crescent Ave NE, Atlanta, GA 30309, the bar is open Wednesday to Sunday, with varying hours. The venue is lesbian-owned and caters to the LGBTQ+ and gay-friendly community.</w:t>
      </w:r>
      <w:r/>
    </w:p>
    <w:p>
      <w:pPr>
        <w:pStyle w:val="ListNumber"/>
        <w:spacing w:line="240" w:lineRule="auto"/>
        <w:ind w:left="720"/>
      </w:pPr>
      <w:r/>
      <w:hyperlink r:id="rId15">
        <w:r>
          <w:rPr>
            <w:color w:val="0000EE"/>
            <w:u w:val="single"/>
          </w:rPr>
          <w:t>https://pinkuk.com/countries/north-america/usa/georgia/atlanta/msr-my-sisters-room</w:t>
        </w:r>
      </w:hyperlink>
      <w:r>
        <w:t xml:space="preserve"> - MSR My Sisters Room is Atlanta's number-one lesbian bar, offering a safe haven and home to everyone who enters. The venue features nightly drag shows, burlesque performances, comedy, karaoke, and more. MSR is renowned for its fun, friendly atmosphere and is a safe haven for all who enter. Located at 84 12th Street NE, Atlanta, GA 30309, the bar is open Wednesday to Sunday, with varying hours. The venue also offers a selection of beers, cocktails, and bar favorites, including the best wings in Atlanta.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20/msr-30th-anniversary-party/" TargetMode="External"/><Relationship Id="rId10" Type="http://schemas.openxmlformats.org/officeDocument/2006/relationships/hyperlink" Target="https://www.mysistersroom.com/" TargetMode="External"/><Relationship Id="rId11" Type="http://schemas.openxmlformats.org/officeDocument/2006/relationships/hyperlink" Target="https://atlanta.gaycities.com/bars/1881-msr-my-sisters-room" TargetMode="External"/><Relationship Id="rId12" Type="http://schemas.openxmlformats.org/officeDocument/2006/relationships/hyperlink" Target="https://www.gay-location.com/atlanta/bars-cafes/my-sisters-room.html" TargetMode="External"/><Relationship Id="rId13" Type="http://schemas.openxmlformats.org/officeDocument/2006/relationships/hyperlink" Target="https://www.mysistersroom.com/about" TargetMode="External"/><Relationship Id="rId14" Type="http://schemas.openxmlformats.org/officeDocument/2006/relationships/hyperlink" Target="https://www.mysistersroom.com/event-details/nye-masquerade-ball" TargetMode="External"/><Relationship Id="rId15" Type="http://schemas.openxmlformats.org/officeDocument/2006/relationships/hyperlink" Target="https://pinkuk.com/countries/north-america/usa/georgia/atlanta/msr-my-sisters-r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